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87B329B" w14:textId="77777777" w:rsidR="000B1A18" w:rsidRDefault="000B1A18"/>
    <w:p w14:paraId="595152C0" w14:textId="77777777" w:rsidR="000B1A18" w:rsidRDefault="000B1A18"/>
    <w:p w14:paraId="1FE085EA" w14:textId="77777777" w:rsidR="000B1A18" w:rsidRDefault="00000000">
      <w:pPr>
        <w:jc w:val="center"/>
      </w:pPr>
      <w:r>
        <w:rPr>
          <w:rFonts w:eastAsia="Helvetica Neue" w:cs="Helvetica Neue"/>
          <w:b/>
          <w:color w:val="2E5B9C"/>
          <w:sz w:val="56"/>
        </w:rPr>
        <w:t>G</w:t>
      </w:r>
      <w:r w:rsidRPr="00B1164A">
        <w:rPr>
          <w:rFonts w:eastAsia="Helvetica Neue" w:cs="Helvetica Neue"/>
          <w:b/>
          <w:color w:val="2E5B9C"/>
          <w:sz w:val="44"/>
          <w:szCs w:val="44"/>
        </w:rPr>
        <w:t>EO</w:t>
      </w:r>
      <w:r>
        <w:rPr>
          <w:rFonts w:eastAsia="Helvetica Neue" w:cs="Helvetica Neue"/>
          <w:b/>
          <w:color w:val="2E5B9C"/>
          <w:sz w:val="56"/>
        </w:rPr>
        <w:t>P</w:t>
      </w:r>
      <w:r w:rsidRPr="00B1164A">
        <w:rPr>
          <w:rFonts w:eastAsia="Helvetica Neue" w:cs="Helvetica Neue"/>
          <w:b/>
          <w:color w:val="2E5B9C"/>
          <w:sz w:val="44"/>
          <w:szCs w:val="44"/>
        </w:rPr>
        <w:t>ROOF</w:t>
      </w:r>
      <w:r>
        <w:rPr>
          <w:rFonts w:eastAsia="Helvetica Neue" w:cs="Helvetica Neue"/>
          <w:b/>
          <w:color w:val="2E5B9C"/>
          <w:sz w:val="56"/>
        </w:rPr>
        <w:t xml:space="preserve"> S</w:t>
      </w:r>
      <w:r w:rsidRPr="00B1164A">
        <w:rPr>
          <w:rFonts w:eastAsia="Helvetica Neue" w:cs="Helvetica Neue"/>
          <w:b/>
          <w:color w:val="2E5B9C"/>
          <w:sz w:val="44"/>
          <w:szCs w:val="44"/>
        </w:rPr>
        <w:t>TUDIO</w:t>
      </w:r>
    </w:p>
    <w:p w14:paraId="037E26A5" w14:textId="04B6E664" w:rsidR="000B1A18" w:rsidRDefault="005110B5">
      <w:pPr>
        <w:jc w:val="center"/>
      </w:pPr>
      <w:r>
        <w:rPr>
          <w:rFonts w:eastAsia="Helvetica Neue" w:cs="Helvetica Neue"/>
          <w:color w:val="A97029"/>
          <w:sz w:val="44"/>
        </w:rPr>
        <w:t>What is the purpose of</w:t>
      </w:r>
      <w:r w:rsidR="00ED015C">
        <w:rPr>
          <w:rFonts w:eastAsia="Helvetica Neue" w:cs="Helvetica Neue"/>
          <w:color w:val="A97029"/>
          <w:sz w:val="44"/>
        </w:rPr>
        <w:t xml:space="preserve"> this program?</w:t>
      </w:r>
    </w:p>
    <w:p w14:paraId="5C7928C1" w14:textId="0FFEC667" w:rsidR="00ED015C" w:rsidRDefault="00ED015C">
      <w:pPr>
        <w:jc w:val="center"/>
        <w:rPr>
          <w:rFonts w:eastAsia="Helvetica Neue" w:cs="Helvetica Neue"/>
          <w:color w:val="5C6B7A"/>
          <w:sz w:val="24"/>
        </w:rPr>
      </w:pPr>
      <w:r>
        <w:rPr>
          <w:rFonts w:eastAsia="Helvetica Neue" w:cs="Helvetica Neue"/>
          <w:color w:val="5C6B7A"/>
          <w:sz w:val="24"/>
        </w:rPr>
        <w:t xml:space="preserve">GeoProof Studio (GPS) is designed to help students understand the multiple strands that </w:t>
      </w:r>
      <w:r w:rsidR="005110B5">
        <w:rPr>
          <w:rFonts w:eastAsia="Helvetica Neue" w:cs="Helvetica Neue"/>
          <w:color w:val="5C6B7A"/>
          <w:sz w:val="24"/>
        </w:rPr>
        <w:t xml:space="preserve">make up the </w:t>
      </w:r>
      <w:r w:rsidR="00DD3D95">
        <w:rPr>
          <w:rFonts w:eastAsia="Helvetica Neue" w:cs="Helvetica Neue"/>
          <w:color w:val="5C6B7A"/>
          <w:sz w:val="24"/>
        </w:rPr>
        <w:t>structure of</w:t>
      </w:r>
      <w:r w:rsidR="005110B5">
        <w:rPr>
          <w:rFonts w:eastAsia="Helvetica Neue" w:cs="Helvetica Neue"/>
          <w:color w:val="5C6B7A"/>
          <w:sz w:val="24"/>
        </w:rPr>
        <w:t xml:space="preserve"> most proofs</w:t>
      </w:r>
      <w:r w:rsidR="00DD3D95">
        <w:rPr>
          <w:rFonts w:eastAsia="Helvetica Neue" w:cs="Helvetica Neue"/>
          <w:color w:val="5C6B7A"/>
          <w:sz w:val="24"/>
        </w:rPr>
        <w:t xml:space="preserve"> and </w:t>
      </w:r>
      <w:r>
        <w:rPr>
          <w:rFonts w:eastAsia="Helvetica Neue" w:cs="Helvetica Neue"/>
          <w:color w:val="5C6B7A"/>
          <w:sz w:val="24"/>
        </w:rPr>
        <w:t xml:space="preserve">to help them clarify their thinking as they prove their own geometric conjectures. Proofs are typically presented in a linear fashion – GPS provides a </w:t>
      </w:r>
      <w:r w:rsidR="00512CCC">
        <w:rPr>
          <w:rFonts w:eastAsia="Helvetica Neue" w:cs="Helvetica Neue"/>
          <w:color w:val="5C6B7A"/>
          <w:sz w:val="24"/>
        </w:rPr>
        <w:t xml:space="preserve">flowchart or </w:t>
      </w:r>
      <w:r>
        <w:rPr>
          <w:rFonts w:eastAsia="Helvetica Neue" w:cs="Helvetica Neue"/>
          <w:color w:val="5C6B7A"/>
          <w:sz w:val="24"/>
        </w:rPr>
        <w:t>multi-</w:t>
      </w:r>
      <w:r w:rsidR="00512CCC">
        <w:rPr>
          <w:rFonts w:eastAsia="Helvetica Neue" w:cs="Helvetica Neue"/>
          <w:color w:val="5C6B7A"/>
          <w:sz w:val="24"/>
        </w:rPr>
        <w:t>threaded</w:t>
      </w:r>
      <w:r>
        <w:rPr>
          <w:rFonts w:eastAsia="Helvetica Neue" w:cs="Helvetica Neue"/>
          <w:color w:val="5C6B7A"/>
          <w:sz w:val="24"/>
        </w:rPr>
        <w:t xml:space="preserve"> display of the connections between conclusions that merge to make a proof. </w:t>
      </w:r>
      <w:r w:rsidR="00512CCC">
        <w:rPr>
          <w:rFonts w:eastAsia="Helvetica Neue" w:cs="Helvetica Neue"/>
          <w:color w:val="5C6B7A"/>
          <w:sz w:val="24"/>
        </w:rPr>
        <w:t>This layout</w:t>
      </w:r>
      <w:r>
        <w:rPr>
          <w:rFonts w:eastAsia="Helvetica Neue" w:cs="Helvetica Neue"/>
          <w:color w:val="5C6B7A"/>
          <w:sz w:val="24"/>
        </w:rPr>
        <w:t xml:space="preserve"> make</w:t>
      </w:r>
      <w:r w:rsidR="00512CCC">
        <w:rPr>
          <w:rFonts w:eastAsia="Helvetica Neue" w:cs="Helvetica Neue"/>
          <w:color w:val="5C6B7A"/>
          <w:sz w:val="24"/>
        </w:rPr>
        <w:t>s</w:t>
      </w:r>
      <w:r>
        <w:rPr>
          <w:rFonts w:eastAsia="Helvetica Neue" w:cs="Helvetica Neue"/>
          <w:color w:val="5C6B7A"/>
          <w:sz w:val="24"/>
        </w:rPr>
        <w:t xml:space="preserve"> evident the ways we can work both forward from </w:t>
      </w:r>
      <w:r w:rsidR="00512CCC">
        <w:rPr>
          <w:rFonts w:eastAsia="Helvetica Neue" w:cs="Helvetica Neue"/>
          <w:color w:val="5C6B7A"/>
          <w:sz w:val="24"/>
        </w:rPr>
        <w:t>the</w:t>
      </w:r>
      <w:r>
        <w:rPr>
          <w:rFonts w:eastAsia="Helvetica Neue" w:cs="Helvetica Neue"/>
          <w:color w:val="5C6B7A"/>
          <w:sz w:val="24"/>
        </w:rPr>
        <w:t xml:space="preserve"> premise</w:t>
      </w:r>
      <w:r w:rsidR="00512CCC">
        <w:rPr>
          <w:rFonts w:eastAsia="Helvetica Neue" w:cs="Helvetica Neue"/>
          <w:color w:val="5C6B7A"/>
          <w:sz w:val="24"/>
        </w:rPr>
        <w:t xml:space="preserve"> </w:t>
      </w:r>
      <w:r>
        <w:rPr>
          <w:rFonts w:eastAsia="Helvetica Neue" w:cs="Helvetica Neue"/>
          <w:color w:val="5C6B7A"/>
          <w:sz w:val="24"/>
        </w:rPr>
        <w:t>of our theorem and backward from our conclusion.</w:t>
      </w:r>
      <w:r w:rsidR="005110B5">
        <w:rPr>
          <w:rFonts w:eastAsia="Helvetica Neue" w:cs="Helvetica Neue"/>
          <w:color w:val="5C6B7A"/>
          <w:sz w:val="24"/>
        </w:rPr>
        <w:t xml:space="preserve"> </w:t>
      </w:r>
      <w:r w:rsidR="00DD3D95">
        <w:rPr>
          <w:rFonts w:eastAsia="Helvetica Neue" w:cs="Helvetica Neue"/>
          <w:color w:val="5C6B7A"/>
          <w:sz w:val="24"/>
        </w:rPr>
        <w:t>GPS also gives students two different ways to present their proofs and</w:t>
      </w:r>
      <w:r w:rsidR="005110B5">
        <w:rPr>
          <w:rFonts w:eastAsia="Helvetica Neue" w:cs="Helvetica Neue"/>
          <w:color w:val="5C6B7A"/>
          <w:sz w:val="24"/>
        </w:rPr>
        <w:t xml:space="preserve"> teachers </w:t>
      </w:r>
      <w:r w:rsidR="00DD3D95">
        <w:rPr>
          <w:rFonts w:eastAsia="Helvetica Neue" w:cs="Helvetica Neue"/>
          <w:color w:val="5C6B7A"/>
          <w:sz w:val="24"/>
        </w:rPr>
        <w:t>a tool for</w:t>
      </w:r>
      <w:r w:rsidR="005110B5">
        <w:rPr>
          <w:rFonts w:eastAsia="Helvetica Neue" w:cs="Helvetica Neue"/>
          <w:color w:val="5C6B7A"/>
          <w:sz w:val="24"/>
        </w:rPr>
        <w:t xml:space="preserve"> </w:t>
      </w:r>
      <w:r w:rsidR="00DD3D95">
        <w:rPr>
          <w:rFonts w:eastAsia="Helvetica Neue" w:cs="Helvetica Neue"/>
          <w:color w:val="5C6B7A"/>
          <w:sz w:val="24"/>
        </w:rPr>
        <w:t>creating</w:t>
      </w:r>
      <w:r w:rsidR="005110B5">
        <w:rPr>
          <w:rFonts w:eastAsia="Helvetica Neue" w:cs="Helvetica Neue"/>
          <w:color w:val="5C6B7A"/>
          <w:sz w:val="24"/>
        </w:rPr>
        <w:t xml:space="preserve"> exercises that provide practice identifying the justifications in an argument. </w:t>
      </w:r>
    </w:p>
    <w:p w14:paraId="54EB5375" w14:textId="77777777" w:rsidR="00ED015C" w:rsidRDefault="00ED015C" w:rsidP="00ED015C">
      <w:pPr>
        <w:jc w:val="center"/>
      </w:pPr>
      <w:r>
        <w:rPr>
          <w:rFonts w:eastAsia="Helvetica Neue" w:cs="Helvetica Neue"/>
          <w:color w:val="A97029"/>
          <w:sz w:val="44"/>
        </w:rPr>
        <w:t>User Guide</w:t>
      </w:r>
    </w:p>
    <w:p w14:paraId="60E44574" w14:textId="0C28172A" w:rsidR="000B1A18" w:rsidRDefault="005110B5" w:rsidP="005110B5">
      <w:pPr>
        <w:jc w:val="center"/>
      </w:pPr>
      <w:r>
        <w:rPr>
          <w:rFonts w:eastAsia="Helvetica Neue" w:cs="Helvetica Neue"/>
          <w:color w:val="5C6B7A"/>
          <w:sz w:val="24"/>
        </w:rPr>
        <w:t>This guide</w:t>
      </w:r>
      <w:r w:rsidR="00ED015C">
        <w:rPr>
          <w:rFonts w:eastAsia="Helvetica Neue" w:cs="Helvetica Neue"/>
          <w:color w:val="5C6B7A"/>
          <w:sz w:val="24"/>
        </w:rPr>
        <w:t xml:space="preserve"> </w:t>
      </w:r>
      <w:r>
        <w:rPr>
          <w:rFonts w:eastAsia="Helvetica Neue" w:cs="Helvetica Neue"/>
          <w:color w:val="5C6B7A"/>
          <w:sz w:val="24"/>
        </w:rPr>
        <w:t>explains how</w:t>
      </w:r>
      <w:r w:rsidR="00ED015C">
        <w:rPr>
          <w:rFonts w:eastAsia="Helvetica Neue" w:cs="Helvetica Neue"/>
          <w:color w:val="5C6B7A"/>
          <w:sz w:val="24"/>
        </w:rPr>
        <w:t xml:space="preserve"> to construct figures, explor</w:t>
      </w:r>
      <w:r>
        <w:rPr>
          <w:rFonts w:eastAsia="Helvetica Neue" w:cs="Helvetica Neue"/>
          <w:color w:val="5C6B7A"/>
          <w:sz w:val="24"/>
        </w:rPr>
        <w:t>e</w:t>
      </w:r>
      <w:r w:rsidR="00ED015C">
        <w:rPr>
          <w:rFonts w:eastAsia="Helvetica Neue" w:cs="Helvetica Neue"/>
          <w:color w:val="5C6B7A"/>
          <w:sz w:val="24"/>
        </w:rPr>
        <w:t xml:space="preserve"> justifications, connect claims, mak</w:t>
      </w:r>
      <w:r w:rsidR="00C21A9B">
        <w:rPr>
          <w:rFonts w:eastAsia="Helvetica Neue" w:cs="Helvetica Neue"/>
          <w:color w:val="5C6B7A"/>
          <w:sz w:val="24"/>
        </w:rPr>
        <w:t>e</w:t>
      </w:r>
      <w:r w:rsidR="00ED015C">
        <w:rPr>
          <w:rFonts w:eastAsia="Helvetica Neue" w:cs="Helvetica Neue"/>
          <w:color w:val="5C6B7A"/>
          <w:sz w:val="24"/>
        </w:rPr>
        <w:t xml:space="preserve"> logical arguments, and shar</w:t>
      </w:r>
      <w:r>
        <w:rPr>
          <w:rFonts w:eastAsia="Helvetica Neue" w:cs="Helvetica Neue"/>
          <w:color w:val="5C6B7A"/>
          <w:sz w:val="24"/>
        </w:rPr>
        <w:t>e</w:t>
      </w:r>
      <w:r w:rsidR="00ED015C">
        <w:rPr>
          <w:rFonts w:eastAsia="Helvetica Neue" w:cs="Helvetica Neue"/>
          <w:color w:val="5C6B7A"/>
          <w:sz w:val="24"/>
        </w:rPr>
        <w:t xml:space="preserve"> results.</w:t>
      </w:r>
    </w:p>
    <w:p w14:paraId="3B2039E8" w14:textId="77777777" w:rsidR="005110B5" w:rsidRPr="005110B5" w:rsidRDefault="005110B5" w:rsidP="005110B5">
      <w:pPr>
        <w:spacing w:after="160"/>
        <w:rPr>
          <w:b/>
          <w:bCs/>
          <w:color w:val="AA6F28"/>
        </w:rPr>
      </w:pPr>
      <w:r w:rsidRPr="005110B5">
        <w:rPr>
          <w:rFonts w:eastAsia="Helvetica Neue" w:cs="Helvetica Neue"/>
          <w:b/>
          <w:bCs/>
          <w:color w:val="AA6F28"/>
        </w:rPr>
        <w:t>Contents at a glance</w:t>
      </w:r>
    </w:p>
    <w:p w14:paraId="5E5A4A5A" w14:textId="52F92C3B" w:rsidR="005110B5" w:rsidRDefault="0047697F" w:rsidP="005110B5">
      <w:pPr>
        <w:pStyle w:val="ListBullet"/>
        <w:spacing w:after="80"/>
      </w:pPr>
      <w:r w:rsidRPr="0047697F">
        <w:rPr>
          <w:rFonts w:eastAsia="Helvetica Neue" w:cs="Helvetica Neue"/>
          <w:b/>
          <w:bCs/>
          <w:color w:val="1F2933"/>
        </w:rPr>
        <w:t>Wo</w:t>
      </w:r>
      <w:r w:rsidR="005110B5" w:rsidRPr="0047697F">
        <w:rPr>
          <w:rFonts w:eastAsia="Helvetica Neue" w:cs="Helvetica Neue"/>
          <w:b/>
          <w:bCs/>
          <w:color w:val="1F2933"/>
        </w:rPr>
        <w:t>rkspace overview</w:t>
      </w:r>
      <w:r w:rsidR="00E80965">
        <w:rPr>
          <w:rFonts w:eastAsia="Helvetica Neue" w:cs="Helvetica Neue"/>
          <w:color w:val="1F2933"/>
        </w:rPr>
        <w:t xml:space="preserve"> (</w:t>
      </w:r>
      <w:hyperlink w:anchor="Welcome" w:history="1">
        <w:r w:rsidR="00E80965" w:rsidRPr="00A64FE7">
          <w:rPr>
            <w:rStyle w:val="Hyperlink"/>
            <w:rFonts w:eastAsia="Helvetica Neue" w:cs="Helvetica Neue"/>
          </w:rPr>
          <w:t>page 2</w:t>
        </w:r>
      </w:hyperlink>
      <w:r w:rsidR="00E80965">
        <w:rPr>
          <w:rFonts w:eastAsia="Helvetica Neue" w:cs="Helvetica Neue"/>
          <w:color w:val="1F2933"/>
        </w:rPr>
        <w:t>)</w:t>
      </w:r>
    </w:p>
    <w:p w14:paraId="48E34D11" w14:textId="13EF86CA" w:rsidR="005110B5" w:rsidRDefault="005110B5" w:rsidP="005110B5">
      <w:pPr>
        <w:pStyle w:val="ListBullet"/>
        <w:spacing w:after="80"/>
      </w:pPr>
      <w:r w:rsidRPr="00ED015C">
        <w:rPr>
          <w:rFonts w:eastAsia="Helvetica Neue" w:cs="Helvetica Neue"/>
          <w:b/>
          <w:bCs/>
          <w:color w:val="1F2933"/>
        </w:rPr>
        <w:t>Diagram</w:t>
      </w:r>
      <w:r>
        <w:rPr>
          <w:rFonts w:eastAsia="Helvetica Neue" w:cs="Helvetica Neue"/>
          <w:color w:val="1F2933"/>
        </w:rPr>
        <w:t xml:space="preserve"> </w:t>
      </w:r>
      <w:r w:rsidR="00E80965" w:rsidRPr="00E80965">
        <w:rPr>
          <w:rFonts w:eastAsia="Helvetica Neue" w:cs="Helvetica Neue"/>
          <w:b/>
          <w:bCs/>
          <w:color w:val="1F2933"/>
        </w:rPr>
        <w:t>M</w:t>
      </w:r>
      <w:r w:rsidRPr="00E80965">
        <w:rPr>
          <w:rFonts w:eastAsia="Helvetica Neue" w:cs="Helvetica Neue"/>
          <w:b/>
          <w:bCs/>
          <w:color w:val="1F2933"/>
        </w:rPr>
        <w:t>ode</w:t>
      </w:r>
      <w:r>
        <w:rPr>
          <w:rFonts w:eastAsia="Helvetica Neue" w:cs="Helvetica Neue"/>
          <w:color w:val="1F2933"/>
        </w:rPr>
        <w:t xml:space="preserve"> </w:t>
      </w:r>
      <w:r w:rsidR="00E80965">
        <w:rPr>
          <w:rFonts w:eastAsia="Helvetica Neue" w:cs="Helvetica Neue"/>
          <w:color w:val="1F2933"/>
        </w:rPr>
        <w:t>(</w:t>
      </w:r>
      <w:hyperlink w:anchor="DiagramMode" w:history="1">
        <w:r w:rsidR="00E80965" w:rsidRPr="00502FD1">
          <w:rPr>
            <w:rStyle w:val="Hyperlink"/>
            <w:rFonts w:eastAsia="Helvetica Neue" w:cs="Helvetica Neue"/>
          </w:rPr>
          <w:t>pages 3-</w:t>
        </w:r>
        <w:r w:rsidR="000341B9" w:rsidRPr="00502FD1">
          <w:rPr>
            <w:rStyle w:val="Hyperlink"/>
            <w:rFonts w:eastAsia="Helvetica Neue" w:cs="Helvetica Neue"/>
          </w:rPr>
          <w:t>11</w:t>
        </w:r>
      </w:hyperlink>
      <w:r w:rsidR="00E80965">
        <w:rPr>
          <w:rFonts w:eastAsia="Helvetica Neue" w:cs="Helvetica Neue"/>
          <w:color w:val="1F2933"/>
        </w:rPr>
        <w:t xml:space="preserve">) </w:t>
      </w:r>
      <w:r>
        <w:rPr>
          <w:rFonts w:eastAsia="Helvetica Neue" w:cs="Helvetica Neue"/>
          <w:color w:val="1F2933"/>
        </w:rPr>
        <w:t xml:space="preserve">– Tools for drawing, constructing, and customizing your geometric setting. </w:t>
      </w:r>
    </w:p>
    <w:p w14:paraId="53104E01" w14:textId="627E3707" w:rsidR="005110B5" w:rsidRDefault="005110B5" w:rsidP="005110B5">
      <w:pPr>
        <w:pStyle w:val="ListBullet"/>
        <w:spacing w:after="80"/>
      </w:pPr>
      <w:r w:rsidRPr="00ED015C">
        <w:rPr>
          <w:rFonts w:eastAsia="Helvetica Neue" w:cs="Helvetica Neue"/>
          <w:b/>
          <w:bCs/>
          <w:color w:val="1F2933"/>
        </w:rPr>
        <w:t>Proof</w:t>
      </w:r>
      <w:r>
        <w:rPr>
          <w:rFonts w:eastAsia="Helvetica Neue" w:cs="Helvetica Neue"/>
          <w:color w:val="1F2933"/>
        </w:rPr>
        <w:t xml:space="preserve"> </w:t>
      </w:r>
      <w:r w:rsidR="00E80965" w:rsidRPr="00E80965">
        <w:rPr>
          <w:rFonts w:eastAsia="Helvetica Neue" w:cs="Helvetica Neue"/>
          <w:b/>
          <w:bCs/>
          <w:color w:val="1F2933"/>
        </w:rPr>
        <w:t>M</w:t>
      </w:r>
      <w:r w:rsidRPr="00E80965">
        <w:rPr>
          <w:rFonts w:eastAsia="Helvetica Neue" w:cs="Helvetica Neue"/>
          <w:b/>
          <w:bCs/>
          <w:color w:val="1F2933"/>
        </w:rPr>
        <w:t>ode</w:t>
      </w:r>
      <w:r>
        <w:rPr>
          <w:rFonts w:eastAsia="Helvetica Neue" w:cs="Helvetica Neue"/>
          <w:color w:val="1F2933"/>
        </w:rPr>
        <w:t xml:space="preserve"> </w:t>
      </w:r>
      <w:r w:rsidR="000341B9">
        <w:rPr>
          <w:rFonts w:eastAsia="Helvetica Neue" w:cs="Helvetica Neue"/>
          <w:color w:val="1F2933"/>
        </w:rPr>
        <w:t>(</w:t>
      </w:r>
      <w:hyperlink w:anchor="Proofmode" w:history="1">
        <w:r w:rsidR="000341B9" w:rsidRPr="00502FD1">
          <w:rPr>
            <w:rStyle w:val="Hyperlink"/>
            <w:rFonts w:eastAsia="Helvetica Neue" w:cs="Helvetica Neue"/>
          </w:rPr>
          <w:t>pag</w:t>
        </w:r>
        <w:r w:rsidR="000341B9" w:rsidRPr="00502FD1">
          <w:rPr>
            <w:rStyle w:val="Hyperlink"/>
            <w:rFonts w:eastAsia="Helvetica Neue" w:cs="Helvetica Neue"/>
          </w:rPr>
          <w:t>e</w:t>
        </w:r>
        <w:r w:rsidR="000341B9" w:rsidRPr="00502FD1">
          <w:rPr>
            <w:rStyle w:val="Hyperlink"/>
            <w:rFonts w:eastAsia="Helvetica Neue" w:cs="Helvetica Neue"/>
          </w:rPr>
          <w:t>s 12</w:t>
        </w:r>
        <w:r w:rsidR="00594222" w:rsidRPr="00502FD1">
          <w:rPr>
            <w:rStyle w:val="Hyperlink"/>
            <w:rFonts w:eastAsia="Helvetica Neue" w:cs="Helvetica Neue"/>
          </w:rPr>
          <w:t>-17</w:t>
        </w:r>
      </w:hyperlink>
      <w:r w:rsidR="00594222">
        <w:rPr>
          <w:rFonts w:eastAsia="Helvetica Neue" w:cs="Helvetica Neue"/>
          <w:color w:val="1F2933"/>
        </w:rPr>
        <w:t xml:space="preserve"> and </w:t>
      </w:r>
      <w:hyperlink w:anchor="Proofmode2" w:history="1">
        <w:r w:rsidR="00594222" w:rsidRPr="00502FD1">
          <w:rPr>
            <w:rStyle w:val="Hyperlink"/>
            <w:rFonts w:eastAsia="Helvetica Neue" w:cs="Helvetica Neue"/>
          </w:rPr>
          <w:t>20-24</w:t>
        </w:r>
      </w:hyperlink>
      <w:r w:rsidR="000341B9">
        <w:rPr>
          <w:rFonts w:eastAsia="Helvetica Neue" w:cs="Helvetica Neue"/>
          <w:color w:val="1F2933"/>
        </w:rPr>
        <w:t xml:space="preserve">) </w:t>
      </w:r>
      <w:r>
        <w:rPr>
          <w:rFonts w:eastAsia="Helvetica Neue" w:cs="Helvetica Neue"/>
          <w:color w:val="1F2933"/>
        </w:rPr>
        <w:t xml:space="preserve">– Build your proof as you enter claims, connections, and justifications. </w:t>
      </w:r>
      <w:r w:rsidR="001810E9">
        <w:rPr>
          <w:rFonts w:eastAsia="Helvetica Neue" w:cs="Helvetica Neue"/>
          <w:color w:val="1F2933"/>
        </w:rPr>
        <w:t>Saving and opening files. Printing and exporting PDF options.</w:t>
      </w:r>
    </w:p>
    <w:p w14:paraId="338D6B7C" w14:textId="5A9B8336" w:rsidR="005110B5" w:rsidRDefault="005110B5" w:rsidP="005110B5">
      <w:pPr>
        <w:pStyle w:val="ListBullet"/>
        <w:spacing w:after="80"/>
      </w:pPr>
      <w:r>
        <w:rPr>
          <w:rFonts w:eastAsia="Helvetica Neue" w:cs="Helvetica Neue"/>
          <w:b/>
          <w:bCs/>
          <w:color w:val="1F2933"/>
        </w:rPr>
        <w:t>Justifications</w:t>
      </w:r>
      <w:r w:rsidRPr="00ED015C">
        <w:rPr>
          <w:rFonts w:eastAsia="Helvetica Neue" w:cs="Helvetica Neue"/>
          <w:b/>
          <w:bCs/>
          <w:color w:val="1F2933"/>
        </w:rPr>
        <w:t xml:space="preserve"> Library</w:t>
      </w:r>
      <w:r>
        <w:rPr>
          <w:rFonts w:eastAsia="Helvetica Neue" w:cs="Helvetica Neue"/>
          <w:color w:val="1F2933"/>
        </w:rPr>
        <w:t xml:space="preserve"> </w:t>
      </w:r>
      <w:r w:rsidR="000341B9">
        <w:rPr>
          <w:rFonts w:eastAsia="Helvetica Neue" w:cs="Helvetica Neue"/>
          <w:color w:val="1F2933"/>
        </w:rPr>
        <w:t>(</w:t>
      </w:r>
      <w:hyperlink w:anchor="Justifications" w:history="1">
        <w:r w:rsidR="000341B9" w:rsidRPr="00502FD1">
          <w:rPr>
            <w:rStyle w:val="Hyperlink"/>
            <w:rFonts w:eastAsia="Helvetica Neue" w:cs="Helvetica Neue"/>
          </w:rPr>
          <w:t>pages</w:t>
        </w:r>
        <w:r w:rsidR="00594222" w:rsidRPr="00502FD1">
          <w:rPr>
            <w:rStyle w:val="Hyperlink"/>
            <w:rFonts w:eastAsia="Helvetica Neue" w:cs="Helvetica Neue"/>
          </w:rPr>
          <w:t xml:space="preserve"> 17-20</w:t>
        </w:r>
      </w:hyperlink>
      <w:r w:rsidR="000341B9">
        <w:rPr>
          <w:rFonts w:eastAsia="Helvetica Neue" w:cs="Helvetica Neue"/>
          <w:color w:val="1F2933"/>
        </w:rPr>
        <w:t xml:space="preserve">) </w:t>
      </w:r>
      <w:r>
        <w:rPr>
          <w:rFonts w:eastAsia="Helvetica Neue" w:cs="Helvetica Neue"/>
          <w:color w:val="1F2933"/>
        </w:rPr>
        <w:t>– Search for helpful postulates, theorems, and definitions. Add your own theorems</w:t>
      </w:r>
      <w:r w:rsidR="00E90559">
        <w:rPr>
          <w:rFonts w:eastAsia="Helvetica Neue" w:cs="Helvetica Neue"/>
          <w:color w:val="1F2933"/>
        </w:rPr>
        <w:t xml:space="preserve"> and definitions</w:t>
      </w:r>
      <w:r>
        <w:rPr>
          <w:rFonts w:eastAsia="Helvetica Neue" w:cs="Helvetica Neue"/>
          <w:color w:val="1F2933"/>
        </w:rPr>
        <w:t>!</w:t>
      </w:r>
    </w:p>
    <w:p w14:paraId="536135D5" w14:textId="12C4EDFF" w:rsidR="005110B5" w:rsidRDefault="005110B5" w:rsidP="005110B5">
      <w:pPr>
        <w:pStyle w:val="ListBullet"/>
        <w:spacing w:after="80"/>
      </w:pPr>
      <w:r w:rsidRPr="00ED015C">
        <w:rPr>
          <w:rFonts w:eastAsia="Helvetica Neue" w:cs="Helvetica Neue"/>
          <w:b/>
          <w:bCs/>
          <w:color w:val="1F2933"/>
        </w:rPr>
        <w:t>4-Column Format</w:t>
      </w:r>
      <w:r>
        <w:rPr>
          <w:rFonts w:eastAsia="Helvetica Neue" w:cs="Helvetica Neue"/>
          <w:color w:val="1F2933"/>
        </w:rPr>
        <w:t xml:space="preserve"> </w:t>
      </w:r>
      <w:r w:rsidR="000341B9">
        <w:rPr>
          <w:rFonts w:eastAsia="Helvetica Neue" w:cs="Helvetica Neue"/>
          <w:color w:val="1F2933"/>
        </w:rPr>
        <w:t>(</w:t>
      </w:r>
      <w:hyperlink w:anchor="FourCol" w:history="1">
        <w:r w:rsidR="000341B9" w:rsidRPr="00502FD1">
          <w:rPr>
            <w:rStyle w:val="Hyperlink"/>
            <w:rFonts w:eastAsia="Helvetica Neue" w:cs="Helvetica Neue"/>
          </w:rPr>
          <w:t>page</w:t>
        </w:r>
        <w:r w:rsidR="00594222" w:rsidRPr="00502FD1">
          <w:rPr>
            <w:rStyle w:val="Hyperlink"/>
            <w:rFonts w:eastAsia="Helvetica Neue" w:cs="Helvetica Neue"/>
          </w:rPr>
          <w:t xml:space="preserve"> 24</w:t>
        </w:r>
      </w:hyperlink>
      <w:r w:rsidR="000341B9">
        <w:rPr>
          <w:rFonts w:eastAsia="Helvetica Neue" w:cs="Helvetica Neue"/>
          <w:color w:val="1F2933"/>
        </w:rPr>
        <w:t xml:space="preserve">) </w:t>
      </w:r>
      <w:r>
        <w:rPr>
          <w:rFonts w:eastAsia="Helvetica Neue" w:cs="Helvetica Neue"/>
          <w:color w:val="1F2933"/>
        </w:rPr>
        <w:t xml:space="preserve">– A linear format that captures your logical connections. </w:t>
      </w:r>
    </w:p>
    <w:p w14:paraId="06627970" w14:textId="4C19EF06" w:rsidR="005110B5" w:rsidRDefault="005110B5" w:rsidP="001810E9">
      <w:pPr>
        <w:pStyle w:val="ListBullet"/>
        <w:numPr>
          <w:ilvl w:val="0"/>
          <w:numId w:val="0"/>
        </w:numPr>
        <w:spacing w:after="80"/>
      </w:pPr>
    </w:p>
    <w:p w14:paraId="7EACD1CF" w14:textId="77777777" w:rsidR="00E90559" w:rsidRDefault="00E90559" w:rsidP="005110B5">
      <w:pPr>
        <w:pStyle w:val="ListBullet"/>
        <w:numPr>
          <w:ilvl w:val="0"/>
          <w:numId w:val="0"/>
        </w:numPr>
        <w:spacing w:after="80"/>
        <w:ind w:left="360" w:hanging="360"/>
        <w:rPr>
          <w:rFonts w:eastAsia="Helvetica Neue" w:cs="Helvetica Neue"/>
          <w:color w:val="1F2933"/>
        </w:rPr>
      </w:pPr>
    </w:p>
    <w:p w14:paraId="746F3407" w14:textId="77777777" w:rsidR="005110B5" w:rsidRDefault="005110B5" w:rsidP="005110B5">
      <w:pPr>
        <w:pStyle w:val="ListBullet"/>
        <w:numPr>
          <w:ilvl w:val="0"/>
          <w:numId w:val="0"/>
        </w:numPr>
        <w:spacing w:after="80"/>
        <w:ind w:left="360" w:hanging="360"/>
      </w:pPr>
    </w:p>
    <w:tbl>
      <w:tblPr>
        <w:tblW w:w="0" w:type="auto"/>
        <w:tblLook w:val="04A0" w:firstRow="1" w:lastRow="0" w:firstColumn="1" w:lastColumn="0" w:noHBand="0" w:noVBand="1"/>
      </w:tblPr>
      <w:tblGrid>
        <w:gridCol w:w="9613"/>
      </w:tblGrid>
      <w:tr w:rsidR="000B1A18" w14:paraId="0793C4BB" w14:textId="77777777">
        <w:tc>
          <w:tcPr>
            <w:tcW w:w="9648" w:type="dxa"/>
            <w:tcBorders>
              <w:top w:val="single" w:sz="8" w:space="0" w:color="2E5B9C"/>
              <w:left w:val="single" w:sz="20" w:space="0" w:color="2E5B9C"/>
              <w:bottom w:val="single" w:sz="8" w:space="0" w:color="2E5B9C"/>
              <w:right w:val="single" w:sz="8" w:space="0" w:color="2E5B9C"/>
            </w:tcBorders>
            <w:shd w:val="clear" w:color="auto" w:fill="E8F0FA"/>
          </w:tcPr>
          <w:p w14:paraId="196C4273" w14:textId="3CDF0F46" w:rsidR="00B1164A" w:rsidRPr="00B1164A" w:rsidRDefault="00000000" w:rsidP="005110B5">
            <w:pPr>
              <w:spacing w:before="200"/>
              <w:rPr>
                <w:rFonts w:eastAsia="Helvetica Neue" w:cs="Helvetica Neue"/>
                <w:color w:val="1F2933"/>
                <w:sz w:val="20"/>
                <w:szCs w:val="20"/>
              </w:rPr>
            </w:pPr>
            <w:r w:rsidRPr="00B1164A">
              <w:rPr>
                <w:rFonts w:eastAsia="Helvetica Neue" w:cs="Helvetica Neue"/>
                <w:color w:val="1F2933"/>
                <w:sz w:val="20"/>
                <w:szCs w:val="20"/>
              </w:rPr>
              <w:t xml:space="preserve">This guide is </w:t>
            </w:r>
            <w:r w:rsidR="00B1164A" w:rsidRPr="00B1164A">
              <w:rPr>
                <w:rFonts w:eastAsia="Helvetica Neue" w:cs="Helvetica Neue"/>
                <w:color w:val="1F2933"/>
                <w:sz w:val="20"/>
                <w:szCs w:val="20"/>
              </w:rPr>
              <w:t xml:space="preserve">available as </w:t>
            </w:r>
            <w:r w:rsidRPr="00B1164A">
              <w:rPr>
                <w:rFonts w:eastAsia="Helvetica Neue" w:cs="Helvetica Neue"/>
                <w:color w:val="1F2933"/>
                <w:sz w:val="20"/>
                <w:szCs w:val="20"/>
              </w:rPr>
              <w:t xml:space="preserve">an editable Word file (.docx). Feel free to </w:t>
            </w:r>
            <w:r w:rsidR="005110B5">
              <w:rPr>
                <w:rFonts w:eastAsia="Helvetica Neue" w:cs="Helvetica Neue"/>
                <w:color w:val="1F2933"/>
                <w:sz w:val="20"/>
                <w:szCs w:val="20"/>
              </w:rPr>
              <w:t>edit and update it,</w:t>
            </w:r>
            <w:r w:rsidR="00B1164A" w:rsidRPr="00B1164A">
              <w:rPr>
                <w:rFonts w:eastAsia="Helvetica Neue" w:cs="Helvetica Neue"/>
                <w:color w:val="1F2933"/>
                <w:sz w:val="20"/>
                <w:szCs w:val="20"/>
              </w:rPr>
              <w:t xml:space="preserve"> </w:t>
            </w:r>
            <w:r w:rsidRPr="00B1164A">
              <w:rPr>
                <w:rFonts w:eastAsia="Helvetica Neue" w:cs="Helvetica Neue"/>
                <w:color w:val="1F2933"/>
                <w:sz w:val="20"/>
                <w:szCs w:val="20"/>
              </w:rPr>
              <w:t xml:space="preserve">add your </w:t>
            </w:r>
            <w:r w:rsidR="00B1164A" w:rsidRPr="00B1164A">
              <w:rPr>
                <w:rFonts w:eastAsia="Helvetica Neue" w:cs="Helvetica Neue"/>
                <w:color w:val="1F2933"/>
                <w:sz w:val="20"/>
                <w:szCs w:val="20"/>
              </w:rPr>
              <w:t>own</w:t>
            </w:r>
            <w:r w:rsidRPr="00B1164A">
              <w:rPr>
                <w:rFonts w:eastAsia="Helvetica Neue" w:cs="Helvetica Neue"/>
                <w:color w:val="1F2933"/>
                <w:sz w:val="20"/>
                <w:szCs w:val="20"/>
              </w:rPr>
              <w:t xml:space="preserve"> examples</w:t>
            </w:r>
            <w:r w:rsidR="005110B5">
              <w:rPr>
                <w:rFonts w:eastAsia="Helvetica Neue" w:cs="Helvetica Neue"/>
                <w:color w:val="1F2933"/>
                <w:sz w:val="20"/>
                <w:szCs w:val="20"/>
              </w:rPr>
              <w:t>,</w:t>
            </w:r>
            <w:r w:rsidR="00B1164A">
              <w:rPr>
                <w:rFonts w:eastAsia="Helvetica Neue" w:cs="Helvetica Neue"/>
                <w:color w:val="1F2933"/>
                <w:sz w:val="20"/>
                <w:szCs w:val="20"/>
              </w:rPr>
              <w:t xml:space="preserve"> and distribute according to the terms of Creative Commons license </w:t>
            </w:r>
            <w:hyperlink r:id="rId8" w:history="1">
              <w:r w:rsidR="00B1164A" w:rsidRPr="00B1164A">
                <w:rPr>
                  <w:rStyle w:val="Hyperlink"/>
                  <w:rFonts w:eastAsia="Helvetica Neue" w:cs="Helvetica Neue"/>
                  <w:sz w:val="20"/>
                  <w:szCs w:val="20"/>
                </w:rPr>
                <w:t>BY-NC-SA 4.0</w:t>
              </w:r>
            </w:hyperlink>
            <w:r w:rsidR="00B1164A" w:rsidRPr="00B1164A">
              <w:rPr>
                <w:rFonts w:eastAsia="Helvetica Neue" w:cs="Helvetica Neue"/>
                <w:color w:val="1F2933"/>
                <w:sz w:val="20"/>
                <w:szCs w:val="20"/>
              </w:rPr>
              <w:t>.</w:t>
            </w:r>
          </w:p>
          <w:p w14:paraId="0A9EC261" w14:textId="40244AAD" w:rsidR="000B1A18" w:rsidRPr="00B1164A" w:rsidRDefault="00B1164A" w:rsidP="00B1164A">
            <w:pPr>
              <w:widowControl w:val="0"/>
              <w:autoSpaceDE w:val="0"/>
              <w:autoSpaceDN w:val="0"/>
              <w:adjustRightInd w:val="0"/>
              <w:rPr>
                <w:rFonts w:cs="Helvetica"/>
              </w:rPr>
            </w:pPr>
            <w:r w:rsidRPr="00B1164A">
              <w:rPr>
                <w:rFonts w:eastAsia="DengXian" w:cs="Arial"/>
                <w:color w:val="000000"/>
                <w:sz w:val="20"/>
                <w:szCs w:val="20"/>
              </w:rPr>
              <w:t>This work © 2026 by Joshua Abrams/</w:t>
            </w:r>
            <w:hyperlink r:id="rId9" w:history="1">
              <w:r w:rsidRPr="00B1164A">
                <w:rPr>
                  <w:rStyle w:val="Hyperlink"/>
                  <w:rFonts w:eastAsia="DengXian" w:cs="Arial"/>
                  <w:sz w:val="20"/>
                  <w:szCs w:val="20"/>
                </w:rPr>
                <w:t>Making Math</w:t>
              </w:r>
            </w:hyperlink>
            <w:r w:rsidRPr="00B1164A">
              <w:rPr>
                <w:rFonts w:eastAsia="DengXian" w:cs="Arial"/>
                <w:color w:val="000000"/>
                <w:sz w:val="20"/>
                <w:szCs w:val="20"/>
              </w:rPr>
              <w:t xml:space="preserve"> is licensed under </w:t>
            </w:r>
            <w:hyperlink r:id="rId10" w:history="1">
              <w:r w:rsidRPr="00B1164A">
                <w:rPr>
                  <w:rFonts w:eastAsia="DengXian" w:cs="Arial"/>
                  <w:color w:val="0000FF"/>
                  <w:sz w:val="20"/>
                  <w:szCs w:val="20"/>
                  <w:u w:val="single"/>
                </w:rPr>
                <w:t>CC BY-NC-SA 4.0</w:t>
              </w:r>
            </w:hyperlink>
            <w:r>
              <w:rPr>
                <w:sz w:val="20"/>
                <w:szCs w:val="20"/>
              </w:rPr>
              <w:t>.</w:t>
            </w:r>
          </w:p>
        </w:tc>
      </w:tr>
    </w:tbl>
    <w:p w14:paraId="6CB2E122" w14:textId="77777777" w:rsidR="000B1A18" w:rsidRDefault="00000000">
      <w:r>
        <w:br w:type="page"/>
      </w:r>
    </w:p>
    <w:p w14:paraId="2573CC6A" w14:textId="1FA3FF6D" w:rsidR="000B1A18" w:rsidRDefault="00000000">
      <w:pPr>
        <w:spacing w:before="320" w:after="160"/>
      </w:pPr>
      <w:bookmarkStart w:id="0" w:name="Welcome"/>
      <w:bookmarkEnd w:id="0"/>
      <w:r>
        <w:rPr>
          <w:rFonts w:eastAsia="Helvetica Neue" w:cs="Helvetica Neue"/>
          <w:b/>
          <w:color w:val="2E5B9C"/>
          <w:sz w:val="36"/>
        </w:rPr>
        <w:lastRenderedPageBreak/>
        <w:t>Welcome to GeoProof Studio</w:t>
      </w:r>
    </w:p>
    <w:p w14:paraId="33A130F2" w14:textId="6FB7EE58" w:rsidR="00E90559" w:rsidRDefault="00000000">
      <w:pPr>
        <w:spacing w:after="160"/>
        <w:rPr>
          <w:rFonts w:eastAsia="Helvetica Neue" w:cs="Helvetica Neue"/>
          <w:color w:val="1F2933"/>
        </w:rPr>
      </w:pPr>
      <w:r>
        <w:rPr>
          <w:rFonts w:eastAsia="Helvetica Neue" w:cs="Helvetica Neue"/>
          <w:color w:val="1F2933"/>
        </w:rPr>
        <w:t>GeoProof Studio is a browser-based geometry workspace</w:t>
      </w:r>
      <w:r w:rsidR="00594222">
        <w:rPr>
          <w:rFonts w:eastAsia="Helvetica Neue" w:cs="Helvetica Neue"/>
          <w:color w:val="1F2933"/>
        </w:rPr>
        <w:t xml:space="preserve"> for developing proofs</w:t>
      </w:r>
      <w:r>
        <w:rPr>
          <w:rFonts w:eastAsia="Helvetica Neue" w:cs="Helvetica Neue"/>
          <w:color w:val="1F2933"/>
        </w:rPr>
        <w:t xml:space="preserve">. </w:t>
      </w:r>
    </w:p>
    <w:p w14:paraId="6445D13A" w14:textId="77777777" w:rsidR="00E90559" w:rsidRDefault="00E90559">
      <w:pPr>
        <w:spacing w:after="160"/>
        <w:rPr>
          <w:rFonts w:eastAsia="Helvetica Neue" w:cs="Helvetica Neue"/>
          <w:color w:val="1F2933"/>
        </w:rPr>
      </w:pPr>
      <w:r>
        <w:rPr>
          <w:rFonts w:eastAsia="Helvetica Neue" w:cs="Helvetica Neue"/>
          <w:b/>
          <w:color w:val="2E5B9C"/>
          <w:sz w:val="28"/>
        </w:rPr>
        <w:t>The four workspace modes</w:t>
      </w:r>
      <w:r>
        <w:rPr>
          <w:rFonts w:eastAsia="Helvetica Neue" w:cs="Helvetica Neue"/>
          <w:color w:val="1F2933"/>
        </w:rPr>
        <w:t xml:space="preserve"> </w:t>
      </w:r>
    </w:p>
    <w:p w14:paraId="7EF887DB" w14:textId="4FF4C78C" w:rsidR="00E90559" w:rsidRDefault="000E7D31">
      <w:pPr>
        <w:spacing w:after="160"/>
        <w:rPr>
          <w:rFonts w:eastAsia="Helvetica Neue" w:cs="Helvetica Neue"/>
          <w:color w:val="1F2933"/>
        </w:rPr>
      </w:pPr>
      <w:r>
        <w:rPr>
          <w:rFonts w:eastAsia="Helvetica Neue" w:cs="Helvetica Neue"/>
          <w:color w:val="1F2933"/>
        </w:rPr>
        <w:t xml:space="preserve">In </w:t>
      </w:r>
      <w:r w:rsidRPr="00E90559">
        <w:rPr>
          <w:rFonts w:eastAsia="Helvetica Neue" w:cs="Helvetica Neue"/>
          <w:b/>
          <w:bCs/>
          <w:color w:val="1F2933"/>
        </w:rPr>
        <w:t xml:space="preserve">Diagram </w:t>
      </w:r>
      <w:r w:rsidR="001810E9">
        <w:rPr>
          <w:rFonts w:eastAsia="Helvetica Neue" w:cs="Helvetica Neue"/>
          <w:b/>
          <w:bCs/>
          <w:color w:val="1F2933"/>
        </w:rPr>
        <w:t>M</w:t>
      </w:r>
      <w:r w:rsidRPr="00E90559">
        <w:rPr>
          <w:rFonts w:eastAsia="Helvetica Neue" w:cs="Helvetica Neue"/>
          <w:b/>
          <w:bCs/>
          <w:color w:val="1F2933"/>
        </w:rPr>
        <w:t>ode</w:t>
      </w:r>
      <w:r>
        <w:rPr>
          <w:rFonts w:eastAsia="Helvetica Neue" w:cs="Helvetica Neue"/>
          <w:color w:val="1F2933"/>
        </w:rPr>
        <w:t xml:space="preserve">, you construct a labeled figure of your claim (which may start out as a conjecture, but will end as a theorem, once you have proven it). </w:t>
      </w:r>
    </w:p>
    <w:p w14:paraId="54F77EC7" w14:textId="760A24E8" w:rsidR="000E7D31" w:rsidRDefault="000E7D31">
      <w:pPr>
        <w:spacing w:after="160"/>
        <w:rPr>
          <w:rFonts w:eastAsia="Helvetica Neue" w:cs="Helvetica Neue"/>
          <w:color w:val="1F2933"/>
        </w:rPr>
      </w:pPr>
      <w:r>
        <w:rPr>
          <w:rFonts w:eastAsia="Helvetica Neue" w:cs="Helvetica Neue"/>
          <w:color w:val="1F2933"/>
        </w:rPr>
        <w:t xml:space="preserve">You then build up your proof in </w:t>
      </w:r>
      <w:r w:rsidRPr="00E90559">
        <w:rPr>
          <w:rFonts w:eastAsia="Helvetica Neue" w:cs="Helvetica Neue"/>
          <w:b/>
          <w:bCs/>
          <w:color w:val="1F2933"/>
        </w:rPr>
        <w:t xml:space="preserve">Proof </w:t>
      </w:r>
      <w:r w:rsidR="001810E9">
        <w:rPr>
          <w:rFonts w:eastAsia="Helvetica Neue" w:cs="Helvetica Neue"/>
          <w:b/>
          <w:bCs/>
          <w:color w:val="1F2933"/>
        </w:rPr>
        <w:t>M</w:t>
      </w:r>
      <w:r w:rsidRPr="00E90559">
        <w:rPr>
          <w:rFonts w:eastAsia="Helvetica Neue" w:cs="Helvetica Neue"/>
          <w:b/>
          <w:bCs/>
          <w:color w:val="1F2933"/>
        </w:rPr>
        <w:t>ode</w:t>
      </w:r>
      <w:r>
        <w:rPr>
          <w:rFonts w:eastAsia="Helvetica Neue" w:cs="Helvetica Neue"/>
          <w:color w:val="1F2933"/>
        </w:rPr>
        <w:t xml:space="preserve"> providing claims, justifications, and connectors that link your claims. You may move back and forth between these two tools if you find a need to construct auxiliary segments or </w:t>
      </w:r>
      <w:r w:rsidR="00E90559">
        <w:rPr>
          <w:rFonts w:eastAsia="Helvetica Neue" w:cs="Helvetica Neue"/>
          <w:color w:val="1F2933"/>
        </w:rPr>
        <w:t xml:space="preserve">add </w:t>
      </w:r>
      <w:r>
        <w:rPr>
          <w:rFonts w:eastAsia="Helvetica Neue" w:cs="Helvetica Neue"/>
          <w:color w:val="1F2933"/>
        </w:rPr>
        <w:t xml:space="preserve">other figures to your original diagram. </w:t>
      </w:r>
    </w:p>
    <w:p w14:paraId="37D1BE72" w14:textId="77777777" w:rsidR="00E90559" w:rsidRDefault="000E7D31">
      <w:pPr>
        <w:spacing w:after="160"/>
        <w:rPr>
          <w:rFonts w:eastAsia="Helvetica Neue" w:cs="Helvetica Neue"/>
          <w:color w:val="1F2933"/>
        </w:rPr>
      </w:pPr>
      <w:r>
        <w:rPr>
          <w:rFonts w:eastAsia="Helvetica Neue" w:cs="Helvetica Neue"/>
          <w:color w:val="1F2933"/>
        </w:rPr>
        <w:t xml:space="preserve">The final two modes are resources. There is a </w:t>
      </w:r>
      <w:r w:rsidR="00E90559" w:rsidRPr="00E90559">
        <w:rPr>
          <w:rFonts w:eastAsia="Helvetica Neue" w:cs="Helvetica Neue"/>
          <w:b/>
          <w:bCs/>
          <w:color w:val="1F2933"/>
        </w:rPr>
        <w:t>Justifications L</w:t>
      </w:r>
      <w:r w:rsidRPr="00E90559">
        <w:rPr>
          <w:rFonts w:eastAsia="Helvetica Neue" w:cs="Helvetica Neue"/>
          <w:b/>
          <w:bCs/>
          <w:color w:val="1F2933"/>
        </w:rPr>
        <w:t>ibrary</w:t>
      </w:r>
      <w:r>
        <w:rPr>
          <w:rFonts w:eastAsia="Helvetica Neue" w:cs="Helvetica Neue"/>
          <w:color w:val="1F2933"/>
        </w:rPr>
        <w:t xml:space="preserve"> of built-in conditional statements consisting of definitions, theorems, and axioms and postulates that commonly arise in geometry work. </w:t>
      </w:r>
      <w:r w:rsidR="00E90559">
        <w:rPr>
          <w:rFonts w:eastAsia="Helvetica Neue" w:cs="Helvetica Neue"/>
          <w:color w:val="1F2933"/>
        </w:rPr>
        <w:t>You can</w:t>
      </w:r>
      <w:r>
        <w:rPr>
          <w:rFonts w:eastAsia="Helvetica Neue" w:cs="Helvetica Neue"/>
          <w:color w:val="1F2933"/>
        </w:rPr>
        <w:t xml:space="preserve"> scan this library for justifications that match the needs of </w:t>
      </w:r>
      <w:r w:rsidR="00E90559">
        <w:rPr>
          <w:rFonts w:eastAsia="Helvetica Neue" w:cs="Helvetica Neue"/>
          <w:color w:val="1F2933"/>
        </w:rPr>
        <w:t>your</w:t>
      </w:r>
      <w:r>
        <w:rPr>
          <w:rFonts w:eastAsia="Helvetica Neue" w:cs="Helvetica Neue"/>
          <w:color w:val="1F2933"/>
        </w:rPr>
        <w:t xml:space="preserve"> proof. </w:t>
      </w:r>
    </w:p>
    <w:p w14:paraId="1D3C3EF4" w14:textId="0C60A285" w:rsidR="000B1A18" w:rsidRDefault="000E7D31" w:rsidP="00E90559">
      <w:pPr>
        <w:spacing w:after="160"/>
      </w:pPr>
      <w:r>
        <w:rPr>
          <w:rFonts w:eastAsia="Helvetica Neue" w:cs="Helvetica Neue"/>
          <w:color w:val="1F2933"/>
        </w:rPr>
        <w:t xml:space="preserve">Lastly, there is the </w:t>
      </w:r>
      <w:r w:rsidR="00E90559">
        <w:rPr>
          <w:rFonts w:eastAsia="Helvetica Neue" w:cs="Helvetica Neue"/>
          <w:b/>
          <w:bCs/>
          <w:color w:val="1F2933"/>
        </w:rPr>
        <w:t>4</w:t>
      </w:r>
      <w:r w:rsidRPr="00E90559">
        <w:rPr>
          <w:rFonts w:eastAsia="Helvetica Neue" w:cs="Helvetica Neue"/>
          <w:b/>
          <w:bCs/>
          <w:color w:val="1F2933"/>
        </w:rPr>
        <w:t>-Column</w:t>
      </w:r>
      <w:r w:rsidR="00E90559" w:rsidRPr="00E90559">
        <w:rPr>
          <w:rFonts w:eastAsia="Helvetica Neue" w:cs="Helvetica Neue"/>
          <w:b/>
          <w:bCs/>
          <w:color w:val="1F2933"/>
        </w:rPr>
        <w:t xml:space="preserve"> Format</w:t>
      </w:r>
      <w:r>
        <w:rPr>
          <w:rFonts w:eastAsia="Helvetica Neue" w:cs="Helvetica Neue"/>
          <w:color w:val="1F2933"/>
        </w:rPr>
        <w:t xml:space="preserve"> version of your proof that GPS makes for you which “flattens” your 2-dimensional layout into a linear format. The four-column representation still captures the links between each claim’s premises and conclusions with premise numbers replacing the connectors used in the Proof </w:t>
      </w:r>
      <w:r w:rsidR="001810E9">
        <w:rPr>
          <w:rFonts w:eastAsia="Helvetica Neue" w:cs="Helvetica Neue"/>
          <w:color w:val="1F2933"/>
        </w:rPr>
        <w:t>M</w:t>
      </w:r>
      <w:r>
        <w:rPr>
          <w:rFonts w:eastAsia="Helvetica Neue" w:cs="Helvetica Neue"/>
          <w:color w:val="1F2933"/>
        </w:rPr>
        <w:t xml:space="preserve">ode. </w:t>
      </w:r>
    </w:p>
    <w:p w14:paraId="2B47E52B" w14:textId="64813924" w:rsidR="000B1A18" w:rsidRDefault="001A47D8">
      <w:pPr>
        <w:spacing w:after="160"/>
        <w:rPr>
          <w:rFonts w:eastAsia="Helvetica Neue" w:cs="Helvetica Neue"/>
          <w:color w:val="1F2933"/>
        </w:rPr>
      </w:pPr>
      <w:r>
        <w:rPr>
          <w:rFonts w:eastAsia="Helvetica Neue" w:cs="Helvetica Neue"/>
          <w:color w:val="1F2933"/>
        </w:rPr>
        <w:t xml:space="preserve">Switch modes </w:t>
      </w:r>
      <w:r w:rsidR="00E90559">
        <w:rPr>
          <w:rFonts w:eastAsia="Helvetica Neue" w:cs="Helvetica Neue"/>
          <w:color w:val="1F2933"/>
        </w:rPr>
        <w:t>using</w:t>
      </w:r>
      <w:r>
        <w:rPr>
          <w:rFonts w:eastAsia="Helvetica Neue" w:cs="Helvetica Neue"/>
          <w:color w:val="1F2933"/>
        </w:rPr>
        <w:t xml:space="preserve"> the centered buttons in the top navigation bar. </w:t>
      </w:r>
      <w:r w:rsidR="00E90559">
        <w:rPr>
          <w:rFonts w:eastAsia="Helvetica Neue" w:cs="Helvetica Neue"/>
          <w:color w:val="1F2933"/>
        </w:rPr>
        <w:t>The d</w:t>
      </w:r>
      <w:r>
        <w:rPr>
          <w:rFonts w:eastAsia="Helvetica Neue" w:cs="Helvetica Neue"/>
          <w:color w:val="1F2933"/>
        </w:rPr>
        <w:t>iagram and proof are linked as one project – you do not lose work when you change modes.</w:t>
      </w:r>
    </w:p>
    <w:tbl>
      <w:tblPr>
        <w:tblW w:w="0" w:type="auto"/>
        <w:tblLook w:val="04A0" w:firstRow="1" w:lastRow="0" w:firstColumn="1" w:lastColumn="0" w:noHBand="0" w:noVBand="1"/>
      </w:tblPr>
      <w:tblGrid>
        <w:gridCol w:w="9603"/>
      </w:tblGrid>
      <w:tr w:rsidR="001A47D8" w14:paraId="054B6EA5" w14:textId="77777777" w:rsidTr="001A47D8">
        <w:tc>
          <w:tcPr>
            <w:tcW w:w="9603" w:type="dxa"/>
            <w:tcBorders>
              <w:top w:val="single" w:sz="12" w:space="0" w:color="2E5B9C"/>
              <w:left w:val="single" w:sz="24" w:space="0" w:color="2E5B9C"/>
              <w:bottom w:val="single" w:sz="12" w:space="0" w:color="2E5B9C"/>
              <w:right w:val="single" w:sz="12" w:space="0" w:color="2E5B9C"/>
            </w:tcBorders>
            <w:shd w:val="clear" w:color="auto" w:fill="E8F0FA"/>
          </w:tcPr>
          <w:p w14:paraId="2600B750" w14:textId="16CFF98E" w:rsidR="001A47D8" w:rsidRPr="00211EBE" w:rsidRDefault="001A47D8" w:rsidP="00211EBE">
            <w:pPr>
              <w:spacing w:after="0"/>
            </w:pPr>
            <w:bookmarkStart w:id="1" w:name="GettingStarted"/>
            <w:r w:rsidRPr="00211EBE">
              <w:rPr>
                <w:rFonts w:eastAsia="Helvetica Neue" w:cs="Helvetica Neue"/>
                <w:b/>
                <w:color w:val="2E5B9C"/>
              </w:rPr>
              <w:t>Getting Started</w:t>
            </w:r>
          </w:p>
          <w:bookmarkEnd w:id="1"/>
          <w:p w14:paraId="7C2B4F32" w14:textId="3D4216F3" w:rsidR="001A47D8" w:rsidRPr="00211EBE" w:rsidRDefault="001A47D8" w:rsidP="00211EBE">
            <w:pPr>
              <w:spacing w:before="120" w:after="120"/>
              <w:rPr>
                <w:rFonts w:eastAsia="Helvetica Neue" w:cs="Helvetica Neue"/>
                <w:color w:val="1F2933"/>
              </w:rPr>
            </w:pPr>
            <w:r w:rsidRPr="00211EBE">
              <w:rPr>
                <w:rFonts w:eastAsia="Helvetica Neue" w:cs="Helvetica Neue"/>
                <w:b/>
                <w:bCs/>
                <w:color w:val="2D5B9C"/>
              </w:rPr>
              <w:t>Step One:</w:t>
            </w:r>
            <w:r w:rsidRPr="00211EBE">
              <w:rPr>
                <w:rFonts w:eastAsia="Helvetica Neue" w:cs="Helvetica Neue"/>
                <w:b/>
                <w:bCs/>
                <w:color w:val="1F2933"/>
              </w:rPr>
              <w:t xml:space="preserve"> </w:t>
            </w:r>
            <w:r w:rsidR="009B4AF8" w:rsidRPr="00211EBE">
              <w:rPr>
                <w:rFonts w:eastAsia="Helvetica Neue" w:cs="Helvetica Neue"/>
                <w:color w:val="1F2933"/>
              </w:rPr>
              <w:t>B</w:t>
            </w:r>
            <w:r w:rsidRPr="00211EBE">
              <w:rPr>
                <w:rFonts w:eastAsia="Helvetica Neue" w:cs="Helvetica Neue"/>
                <w:color w:val="1F2933"/>
              </w:rPr>
              <w:t xml:space="preserve">egin in the Proof </w:t>
            </w:r>
            <w:r w:rsidR="001810E9">
              <w:rPr>
                <w:rFonts w:eastAsia="Helvetica Neue" w:cs="Helvetica Neue"/>
                <w:color w:val="1F2933"/>
              </w:rPr>
              <w:t>M</w:t>
            </w:r>
            <w:r w:rsidRPr="00211EBE">
              <w:rPr>
                <w:rFonts w:eastAsia="Helvetica Neue" w:cs="Helvetica Neue"/>
                <w:color w:val="1F2933"/>
              </w:rPr>
              <w:t xml:space="preserve">ode </w:t>
            </w:r>
            <w:r w:rsidR="00E90559" w:rsidRPr="00211EBE">
              <w:rPr>
                <w:rFonts w:eastAsia="Helvetica Neue" w:cs="Helvetica Neue"/>
                <w:color w:val="1F2933"/>
              </w:rPr>
              <w:t xml:space="preserve">briefly </w:t>
            </w:r>
            <w:r w:rsidRPr="00211EBE">
              <w:rPr>
                <w:rFonts w:eastAsia="Helvetica Neue" w:cs="Helvetica Neue"/>
                <w:color w:val="1F2933"/>
              </w:rPr>
              <w:t xml:space="preserve">to enter both a name for </w:t>
            </w:r>
            <w:r w:rsidR="009B4AF8" w:rsidRPr="00211EBE">
              <w:rPr>
                <w:rFonts w:eastAsia="Helvetica Neue" w:cs="Helvetica Neue"/>
                <w:color w:val="1F2933"/>
              </w:rPr>
              <w:t>your</w:t>
            </w:r>
            <w:r w:rsidRPr="00211EBE">
              <w:rPr>
                <w:rFonts w:eastAsia="Helvetica Neue" w:cs="Helvetica Neue"/>
                <w:color w:val="1F2933"/>
              </w:rPr>
              <w:t xml:space="preserve"> theorem and </w:t>
            </w:r>
            <w:r w:rsidR="009B4AF8" w:rsidRPr="00211EBE">
              <w:rPr>
                <w:rFonts w:eastAsia="Helvetica Neue" w:cs="Helvetica Neue"/>
                <w:color w:val="1F2933"/>
              </w:rPr>
              <w:t>your conjecture</w:t>
            </w:r>
            <w:r w:rsidRPr="00211EBE">
              <w:rPr>
                <w:rFonts w:eastAsia="Helvetica Neue" w:cs="Helvetica Neue"/>
                <w:color w:val="1F2933"/>
              </w:rPr>
              <w:t xml:space="preserve"> in English (typically as an if-then statement</w:t>
            </w:r>
            <w:r w:rsidR="00E90559" w:rsidRPr="00211EBE">
              <w:rPr>
                <w:rFonts w:eastAsia="Helvetica Neue" w:cs="Helvetica Neue"/>
                <w:color w:val="1F2933"/>
              </w:rPr>
              <w:t>)</w:t>
            </w:r>
            <w:r w:rsidRPr="00211EBE">
              <w:rPr>
                <w:rFonts w:eastAsia="Helvetica Neue" w:cs="Helvetica Neue"/>
                <w:color w:val="1F2933"/>
              </w:rPr>
              <w:t>.</w:t>
            </w:r>
          </w:p>
          <w:p w14:paraId="131124CB" w14:textId="27C6E971" w:rsidR="001A47D8" w:rsidRPr="00211EBE" w:rsidRDefault="001A47D8" w:rsidP="00F56D5F">
            <w:pPr>
              <w:rPr>
                <w:noProof/>
              </w:rPr>
            </w:pPr>
            <w:r w:rsidRPr="00211EBE">
              <w:rPr>
                <w:rFonts w:eastAsia="Helvetica Neue" w:cs="Helvetica Neue"/>
                <w:noProof/>
                <w:color w:val="1F2933"/>
              </w:rPr>
              <mc:AlternateContent>
                <mc:Choice Requires="wps">
                  <w:drawing>
                    <wp:anchor distT="0" distB="0" distL="114300" distR="114300" simplePos="0" relativeHeight="251629568" behindDoc="0" locked="0" layoutInCell="1" allowOverlap="1" wp14:anchorId="54EC1180" wp14:editId="409C7196">
                      <wp:simplePos x="0" y="0"/>
                      <wp:positionH relativeFrom="column">
                        <wp:posOffset>1882458</wp:posOffset>
                      </wp:positionH>
                      <wp:positionV relativeFrom="paragraph">
                        <wp:posOffset>215913</wp:posOffset>
                      </wp:positionV>
                      <wp:extent cx="345802" cy="435417"/>
                      <wp:effectExtent l="69532" t="32068" r="28893" b="79692"/>
                      <wp:wrapNone/>
                      <wp:docPr id="401686780" name="Bent Arrow 2"/>
                      <wp:cNvGraphicFramePr/>
                      <a:graphic xmlns:a="http://schemas.openxmlformats.org/drawingml/2006/main">
                        <a:graphicData uri="http://schemas.microsoft.com/office/word/2010/wordprocessingShape">
                          <wps:wsp>
                            <wps:cNvSpPr/>
                            <wps:spPr>
                              <a:xfrm rot="5400000">
                                <a:off x="0" y="0"/>
                                <a:ext cx="345802" cy="435417"/>
                              </a:xfrm>
                              <a:prstGeom prst="bentArrow">
                                <a:avLst/>
                              </a:prstGeom>
                              <a:noFill/>
                              <a:ln w="28575">
                                <a:solidFill>
                                  <a:schemeClr val="accent6">
                                    <a:lumMod val="75000"/>
                                  </a:schemeClr>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0DD4F3C7" id="Bent Arrow 2" o:spid="_x0000_s1026" style="position:absolute;margin-left:148.25pt;margin-top:17pt;width:27.25pt;height:34.3pt;rotation:90;z-index:2516295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345802,43541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" path="m,435417l,194514c,110960,67734,43226,151288,43226r108064,-1l259352,r86450,86451l259352,172901r,-43225l151288,129676v-35809,,-64838,29029,-64838,64838c86450,274815,86451,355116,86451,435417l,435417xe" filled="f" strokecolor="#e36c0a [2409]" strokeweight="2.25pt">
                      <v:shadow on="t" color="black" opacity="22937f" origin=",.5" offset="0,.63889mm"/>
                      <v:path arrowok="t" o:connecttype="custom" o:connectlocs="0,435417;0,194514;151288,43226;259352,43225;259352,0;345802,86451;259352,172901;259352,129676;151288,129676;86450,194514;86451,435417;0,435417" o:connectangles="0,0,0,0,0,0,0,0,0,0,0,0"/>
                    </v:shape>
                  </w:pict>
                </mc:Fallback>
              </mc:AlternateContent>
            </w:r>
            <w:r w:rsidRPr="00211EBE">
              <w:rPr>
                <w:rFonts w:eastAsia="Helvetica Neue" w:cs="Helvetica Neue"/>
                <w:noProof/>
                <w:color w:val="1F2933"/>
              </w:rPr>
              <w:drawing>
                <wp:inline distT="0" distB="0" distL="0" distR="0" wp14:anchorId="13DC8A03" wp14:editId="5C68B1AF">
                  <wp:extent cx="1752317" cy="516835"/>
                  <wp:effectExtent l="12700" t="12700" r="13335" b="17145"/>
                  <wp:docPr id="11884553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8455343" name=""/>
                          <pic:cNvPicPr/>
                        </pic:nvPicPr>
                        <pic:blipFill>
                          <a:blip r:embed="rId11"/>
                          <a:stretch>
                            <a:fillRect/>
                          </a:stretch>
                        </pic:blipFill>
                        <pic:spPr>
                          <a:xfrm>
                            <a:off x="0" y="0"/>
                            <a:ext cx="1871063" cy="551858"/>
                          </a:xfrm>
                          <a:prstGeom prst="rect">
                            <a:avLst/>
                          </a:prstGeom>
                          <a:ln>
                            <a:solidFill>
                              <a:schemeClr val="tx1"/>
                            </a:solidFill>
                          </a:ln>
                        </pic:spPr>
                      </pic:pic>
                    </a:graphicData>
                  </a:graphic>
                </wp:inline>
              </w:drawing>
            </w:r>
            <w:r w:rsidRPr="00211EBE">
              <w:rPr>
                <w:noProof/>
              </w:rPr>
              <w:t xml:space="preserve"> </w:t>
            </w:r>
          </w:p>
          <w:p w14:paraId="620DF1EB" w14:textId="4E725419" w:rsidR="001A47D8" w:rsidRPr="00211EBE" w:rsidRDefault="001A47D8" w:rsidP="00F56D5F">
            <w:pPr>
              <w:rPr>
                <w:rFonts w:eastAsia="Helvetica Neue" w:cs="Helvetica Neue"/>
                <w:color w:val="1F2933"/>
              </w:rPr>
            </w:pPr>
            <w:r w:rsidRPr="00211EBE">
              <w:rPr>
                <w:rFonts w:eastAsia="Helvetica Neue" w:cs="Helvetica Neue"/>
                <w:noProof/>
                <w:color w:val="1F2933"/>
              </w:rPr>
              <w:drawing>
                <wp:inline distT="0" distB="0" distL="0" distR="0" wp14:anchorId="232A6C5A" wp14:editId="2D0EF389">
                  <wp:extent cx="5124450" cy="516835"/>
                  <wp:effectExtent l="12700" t="12700" r="6350" b="17145"/>
                  <wp:docPr id="3125286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528643" name=""/>
                          <pic:cNvPicPr/>
                        </pic:nvPicPr>
                        <pic:blipFill rotWithShape="1">
                          <a:blip r:embed="rId12"/>
                          <a:srcRect r="-2" b="75321"/>
                          <a:stretch>
                            <a:fillRect/>
                          </a:stretch>
                        </pic:blipFill>
                        <pic:spPr bwMode="auto">
                          <a:xfrm>
                            <a:off x="0" y="0"/>
                            <a:ext cx="5211688" cy="525634"/>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35D924D1" w14:textId="19A5D897" w:rsidR="001A47D8" w:rsidRPr="00211EBE" w:rsidRDefault="001A47D8" w:rsidP="00F56D5F">
            <w:pPr>
              <w:rPr>
                <w:rFonts w:eastAsia="Helvetica Neue" w:cs="Helvetica Neue"/>
                <w:color w:val="1F2933"/>
              </w:rPr>
            </w:pPr>
            <w:r w:rsidRPr="00211EBE">
              <w:rPr>
                <w:rFonts w:eastAsia="Helvetica Neue" w:cs="Helvetica Neue"/>
                <w:b/>
                <w:bCs/>
                <w:color w:val="2D5B9C"/>
              </w:rPr>
              <w:t>Step Two:</w:t>
            </w:r>
            <w:r w:rsidRPr="00211EBE">
              <w:rPr>
                <w:rFonts w:eastAsia="Helvetica Neue" w:cs="Helvetica Neue"/>
                <w:b/>
                <w:bCs/>
                <w:color w:val="1F2933"/>
              </w:rPr>
              <w:t xml:space="preserve"> </w:t>
            </w:r>
            <w:r w:rsidRPr="00211EBE">
              <w:rPr>
                <w:rFonts w:eastAsia="Helvetica Neue" w:cs="Helvetica Neue"/>
                <w:color w:val="1F2933"/>
              </w:rPr>
              <w:t xml:space="preserve">Go to the Diagram </w:t>
            </w:r>
            <w:r w:rsidR="001810E9">
              <w:rPr>
                <w:rFonts w:eastAsia="Helvetica Neue" w:cs="Helvetica Neue"/>
                <w:color w:val="1F2933"/>
              </w:rPr>
              <w:t>M</w:t>
            </w:r>
            <w:r w:rsidRPr="00211EBE">
              <w:rPr>
                <w:rFonts w:eastAsia="Helvetica Neue" w:cs="Helvetica Neue"/>
                <w:color w:val="1F2933"/>
              </w:rPr>
              <w:t xml:space="preserve">ode and draw and construct figures that match the description in </w:t>
            </w:r>
            <w:r w:rsidR="00EC2711" w:rsidRPr="00211EBE">
              <w:rPr>
                <w:rFonts w:eastAsia="Helvetica Neue" w:cs="Helvetica Neue"/>
                <w:color w:val="1F2933"/>
              </w:rPr>
              <w:t xml:space="preserve">the premise (the </w:t>
            </w:r>
            <w:r w:rsidR="00EC2711" w:rsidRPr="00211EBE">
              <w:rPr>
                <w:rFonts w:eastAsia="Helvetica Neue" w:cs="Helvetica Neue"/>
                <w:i/>
                <w:iCs/>
                <w:color w:val="1F2933"/>
              </w:rPr>
              <w:t>if</w:t>
            </w:r>
            <w:r w:rsidR="00EC2711" w:rsidRPr="00211EBE">
              <w:rPr>
                <w:rFonts w:eastAsia="Helvetica Neue" w:cs="Helvetica Neue"/>
                <w:color w:val="1F2933"/>
              </w:rPr>
              <w:t xml:space="preserve"> part) of your theorem</w:t>
            </w:r>
            <w:r w:rsidRPr="00211EBE">
              <w:rPr>
                <w:rFonts w:eastAsia="Helvetica Neue" w:cs="Helvetica Neue"/>
                <w:color w:val="1F2933"/>
              </w:rPr>
              <w:t xml:space="preserve">. </w:t>
            </w:r>
            <w:r w:rsidR="009B4AF8" w:rsidRPr="00211EBE">
              <w:rPr>
                <w:rFonts w:eastAsia="Helvetica Neue" w:cs="Helvetica Neue"/>
                <w:color w:val="1F2933"/>
              </w:rPr>
              <w:t>Use the more specific construction tools (those which constrain the shape) when a relationship matters.</w:t>
            </w:r>
          </w:p>
          <w:p w14:paraId="048534E9" w14:textId="712CA983" w:rsidR="00B70297" w:rsidRPr="009B4AF8" w:rsidRDefault="004A443A" w:rsidP="004A443A">
            <w:pPr>
              <w:rPr>
                <w:rFonts w:eastAsia="Helvetica Neue" w:cs="Helvetica Neue"/>
                <w:color w:val="1F2933"/>
                <w:sz w:val="20"/>
              </w:rPr>
            </w:pPr>
            <w:r w:rsidRPr="00211EBE">
              <w:rPr>
                <w:rFonts w:eastAsia="Helvetica Neue" w:cs="Helvetica Neue"/>
                <w:noProof/>
                <w:color w:val="1F2933"/>
              </w:rPr>
              <w:drawing>
                <wp:anchor distT="0" distB="0" distL="114300" distR="114300" simplePos="0" relativeHeight="251631616" behindDoc="0" locked="0" layoutInCell="1" allowOverlap="1" wp14:anchorId="5B46BBD5" wp14:editId="3F890177">
                  <wp:simplePos x="0" y="0"/>
                  <wp:positionH relativeFrom="column">
                    <wp:posOffset>3834036</wp:posOffset>
                  </wp:positionH>
                  <wp:positionV relativeFrom="paragraph">
                    <wp:posOffset>812571</wp:posOffset>
                  </wp:positionV>
                  <wp:extent cx="972047" cy="137160"/>
                  <wp:effectExtent l="0" t="0" r="6350" b="2540"/>
                  <wp:wrapNone/>
                  <wp:docPr id="7813887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1388708" name="Picture 1"/>
                          <pic:cNvPicPr/>
                        </pic:nvPicPr>
                        <pic:blipFill>
                          <a:blip r:embed="rId13"/>
                          <a:stretch>
                            <a:fillRect/>
                          </a:stretch>
                        </pic:blipFill>
                        <pic:spPr>
                          <a:xfrm>
                            <a:off x="0" y="0"/>
                            <a:ext cx="972047" cy="137160"/>
                          </a:xfrm>
                          <a:prstGeom prst="rect">
                            <a:avLst/>
                          </a:prstGeom>
                        </pic:spPr>
                      </pic:pic>
                    </a:graphicData>
                  </a:graphic>
                  <wp14:sizeRelH relativeFrom="page">
                    <wp14:pctWidth>0</wp14:pctWidth>
                  </wp14:sizeRelH>
                  <wp14:sizeRelV relativeFrom="page">
                    <wp14:pctHeight>0</wp14:pctHeight>
                  </wp14:sizeRelV>
                </wp:anchor>
              </w:drawing>
            </w:r>
            <w:r w:rsidR="001A47D8" w:rsidRPr="00211EBE">
              <w:rPr>
                <w:rFonts w:eastAsia="Helvetica Neue" w:cs="Helvetica Neue"/>
                <w:noProof/>
                <w:color w:val="1F2933"/>
              </w:rPr>
              <w:drawing>
                <wp:anchor distT="0" distB="0" distL="114300" distR="114300" simplePos="0" relativeHeight="251630592" behindDoc="1" locked="0" layoutInCell="1" allowOverlap="1" wp14:anchorId="1C702744" wp14:editId="4CBE672D">
                  <wp:simplePos x="0" y="0"/>
                  <wp:positionH relativeFrom="column">
                    <wp:posOffset>3156281</wp:posOffset>
                  </wp:positionH>
                  <wp:positionV relativeFrom="paragraph">
                    <wp:posOffset>0</wp:posOffset>
                  </wp:positionV>
                  <wp:extent cx="1104900" cy="188595"/>
                  <wp:effectExtent l="0" t="0" r="0" b="1905"/>
                  <wp:wrapTight wrapText="bothSides">
                    <wp:wrapPolygon edited="1">
                      <wp:start x="1710" y="0"/>
                      <wp:lineTo x="1865" y="16136"/>
                      <wp:lineTo x="19331" y="16136"/>
                      <wp:lineTo x="19642" y="0"/>
                      <wp:lineTo x="1710" y="0"/>
                    </wp:wrapPolygon>
                  </wp:wrapTight>
                  <wp:docPr id="5993802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9380292" name=""/>
                          <pic:cNvPicPr/>
                        </pic:nvPicPr>
                        <pic:blipFill>
                          <a:blip r:embed="rId14"/>
                          <a:stretch>
                            <a:fillRect/>
                          </a:stretch>
                        </pic:blipFill>
                        <pic:spPr>
                          <a:xfrm>
                            <a:off x="0" y="0"/>
                            <a:ext cx="1104900" cy="188595"/>
                          </a:xfrm>
                          <a:prstGeom prst="rect">
                            <a:avLst/>
                          </a:prstGeom>
                        </pic:spPr>
                      </pic:pic>
                    </a:graphicData>
                  </a:graphic>
                  <wp14:sizeRelH relativeFrom="page">
                    <wp14:pctWidth>0</wp14:pctWidth>
                  </wp14:sizeRelH>
                  <wp14:sizeRelV relativeFrom="page">
                    <wp14:pctHeight>0</wp14:pctHeight>
                  </wp14:sizeRelV>
                </wp:anchor>
              </w:drawing>
            </w:r>
            <w:r w:rsidR="001A47D8" w:rsidRPr="00211EBE">
              <w:rPr>
                <w:rFonts w:eastAsia="Helvetica Neue" w:cs="Helvetica Neue"/>
                <w:b/>
                <w:bCs/>
                <w:color w:val="2D5B9C"/>
              </w:rPr>
              <w:t>Step Three:</w:t>
            </w:r>
            <w:r w:rsidR="001A47D8" w:rsidRPr="00211EBE">
              <w:rPr>
                <w:rFonts w:eastAsia="Helvetica Neue" w:cs="Helvetica Neue"/>
                <w:b/>
                <w:bCs/>
                <w:color w:val="1F2933"/>
              </w:rPr>
              <w:t xml:space="preserve"> </w:t>
            </w:r>
            <w:r w:rsidR="001A47D8" w:rsidRPr="00211EBE">
              <w:rPr>
                <w:rFonts w:eastAsia="Helvetica Neue" w:cs="Helvetica Neue"/>
                <w:color w:val="1F2933"/>
              </w:rPr>
              <w:t xml:space="preserve">Return to the Proof </w:t>
            </w:r>
            <w:r w:rsidR="001810E9">
              <w:rPr>
                <w:rFonts w:eastAsia="Helvetica Neue" w:cs="Helvetica Neue"/>
                <w:color w:val="1F2933"/>
              </w:rPr>
              <w:t>M</w:t>
            </w:r>
            <w:r w:rsidR="001A47D8" w:rsidRPr="00211EBE">
              <w:rPr>
                <w:rFonts w:eastAsia="Helvetica Neue" w:cs="Helvetica Neue"/>
                <w:color w:val="1F2933"/>
              </w:rPr>
              <w:t xml:space="preserve">ode and click on the button </w:t>
            </w:r>
            <w:r w:rsidR="002F4B4E" w:rsidRPr="00211EBE">
              <w:rPr>
                <w:rFonts w:eastAsia="Helvetica Neue" w:cs="Helvetica Neue"/>
                <w:color w:val="1F2933"/>
              </w:rPr>
              <w:t xml:space="preserve">in the column </w:t>
            </w:r>
            <w:r w:rsidR="001A47D8" w:rsidRPr="00211EBE">
              <w:rPr>
                <w:rFonts w:eastAsia="Helvetica Neue" w:cs="Helvetica Neue"/>
                <w:color w:val="1F2933"/>
              </w:rPr>
              <w:t xml:space="preserve">for the GIVENS </w:t>
            </w:r>
            <w:r w:rsidRPr="00211EBE">
              <w:rPr>
                <w:rFonts w:eastAsia="Helvetica Neue" w:cs="Helvetica Neue"/>
                <w:color w:val="1F2933"/>
              </w:rPr>
              <w:t xml:space="preserve">and enter </w:t>
            </w:r>
            <w:r w:rsidR="002F4B4E" w:rsidRPr="00211EBE">
              <w:rPr>
                <w:rFonts w:eastAsia="Helvetica Neue" w:cs="Helvetica Neue"/>
                <w:color w:val="1F2933"/>
              </w:rPr>
              <w:t xml:space="preserve">the </w:t>
            </w:r>
            <w:r w:rsidR="002F4B4E" w:rsidRPr="00211EBE">
              <w:rPr>
                <w:rFonts w:eastAsia="Helvetica Neue" w:cs="Helvetica Neue"/>
                <w:i/>
                <w:iCs/>
                <w:color w:val="1F2933"/>
              </w:rPr>
              <w:t>if</w:t>
            </w:r>
            <w:r w:rsidR="002F4B4E" w:rsidRPr="00211EBE">
              <w:rPr>
                <w:rFonts w:eastAsia="Helvetica Neue" w:cs="Helvetica Neue"/>
                <w:color w:val="1F2933"/>
              </w:rPr>
              <w:t xml:space="preserve"> parts of your conjecture</w:t>
            </w:r>
            <w:r w:rsidRPr="00211EBE">
              <w:rPr>
                <w:rFonts w:eastAsia="Helvetica Neue" w:cs="Helvetica Neue"/>
                <w:color w:val="1F2933"/>
              </w:rPr>
              <w:t xml:space="preserve"> in symbolic form using the labels from your diagram and the insert symbol buttons. Do the same for the </w:t>
            </w:r>
            <w:r w:rsidR="001A47D8" w:rsidRPr="00211EBE">
              <w:rPr>
                <w:rFonts w:eastAsia="Helvetica Neue" w:cs="Helvetica Neue"/>
                <w:color w:val="1F2933"/>
              </w:rPr>
              <w:t xml:space="preserve">TO PROVE </w:t>
            </w:r>
            <w:r w:rsidRPr="00211EBE">
              <w:rPr>
                <w:rFonts w:eastAsia="Helvetica Neue" w:cs="Helvetica Neue"/>
                <w:color w:val="1F2933"/>
              </w:rPr>
              <w:t>column and the</w:t>
            </w:r>
            <w:r w:rsidR="002F4B4E" w:rsidRPr="00211EBE">
              <w:rPr>
                <w:rFonts w:eastAsia="Helvetica Neue" w:cs="Helvetica Neue"/>
                <w:color w:val="1F2933"/>
              </w:rPr>
              <w:t xml:space="preserve"> </w:t>
            </w:r>
            <w:r w:rsidR="002F4B4E" w:rsidRPr="00211EBE">
              <w:rPr>
                <w:rFonts w:eastAsia="Helvetica Neue" w:cs="Helvetica Neue"/>
                <w:i/>
                <w:iCs/>
                <w:color w:val="1F2933"/>
              </w:rPr>
              <w:t>then</w:t>
            </w:r>
            <w:r w:rsidR="002F4B4E" w:rsidRPr="00211EBE">
              <w:rPr>
                <w:rFonts w:eastAsia="Helvetica Neue" w:cs="Helvetica Neue"/>
                <w:color w:val="1F2933"/>
              </w:rPr>
              <w:t xml:space="preserve"> part</w:t>
            </w:r>
            <w:r w:rsidRPr="00211EBE">
              <w:rPr>
                <w:rFonts w:eastAsia="Helvetica Neue" w:cs="Helvetica Neue"/>
                <w:color w:val="1F2933"/>
              </w:rPr>
              <w:t xml:space="preserve"> of your conjecture.</w:t>
            </w:r>
            <w:r w:rsidR="002F4B4E" w:rsidRPr="00211EBE">
              <w:rPr>
                <w:rFonts w:eastAsia="Helvetica Neue" w:cs="Helvetica Neue"/>
                <w:color w:val="1F2933"/>
              </w:rPr>
              <w:t xml:space="preserve"> </w:t>
            </w:r>
            <w:r w:rsidR="001A47D8" w:rsidRPr="00211EBE">
              <w:rPr>
                <w:rFonts w:eastAsia="Helvetica Neue" w:cs="Helvetica Neue"/>
                <w:color w:val="1F2933"/>
              </w:rPr>
              <w:t>So, for Meg’s theorem above, the givens would be “Isosceles trapezoid ABCD” and four statements such as:</w:t>
            </w:r>
            <w:r w:rsidR="00E5618A" w:rsidRPr="00211EBE">
              <w:rPr>
                <w:rFonts w:eastAsia="Helvetica Neue" w:cs="Helvetica Neue"/>
                <w:color w:val="1F2933"/>
              </w:rPr>
              <w:t xml:space="preserve">                           and the to prove would be two congruent segments.</w:t>
            </w:r>
          </w:p>
        </w:tc>
      </w:tr>
    </w:tbl>
    <w:p w14:paraId="30A812DB" w14:textId="3A7F22F5" w:rsidR="00E52B2E" w:rsidRPr="006B51E3" w:rsidRDefault="00E52B2E" w:rsidP="00E52B2E">
      <w:pPr>
        <w:pStyle w:val="Heading1"/>
        <w:spacing w:before="360" w:after="160"/>
        <w:rPr>
          <w:sz w:val="32"/>
          <w:szCs w:val="32"/>
        </w:rPr>
      </w:pPr>
      <w:bookmarkStart w:id="2" w:name="DiagramMode"/>
      <w:bookmarkEnd w:id="2"/>
      <w:r w:rsidRPr="006B51E3">
        <w:rPr>
          <w:rFonts w:ascii="Calibri" w:eastAsia="Calibri" w:hAnsi="Calibri" w:cs="Calibri"/>
          <w:color w:val="2E5B9C"/>
          <w:sz w:val="32"/>
          <w:szCs w:val="32"/>
        </w:rPr>
        <w:lastRenderedPageBreak/>
        <w:t>A</w:t>
      </w:r>
      <w:r w:rsidR="00BD0D2B" w:rsidRPr="006B51E3">
        <w:rPr>
          <w:rFonts w:ascii="Calibri" w:eastAsia="Calibri" w:hAnsi="Calibri" w:cs="Calibri"/>
          <w:color w:val="2E5B9C"/>
          <w:sz w:val="32"/>
          <w:szCs w:val="32"/>
        </w:rPr>
        <w:t xml:space="preserve"> T</w:t>
      </w:r>
      <w:r w:rsidRPr="006B51E3">
        <w:rPr>
          <w:rFonts w:ascii="Calibri" w:eastAsia="Calibri" w:hAnsi="Calibri" w:cs="Calibri"/>
          <w:color w:val="2E5B9C"/>
          <w:sz w:val="32"/>
          <w:szCs w:val="32"/>
        </w:rPr>
        <w:t xml:space="preserve">our of Diagram </w:t>
      </w:r>
      <w:r w:rsidR="001810E9">
        <w:rPr>
          <w:rFonts w:ascii="Calibri" w:eastAsia="Calibri" w:hAnsi="Calibri" w:cs="Calibri"/>
          <w:color w:val="2E5B9C"/>
          <w:sz w:val="32"/>
          <w:szCs w:val="32"/>
        </w:rPr>
        <w:t>M</w:t>
      </w:r>
      <w:r w:rsidRPr="006B51E3">
        <w:rPr>
          <w:rFonts w:ascii="Calibri" w:eastAsia="Calibri" w:hAnsi="Calibri" w:cs="Calibri"/>
          <w:color w:val="2E5B9C"/>
          <w:sz w:val="32"/>
          <w:szCs w:val="32"/>
        </w:rPr>
        <w:t>ode</w:t>
      </w:r>
    </w:p>
    <w:p w14:paraId="2D23523A" w14:textId="49076A22" w:rsidR="00556104" w:rsidRDefault="00E52B2E" w:rsidP="00E52B2E">
      <w:pPr>
        <w:spacing w:after="140"/>
        <w:rPr>
          <w:rFonts w:ascii="Calibri" w:eastAsia="Calibri" w:hAnsi="Calibri" w:cs="Calibri"/>
          <w:color w:val="1F2933"/>
        </w:rPr>
      </w:pPr>
      <w:r>
        <w:rPr>
          <w:rFonts w:ascii="Calibri" w:eastAsia="Calibri" w:hAnsi="Calibri" w:cs="Calibri"/>
          <w:color w:val="1F2933"/>
        </w:rPr>
        <w:t xml:space="preserve">Diagram </w:t>
      </w:r>
      <w:r w:rsidR="001810E9">
        <w:rPr>
          <w:rFonts w:ascii="Calibri" w:eastAsia="Calibri" w:hAnsi="Calibri" w:cs="Calibri"/>
          <w:color w:val="1F2933"/>
        </w:rPr>
        <w:t>M</w:t>
      </w:r>
      <w:r>
        <w:rPr>
          <w:rFonts w:ascii="Calibri" w:eastAsia="Calibri" w:hAnsi="Calibri" w:cs="Calibri"/>
          <w:color w:val="1F2933"/>
        </w:rPr>
        <w:t xml:space="preserve">ode is </w:t>
      </w:r>
      <w:r w:rsidR="000A4877">
        <w:rPr>
          <w:rFonts w:ascii="Calibri" w:eastAsia="Calibri" w:hAnsi="Calibri" w:cs="Calibri"/>
          <w:color w:val="1F2933"/>
        </w:rPr>
        <w:t>a tool for drawing and constructing an example setting for a proof</w:t>
      </w:r>
      <w:r>
        <w:rPr>
          <w:rFonts w:ascii="Calibri" w:eastAsia="Calibri" w:hAnsi="Calibri" w:cs="Calibri"/>
          <w:color w:val="1F2933"/>
        </w:rPr>
        <w:t xml:space="preserve">. </w:t>
      </w:r>
      <w:r w:rsidR="00556104">
        <w:rPr>
          <w:rFonts w:ascii="Calibri" w:eastAsia="Calibri" w:hAnsi="Calibri" w:cs="Calibri"/>
          <w:color w:val="1F2933"/>
        </w:rPr>
        <w:t>While it might look a bit like Geogebra’s powerful geometry program (</w:t>
      </w:r>
      <w:hyperlink r:id="rId15" w:history="1">
        <w:r w:rsidR="00556104" w:rsidRPr="00556104">
          <w:rPr>
            <w:rStyle w:val="Hyperlink"/>
            <w:rFonts w:ascii="Calibri" w:eastAsia="Calibri" w:hAnsi="Calibri" w:cs="Calibri"/>
          </w:rPr>
          <w:t>geogebra.org/geometry</w:t>
        </w:r>
      </w:hyperlink>
      <w:r w:rsidR="00556104">
        <w:rPr>
          <w:rFonts w:ascii="Calibri" w:eastAsia="Calibri" w:hAnsi="Calibri" w:cs="Calibri"/>
          <w:color w:val="1F2933"/>
        </w:rPr>
        <w:t>), which I highly recommend for wonderful opportunities for student investigation and conjecturing, the scope of GP</w:t>
      </w:r>
      <w:r w:rsidR="00EF3B1E">
        <w:rPr>
          <w:rFonts w:ascii="Calibri" w:eastAsia="Calibri" w:hAnsi="Calibri" w:cs="Calibri"/>
          <w:color w:val="1F2933"/>
        </w:rPr>
        <w:t>S</w:t>
      </w:r>
      <w:r w:rsidR="00556104">
        <w:rPr>
          <w:rFonts w:ascii="Calibri" w:eastAsia="Calibri" w:hAnsi="Calibri" w:cs="Calibri"/>
          <w:color w:val="1F2933"/>
        </w:rPr>
        <w:t xml:space="preserve">’s Diagram </w:t>
      </w:r>
      <w:r w:rsidR="001810E9">
        <w:rPr>
          <w:rFonts w:ascii="Calibri" w:eastAsia="Calibri" w:hAnsi="Calibri" w:cs="Calibri"/>
          <w:color w:val="1F2933"/>
        </w:rPr>
        <w:t>M</w:t>
      </w:r>
      <w:r w:rsidR="00556104">
        <w:rPr>
          <w:rFonts w:ascii="Calibri" w:eastAsia="Calibri" w:hAnsi="Calibri" w:cs="Calibri"/>
          <w:color w:val="1F2933"/>
        </w:rPr>
        <w:t>ode is focused on making usable diagrams</w:t>
      </w:r>
      <w:r w:rsidR="00A50198">
        <w:rPr>
          <w:rFonts w:ascii="Calibri" w:eastAsia="Calibri" w:hAnsi="Calibri" w:cs="Calibri"/>
          <w:color w:val="1F2933"/>
        </w:rPr>
        <w:t xml:space="preserve">. </w:t>
      </w:r>
      <w:r w:rsidR="00556104">
        <w:rPr>
          <w:rFonts w:ascii="Calibri" w:eastAsia="Calibri" w:hAnsi="Calibri" w:cs="Calibri"/>
          <w:color w:val="1F2933"/>
        </w:rPr>
        <w:t>GP</w:t>
      </w:r>
      <w:r w:rsidR="00EF3B1E">
        <w:rPr>
          <w:rFonts w:ascii="Calibri" w:eastAsia="Calibri" w:hAnsi="Calibri" w:cs="Calibri"/>
          <w:color w:val="1F2933"/>
        </w:rPr>
        <w:t>S</w:t>
      </w:r>
      <w:r w:rsidR="00556104">
        <w:rPr>
          <w:rFonts w:ascii="Calibri" w:eastAsia="Calibri" w:hAnsi="Calibri" w:cs="Calibri"/>
          <w:color w:val="1F2933"/>
        </w:rPr>
        <w:t xml:space="preserve">’s constructions are retained when you move points, but there are no measurement tools. </w:t>
      </w:r>
    </w:p>
    <w:p w14:paraId="782D490B" w14:textId="7FD8B622" w:rsidR="00E52B2E" w:rsidRDefault="00556104" w:rsidP="00E52B2E">
      <w:pPr>
        <w:spacing w:after="140"/>
        <w:rPr>
          <w:rFonts w:ascii="Calibri" w:eastAsia="Calibri" w:hAnsi="Calibri" w:cs="Calibri"/>
          <w:color w:val="1F2933"/>
        </w:rPr>
      </w:pPr>
      <w:r>
        <w:rPr>
          <w:rFonts w:ascii="Calibri" w:eastAsia="Calibri" w:hAnsi="Calibri" w:cs="Calibri"/>
          <w:color w:val="1F2933"/>
        </w:rPr>
        <w:t>For every mode, the</w:t>
      </w:r>
      <w:r w:rsidR="00E52B2E">
        <w:rPr>
          <w:rFonts w:ascii="Calibri" w:eastAsia="Calibri" w:hAnsi="Calibri" w:cs="Calibri"/>
          <w:color w:val="1F2933"/>
        </w:rPr>
        <w:t xml:space="preserve"> top navigation </w:t>
      </w:r>
      <w:r w:rsidR="00BD0D2B">
        <w:rPr>
          <w:rFonts w:ascii="Calibri" w:eastAsia="Calibri" w:hAnsi="Calibri" w:cs="Calibri"/>
          <w:color w:val="1F2933"/>
        </w:rPr>
        <w:t xml:space="preserve">buttons </w:t>
      </w:r>
      <w:r w:rsidR="00E52B2E">
        <w:rPr>
          <w:rFonts w:ascii="Calibri" w:eastAsia="Calibri" w:hAnsi="Calibri" w:cs="Calibri"/>
          <w:color w:val="1F2933"/>
        </w:rPr>
        <w:t>switch</w:t>
      </w:r>
      <w:r w:rsidR="00BD0D2B">
        <w:rPr>
          <w:rFonts w:ascii="Calibri" w:eastAsia="Calibri" w:hAnsi="Calibri" w:cs="Calibri"/>
          <w:color w:val="1F2933"/>
        </w:rPr>
        <w:t xml:space="preserve"> between </w:t>
      </w:r>
      <w:r w:rsidR="00E52B2E" w:rsidRPr="001810E9">
        <w:rPr>
          <w:rFonts w:ascii="Calibri" w:eastAsia="Calibri" w:hAnsi="Calibri" w:cs="Calibri"/>
          <w:b/>
          <w:bCs/>
          <w:color w:val="1F2933"/>
        </w:rPr>
        <w:t>Diagram</w:t>
      </w:r>
      <w:r w:rsidR="00E52B2E">
        <w:rPr>
          <w:rFonts w:ascii="Calibri" w:eastAsia="Calibri" w:hAnsi="Calibri" w:cs="Calibri"/>
          <w:color w:val="1F2933"/>
        </w:rPr>
        <w:t xml:space="preserve">, </w:t>
      </w:r>
      <w:r w:rsidR="00E52B2E" w:rsidRPr="001810E9">
        <w:rPr>
          <w:rFonts w:ascii="Calibri" w:eastAsia="Calibri" w:hAnsi="Calibri" w:cs="Calibri"/>
          <w:b/>
          <w:bCs/>
          <w:color w:val="1F2933"/>
        </w:rPr>
        <w:t>Proof</w:t>
      </w:r>
      <w:r w:rsidR="00E52B2E">
        <w:rPr>
          <w:rFonts w:ascii="Calibri" w:eastAsia="Calibri" w:hAnsi="Calibri" w:cs="Calibri"/>
          <w:color w:val="1F2933"/>
        </w:rPr>
        <w:t xml:space="preserve">, </w:t>
      </w:r>
      <w:r w:rsidR="00E52B2E" w:rsidRPr="001810E9">
        <w:rPr>
          <w:rFonts w:ascii="Calibri" w:eastAsia="Calibri" w:hAnsi="Calibri" w:cs="Calibri"/>
          <w:b/>
          <w:bCs/>
          <w:color w:val="1F2933"/>
        </w:rPr>
        <w:t>Justifications</w:t>
      </w:r>
      <w:r w:rsidR="00E52B2E">
        <w:rPr>
          <w:rFonts w:ascii="Calibri" w:eastAsia="Calibri" w:hAnsi="Calibri" w:cs="Calibri"/>
          <w:color w:val="1F2933"/>
        </w:rPr>
        <w:t xml:space="preserve">, and </w:t>
      </w:r>
      <w:r w:rsidR="00E52B2E" w:rsidRPr="001810E9">
        <w:rPr>
          <w:rFonts w:ascii="Calibri" w:eastAsia="Calibri" w:hAnsi="Calibri" w:cs="Calibri"/>
          <w:b/>
          <w:bCs/>
          <w:color w:val="1F2933"/>
        </w:rPr>
        <w:t>4-Column Format</w:t>
      </w:r>
      <w:r w:rsidR="00E52B2E">
        <w:rPr>
          <w:rFonts w:ascii="Calibri" w:eastAsia="Calibri" w:hAnsi="Calibri" w:cs="Calibri"/>
          <w:color w:val="1F2933"/>
        </w:rPr>
        <w:t xml:space="preserve"> </w:t>
      </w:r>
      <w:r w:rsidR="00BD0D2B">
        <w:rPr>
          <w:rFonts w:ascii="Calibri" w:eastAsia="Calibri" w:hAnsi="Calibri" w:cs="Calibri"/>
          <w:color w:val="1F2933"/>
        </w:rPr>
        <w:t>modes</w:t>
      </w:r>
      <w:r>
        <w:rPr>
          <w:rFonts w:ascii="Calibri" w:eastAsia="Calibri" w:hAnsi="Calibri" w:cs="Calibri"/>
          <w:color w:val="1F2933"/>
        </w:rPr>
        <w:t>. No work is lost</w:t>
      </w:r>
      <w:r w:rsidR="00BD0D2B">
        <w:rPr>
          <w:rFonts w:ascii="Calibri" w:eastAsia="Calibri" w:hAnsi="Calibri" w:cs="Calibri"/>
          <w:color w:val="1F2933"/>
        </w:rPr>
        <w:t xml:space="preserve"> </w:t>
      </w:r>
      <w:r>
        <w:rPr>
          <w:rFonts w:ascii="Calibri" w:eastAsia="Calibri" w:hAnsi="Calibri" w:cs="Calibri"/>
          <w:color w:val="1F2933"/>
        </w:rPr>
        <w:t>when changing modes</w:t>
      </w:r>
      <w:r w:rsidR="00E52B2E">
        <w:rPr>
          <w:rFonts w:ascii="Calibri" w:eastAsia="Calibri" w:hAnsi="Calibri" w:cs="Calibri"/>
          <w:color w:val="1F2933"/>
        </w:rPr>
        <w:t xml:space="preserve">. </w:t>
      </w:r>
      <w:r w:rsidR="00723B2E">
        <w:rPr>
          <w:rFonts w:ascii="Calibri" w:eastAsia="Calibri" w:hAnsi="Calibri" w:cs="Calibri"/>
          <w:color w:val="1F2933"/>
        </w:rPr>
        <w:t>In the second line</w:t>
      </w:r>
      <w:r>
        <w:rPr>
          <w:rFonts w:ascii="Calibri" w:eastAsia="Calibri" w:hAnsi="Calibri" w:cs="Calibri"/>
          <w:color w:val="1F2933"/>
        </w:rPr>
        <w:t xml:space="preserve"> of the Diagram </w:t>
      </w:r>
      <w:r w:rsidR="001810E9">
        <w:rPr>
          <w:rFonts w:ascii="Calibri" w:eastAsia="Calibri" w:hAnsi="Calibri" w:cs="Calibri"/>
          <w:color w:val="1F2933"/>
        </w:rPr>
        <w:t>M</w:t>
      </w:r>
      <w:r>
        <w:rPr>
          <w:rFonts w:ascii="Calibri" w:eastAsia="Calibri" w:hAnsi="Calibri" w:cs="Calibri"/>
          <w:color w:val="1F2933"/>
        </w:rPr>
        <w:t>ode</w:t>
      </w:r>
      <w:r w:rsidR="00723B2E">
        <w:rPr>
          <w:rFonts w:ascii="Calibri" w:eastAsia="Calibri" w:hAnsi="Calibri" w:cs="Calibri"/>
          <w:color w:val="1F2933"/>
        </w:rPr>
        <w:t xml:space="preserve"> are view and drawing options, file buttons, and undo and clear buttons. The </w:t>
      </w:r>
      <w:r w:rsidR="00EC2711">
        <w:rPr>
          <w:rFonts w:ascii="Calibri" w:eastAsia="Calibri" w:hAnsi="Calibri" w:cs="Calibri"/>
          <w:color w:val="1F2933"/>
        </w:rPr>
        <w:t>third and fourth lines are the tool palettes</w:t>
      </w:r>
      <w:r w:rsidR="00E52B2E">
        <w:rPr>
          <w:rFonts w:ascii="Calibri" w:eastAsia="Calibri" w:hAnsi="Calibri" w:cs="Calibri"/>
          <w:color w:val="1F2933"/>
        </w:rPr>
        <w:t xml:space="preserve">, </w:t>
      </w:r>
      <w:r w:rsidR="00EC2711">
        <w:rPr>
          <w:rFonts w:ascii="Calibri" w:eastAsia="Calibri" w:hAnsi="Calibri" w:cs="Calibri"/>
          <w:color w:val="1F2933"/>
        </w:rPr>
        <w:t>and below the tools are the</w:t>
      </w:r>
      <w:r w:rsidR="00E52B2E">
        <w:rPr>
          <w:rFonts w:ascii="Calibri" w:eastAsia="Calibri" w:hAnsi="Calibri" w:cs="Calibri"/>
          <w:color w:val="1F2933"/>
        </w:rPr>
        <w:t xml:space="preserve"> canvas </w:t>
      </w:r>
      <w:r w:rsidR="00EC2711">
        <w:rPr>
          <w:rFonts w:ascii="Calibri" w:eastAsia="Calibri" w:hAnsi="Calibri" w:cs="Calibri"/>
          <w:color w:val="1F2933"/>
        </w:rPr>
        <w:t xml:space="preserve">for your diagram with zoom and pan controls on the right. </w:t>
      </w:r>
      <w:r>
        <w:rPr>
          <w:rFonts w:ascii="Calibri" w:eastAsia="Calibri" w:hAnsi="Calibri" w:cs="Calibri"/>
          <w:color w:val="1F2933"/>
        </w:rPr>
        <w:t>Near the top left corner of the canvas, tips on using each tool will appear when you select each tool</w:t>
      </w:r>
      <w:r w:rsidR="00E52B2E">
        <w:rPr>
          <w:rFonts w:ascii="Calibri" w:eastAsia="Calibri" w:hAnsi="Calibri" w:cs="Calibri"/>
          <w:color w:val="1F2933"/>
        </w:rPr>
        <w:t>.</w:t>
      </w:r>
      <w:r>
        <w:rPr>
          <w:rFonts w:ascii="Calibri" w:eastAsia="Calibri" w:hAnsi="Calibri" w:cs="Calibri"/>
          <w:color w:val="1F2933"/>
        </w:rPr>
        <w:t xml:space="preserve"> </w:t>
      </w:r>
    </w:p>
    <w:p w14:paraId="66D9E532" w14:textId="77777777" w:rsidR="00EF3B1E" w:rsidRDefault="00EF3B1E" w:rsidP="00E52B2E">
      <w:pPr>
        <w:spacing w:after="140"/>
      </w:pPr>
    </w:p>
    <w:p w14:paraId="7C582D38" w14:textId="4197C678" w:rsidR="00E52B2E" w:rsidRDefault="00877900" w:rsidP="00EC2711">
      <w:pPr>
        <w:spacing w:before="160" w:after="40"/>
        <w:ind w:left="-180"/>
        <w:jc w:val="center"/>
      </w:pPr>
      <w:r w:rsidRPr="00877900">
        <w:rPr>
          <w:rFonts w:ascii="Calibri" w:eastAsia="Calibri" w:hAnsi="Calibri" w:cs="Calibri"/>
          <w:noProof/>
          <w:color w:val="1F2933"/>
        </w:rPr>
        <w:drawing>
          <wp:anchor distT="0" distB="0" distL="114300" distR="114300" simplePos="0" relativeHeight="251642880" behindDoc="0" locked="0" layoutInCell="1" allowOverlap="1" wp14:anchorId="1697A911" wp14:editId="0BDE1462">
            <wp:simplePos x="0" y="0"/>
            <wp:positionH relativeFrom="column">
              <wp:posOffset>3721100</wp:posOffset>
            </wp:positionH>
            <wp:positionV relativeFrom="paragraph">
              <wp:posOffset>1048385</wp:posOffset>
            </wp:positionV>
            <wp:extent cx="1259840" cy="482600"/>
            <wp:effectExtent l="0" t="0" r="0" b="0"/>
            <wp:wrapNone/>
            <wp:docPr id="5821721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172169" name=""/>
                    <pic:cNvPicPr/>
                  </pic:nvPicPr>
                  <pic:blipFill>
                    <a:blip r:embed="rId16"/>
                    <a:stretch>
                      <a:fillRect/>
                    </a:stretch>
                  </pic:blipFill>
                  <pic:spPr>
                    <a:xfrm>
                      <a:off x="0" y="0"/>
                      <a:ext cx="1259840" cy="482600"/>
                    </a:xfrm>
                    <a:prstGeom prst="rect">
                      <a:avLst/>
                    </a:prstGeom>
                  </pic:spPr>
                </pic:pic>
              </a:graphicData>
            </a:graphic>
            <wp14:sizeRelH relativeFrom="page">
              <wp14:pctWidth>0</wp14:pctWidth>
            </wp14:sizeRelH>
            <wp14:sizeRelV relativeFrom="page">
              <wp14:pctHeight>0</wp14:pctHeight>
            </wp14:sizeRelV>
          </wp:anchor>
        </w:drawing>
      </w:r>
      <w:r w:rsidR="00556104">
        <w:rPr>
          <w:noProof/>
        </w:rPr>
        <mc:AlternateContent>
          <mc:Choice Requires="wps">
            <w:drawing>
              <wp:anchor distT="0" distB="0" distL="114300" distR="114300" simplePos="0" relativeHeight="251639808" behindDoc="0" locked="0" layoutInCell="1" allowOverlap="1" wp14:anchorId="4CB6596A" wp14:editId="0504DF67">
                <wp:simplePos x="0" y="0"/>
                <wp:positionH relativeFrom="column">
                  <wp:posOffset>1081729</wp:posOffset>
                </wp:positionH>
                <wp:positionV relativeFrom="paragraph">
                  <wp:posOffset>1480820</wp:posOffset>
                </wp:positionV>
                <wp:extent cx="1573530" cy="300990"/>
                <wp:effectExtent l="0" t="0" r="0" b="0"/>
                <wp:wrapNone/>
                <wp:docPr id="1320300722" name="Text Box 4"/>
                <wp:cNvGraphicFramePr/>
                <a:graphic xmlns:a="http://schemas.openxmlformats.org/drawingml/2006/main">
                  <a:graphicData uri="http://schemas.microsoft.com/office/word/2010/wordprocessingShape">
                    <wps:wsp>
                      <wps:cNvSpPr txBox="1"/>
                      <wps:spPr>
                        <a:xfrm>
                          <a:off x="0" y="0"/>
                          <a:ext cx="1573530" cy="300990"/>
                        </a:xfrm>
                        <a:prstGeom prst="rect">
                          <a:avLst/>
                        </a:prstGeom>
                        <a:noFill/>
                        <a:ln w="6350">
                          <a:noFill/>
                        </a:ln>
                      </wps:spPr>
                      <wps:txbx>
                        <w:txbxContent>
                          <w:p w14:paraId="5581624C" w14:textId="1036EBE5" w:rsidR="00556104" w:rsidRPr="00556104" w:rsidRDefault="00556104" w:rsidP="00556104">
                            <w:pPr>
                              <w:spacing w:after="40" w:line="240" w:lineRule="auto"/>
                              <w:rPr>
                                <w:b/>
                                <w:bCs/>
                                <w:color w:val="C0504D" w:themeColor="accent2"/>
                                <w:sz w:val="20"/>
                                <w:szCs w:val="20"/>
                              </w:rPr>
                            </w:pPr>
                            <w:r>
                              <w:rPr>
                                <w:b/>
                                <w:bCs/>
                                <w:color w:val="C0504D" w:themeColor="accent2"/>
                                <w:sz w:val="20"/>
                                <w:szCs w:val="20"/>
                              </w:rPr>
                              <w:t>Tool Tips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CB6596A" id="_x0000_t202" coordsize="21600,21600" o:spt="202" path="m,l,21600r21600,l21600,xe">
                <v:stroke joinstyle="miter"/>
                <v:path gradientshapeok="t" o:connecttype="rect"/>
              </v:shapetype>
              <v:shape id="Text Box 4" o:spid="_x0000_s1026" type="#_x0000_t202" style="position:absolute;left:0;text-align:left;margin-left:85.2pt;margin-top:116.6pt;width:123.9pt;height:23.7pt;z-index:2516398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" filled="f" stroked="f" strokeweight=".5pt">
                <v:textbox>
                  <w:txbxContent>
                    <w:p w14:paraId="5581624C" w14:textId="1036EBE5" w:rsidR="00556104" w:rsidRPr="00556104" w:rsidRDefault="00556104" w:rsidP="00556104">
                      <w:pPr>
                        <w:spacing w:after="40" w:line="240" w:lineRule="auto"/>
                        <w:rPr>
                          <w:b/>
                          <w:bCs/>
                          <w:color w:val="C0504D" w:themeColor="accent2"/>
                          <w:sz w:val="20"/>
                          <w:szCs w:val="20"/>
                        </w:rPr>
                      </w:pPr>
                      <w:r>
                        <w:rPr>
                          <w:b/>
                          <w:bCs/>
                          <w:color w:val="C0504D" w:themeColor="accent2"/>
                          <w:sz w:val="20"/>
                          <w:szCs w:val="20"/>
                        </w:rPr>
                        <w:t>Tool Tips</w:t>
                      </w:r>
                    </w:p>
                  </w:txbxContent>
                </v:textbox>
              </v:shape>
            </w:pict>
          </mc:Fallback>
        </mc:AlternateContent>
      </w:r>
      <w:r w:rsidR="00556104">
        <w:rPr>
          <w:noProof/>
        </w:rPr>
        <mc:AlternateContent>
          <mc:Choice Requires="wps">
            <w:drawing>
              <wp:anchor distT="0" distB="0" distL="114300" distR="114300" simplePos="0" relativeHeight="251638784" behindDoc="0" locked="0" layoutInCell="1" allowOverlap="1" wp14:anchorId="02E9A9E3" wp14:editId="330C96E0">
                <wp:simplePos x="0" y="0"/>
                <wp:positionH relativeFrom="column">
                  <wp:posOffset>-58642</wp:posOffset>
                </wp:positionH>
                <wp:positionV relativeFrom="paragraph">
                  <wp:posOffset>1529910</wp:posOffset>
                </wp:positionV>
                <wp:extent cx="1177948" cy="169545"/>
                <wp:effectExtent l="63500" t="38100" r="66675" b="71755"/>
                <wp:wrapNone/>
                <wp:docPr id="948852199" name="Rounded Rectangle 3"/>
                <wp:cNvGraphicFramePr/>
                <a:graphic xmlns:a="http://schemas.openxmlformats.org/drawingml/2006/main">
                  <a:graphicData uri="http://schemas.microsoft.com/office/word/2010/wordprocessingShape">
                    <wps:wsp>
                      <wps:cNvSpPr/>
                      <wps:spPr>
                        <a:xfrm>
                          <a:off x="0" y="0"/>
                          <a:ext cx="1177948" cy="169545"/>
                        </a:xfrm>
                        <a:prstGeom prst="roundRect">
                          <a:avLst/>
                        </a:prstGeom>
                        <a:noFill/>
                        <a:ln w="19050">
                          <a:solidFill>
                            <a:schemeClr val="accent2">
                              <a:alpha val="68235"/>
                            </a:schemeClr>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286E082" id="Rounded Rectangle 3" o:spid="_x0000_s1026" style="position:absolute;margin-left:-4.6pt;margin-top:120.45pt;width:92.75pt;height:13.35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" filled="f" strokecolor="#c0504d [3205]" strokeweight="1.5pt">
                <v:stroke opacity="44718f"/>
                <v:shadow on="t" color="black" opacity="22937f" origin=",.5" offset="0,.63889mm"/>
              </v:roundrect>
            </w:pict>
          </mc:Fallback>
        </mc:AlternateContent>
      </w:r>
      <w:r w:rsidR="00556104">
        <w:rPr>
          <w:rFonts w:ascii="Calibri" w:eastAsia="Calibri" w:hAnsi="Calibri" w:cs="Calibri"/>
          <w:noProof/>
          <w:color w:val="1F2933"/>
        </w:rPr>
        <mc:AlternateContent>
          <mc:Choice Requires="wpg">
            <w:drawing>
              <wp:anchor distT="0" distB="0" distL="114300" distR="114300" simplePos="0" relativeHeight="251636736" behindDoc="0" locked="0" layoutInCell="1" allowOverlap="1" wp14:anchorId="2AE4A46D" wp14:editId="483EFA13">
                <wp:simplePos x="0" y="0"/>
                <wp:positionH relativeFrom="column">
                  <wp:posOffset>54823</wp:posOffset>
                </wp:positionH>
                <wp:positionV relativeFrom="paragraph">
                  <wp:posOffset>3065034</wp:posOffset>
                </wp:positionV>
                <wp:extent cx="2678059" cy="336309"/>
                <wp:effectExtent l="63500" t="38100" r="0" b="70485"/>
                <wp:wrapNone/>
                <wp:docPr id="754463635" name="Group 9"/>
                <wp:cNvGraphicFramePr/>
                <a:graphic xmlns:a="http://schemas.openxmlformats.org/drawingml/2006/main">
                  <a:graphicData uri="http://schemas.microsoft.com/office/word/2010/wordprocessingGroup">
                    <wpg:wgp>
                      <wpg:cNvGrpSpPr/>
                      <wpg:grpSpPr>
                        <a:xfrm>
                          <a:off x="0" y="0"/>
                          <a:ext cx="2678059" cy="336309"/>
                          <a:chOff x="0" y="0"/>
                          <a:chExt cx="2678059" cy="336309"/>
                        </a:xfrm>
                      </wpg:grpSpPr>
                      <wps:wsp>
                        <wps:cNvPr id="1883582160" name="Rounded Rectangle 3"/>
                        <wps:cNvSpPr/>
                        <wps:spPr>
                          <a:xfrm>
                            <a:off x="0" y="0"/>
                            <a:ext cx="1142759" cy="334673"/>
                          </a:xfrm>
                          <a:prstGeom prst="roundRect">
                            <a:avLst/>
                          </a:prstGeom>
                          <a:noFill/>
                          <a:ln w="19050">
                            <a:solidFill>
                              <a:schemeClr val="accent3">
                                <a:lumMod val="75000"/>
                                <a:alpha val="68235"/>
                              </a:schemeClr>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54011281" name="Text Box 4"/>
                        <wps:cNvSpPr txBox="1"/>
                        <wps:spPr>
                          <a:xfrm>
                            <a:off x="1104529" y="35319"/>
                            <a:ext cx="1573530" cy="300990"/>
                          </a:xfrm>
                          <a:prstGeom prst="rect">
                            <a:avLst/>
                          </a:prstGeom>
                          <a:noFill/>
                          <a:ln w="6350">
                            <a:noFill/>
                          </a:ln>
                        </wps:spPr>
                        <wps:txbx>
                          <w:txbxContent>
                            <w:p w14:paraId="1C09D3DD" w14:textId="45C5E157" w:rsidR="00556104" w:rsidRPr="00556104" w:rsidRDefault="00D562C9" w:rsidP="00556104">
                              <w:pPr>
                                <w:spacing w:after="40" w:line="240" w:lineRule="auto"/>
                                <w:rPr>
                                  <w:b/>
                                  <w:bCs/>
                                  <w:color w:val="76923C" w:themeColor="accent3" w:themeShade="BF"/>
                                  <w:sz w:val="20"/>
                                  <w:szCs w:val="20"/>
                                </w:rPr>
                              </w:pPr>
                              <w:r>
                                <w:rPr>
                                  <w:b/>
                                  <w:bCs/>
                                  <w:color w:val="76923C" w:themeColor="accent3" w:themeShade="BF"/>
                                  <w:sz w:val="20"/>
                                  <w:szCs w:val="20"/>
                                </w:rPr>
                                <w:t xml:space="preserve">ID &amp; </w:t>
                              </w:r>
                              <w:r w:rsidR="00556104" w:rsidRPr="00556104">
                                <w:rPr>
                                  <w:b/>
                                  <w:bCs/>
                                  <w:color w:val="76923C" w:themeColor="accent3" w:themeShade="BF"/>
                                  <w:sz w:val="20"/>
                                  <w:szCs w:val="20"/>
                                </w:rPr>
                                <w:t>Style Menu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2AE4A46D" id="Group 9" o:spid="_x0000_s1027" style="position:absolute;left:0;text-align:left;margin-left:4.3pt;margin-top:241.35pt;width:210.85pt;height:26.5pt;z-index:251636736" coordsize="26780,336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">
                <v:roundrect id="Rounded Rectangle 3" o:spid="_x0000_s1028" style="position:absolute;width:11427;height:3346;visibility:visible;mso-wrap-style:squar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" filled="f" strokecolor="#76923c [2406]" strokeweight="1.5pt">
                  <v:stroke opacity="44718f"/>
                  <v:shadow on="t" color="black" opacity="22937f" origin=",.5" offset="0,.63889mm"/>
                </v:roundrect>
                <v:shape id="_x0000_s1029" type="#_x0000_t202" style="position:absolute;left:11045;top:353;width:15735;height:301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" filled="f" stroked="f" strokeweight=".5pt">
                  <v:textbox>
                    <w:txbxContent>
                      <w:p w14:paraId="1C09D3DD" w14:textId="45C5E157" w:rsidR="00556104" w:rsidRPr="00556104" w:rsidRDefault="00D562C9" w:rsidP="00556104">
                        <w:pPr>
                          <w:spacing w:after="40" w:line="240" w:lineRule="auto"/>
                          <w:rPr>
                            <w:b/>
                            <w:bCs/>
                            <w:color w:val="76923C" w:themeColor="accent3" w:themeShade="BF"/>
                            <w:sz w:val="20"/>
                            <w:szCs w:val="20"/>
                          </w:rPr>
                        </w:pPr>
                        <w:r>
                          <w:rPr>
                            <w:b/>
                            <w:bCs/>
                            <w:color w:val="76923C" w:themeColor="accent3" w:themeShade="BF"/>
                            <w:sz w:val="20"/>
                            <w:szCs w:val="20"/>
                          </w:rPr>
                          <w:t xml:space="preserve">ID &amp; </w:t>
                        </w:r>
                        <w:r w:rsidR="00556104" w:rsidRPr="00556104">
                          <w:rPr>
                            <w:b/>
                            <w:bCs/>
                            <w:color w:val="76923C" w:themeColor="accent3" w:themeShade="BF"/>
                            <w:sz w:val="20"/>
                            <w:szCs w:val="20"/>
                          </w:rPr>
                          <w:t>Style Menu</w:t>
                        </w:r>
                      </w:p>
                    </w:txbxContent>
                  </v:textbox>
                </v:shape>
              </v:group>
            </w:pict>
          </mc:Fallback>
        </mc:AlternateContent>
      </w:r>
      <w:r w:rsidR="00556104" w:rsidRPr="00556104">
        <w:rPr>
          <w:rFonts w:ascii="Calibri" w:eastAsia="Calibri" w:hAnsi="Calibri" w:cs="Calibri"/>
          <w:noProof/>
          <w:color w:val="1F2933"/>
        </w:rPr>
        <w:drawing>
          <wp:anchor distT="0" distB="0" distL="114300" distR="114300" simplePos="0" relativeHeight="251632640" behindDoc="0" locked="0" layoutInCell="1" allowOverlap="1" wp14:anchorId="06FFC83F" wp14:editId="0609FD16">
            <wp:simplePos x="0" y="0"/>
            <wp:positionH relativeFrom="column">
              <wp:posOffset>130810</wp:posOffset>
            </wp:positionH>
            <wp:positionV relativeFrom="paragraph">
              <wp:posOffset>3054350</wp:posOffset>
            </wp:positionV>
            <wp:extent cx="1069340" cy="346075"/>
            <wp:effectExtent l="0" t="0" r="0" b="0"/>
            <wp:wrapNone/>
            <wp:docPr id="10618534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1853426" name=""/>
                    <pic:cNvPicPr/>
                  </pic:nvPicPr>
                  <pic:blipFill>
                    <a:blip r:embed="rId17"/>
                    <a:stretch>
                      <a:fillRect/>
                    </a:stretch>
                  </pic:blipFill>
                  <pic:spPr>
                    <a:xfrm>
                      <a:off x="0" y="0"/>
                      <a:ext cx="1069340" cy="346075"/>
                    </a:xfrm>
                    <a:prstGeom prst="rect">
                      <a:avLst/>
                    </a:prstGeom>
                  </pic:spPr>
                </pic:pic>
              </a:graphicData>
            </a:graphic>
            <wp14:sizeRelH relativeFrom="page">
              <wp14:pctWidth>0</wp14:pctWidth>
            </wp14:sizeRelH>
            <wp14:sizeRelV relativeFrom="page">
              <wp14:pctHeight>0</wp14:pctHeight>
            </wp14:sizeRelV>
          </wp:anchor>
        </w:drawing>
      </w:r>
      <w:r w:rsidR="00EC2711">
        <w:rPr>
          <w:rFonts w:ascii="Calibri" w:eastAsia="Calibri" w:hAnsi="Calibri" w:cs="Calibri"/>
          <w:noProof/>
          <w:color w:val="1F2933"/>
        </w:rPr>
        <mc:AlternateContent>
          <mc:Choice Requires="wpg">
            <w:drawing>
              <wp:inline distT="0" distB="0" distL="0" distR="0" wp14:anchorId="45D4EEAE" wp14:editId="00A89FA1">
                <wp:extent cx="6863651" cy="3008409"/>
                <wp:effectExtent l="50800" t="38100" r="0" b="1905"/>
                <wp:docPr id="1723808118" name="Group 8"/>
                <wp:cNvGraphicFramePr/>
                <a:graphic xmlns:a="http://schemas.openxmlformats.org/drawingml/2006/main">
                  <a:graphicData uri="http://schemas.microsoft.com/office/word/2010/wordprocessingGroup">
                    <wpg:wgp>
                      <wpg:cNvGrpSpPr/>
                      <wpg:grpSpPr>
                        <a:xfrm>
                          <a:off x="0" y="0"/>
                          <a:ext cx="6863651" cy="3008409"/>
                          <a:chOff x="0" y="0"/>
                          <a:chExt cx="6863651" cy="3008409"/>
                        </a:xfrm>
                      </wpg:grpSpPr>
                      <wpg:grpSp>
                        <wpg:cNvPr id="1401221162" name="Group 7"/>
                        <wpg:cNvGrpSpPr/>
                        <wpg:grpSpPr>
                          <a:xfrm>
                            <a:off x="33482" y="0"/>
                            <a:ext cx="6830169" cy="3008409"/>
                            <a:chOff x="0" y="0"/>
                            <a:chExt cx="6830169" cy="3008409"/>
                          </a:xfrm>
                        </wpg:grpSpPr>
                        <wpg:grpSp>
                          <wpg:cNvPr id="954662712" name="Group 6"/>
                          <wpg:cNvGrpSpPr/>
                          <wpg:grpSpPr>
                            <a:xfrm>
                              <a:off x="0" y="0"/>
                              <a:ext cx="5848350" cy="3008409"/>
                              <a:chOff x="0" y="0"/>
                              <a:chExt cx="5848350" cy="3008409"/>
                            </a:xfrm>
                          </wpg:grpSpPr>
                          <pic:pic xmlns:pic="http://schemas.openxmlformats.org/drawingml/2006/picture">
                            <pic:nvPicPr>
                              <pic:cNvPr id="699987965" name="11-diagram-mode-tour.png"/>
                              <pic:cNvPicPr>
                                <a:picLocks noChangeAspect="1"/>
                              </pic:cNvPicPr>
                            </pic:nvPicPr>
                            <pic:blipFill>
                              <a:blip r:embed="rId18"/>
                              <a:stretch>
                                <a:fillRect/>
                              </a:stretch>
                            </pic:blipFill>
                            <pic:spPr bwMode="auto">
                              <a:xfrm>
                                <a:off x="0" y="17559"/>
                                <a:ext cx="5848350" cy="2990850"/>
                              </a:xfrm>
                              <a:prstGeom prst="rect">
                                <a:avLst/>
                              </a:prstGeom>
                            </pic:spPr>
                          </pic:pic>
                          <wpg:grpSp>
                            <wpg:cNvPr id="608635944" name="Group 5"/>
                            <wpg:cNvGrpSpPr/>
                            <wpg:grpSpPr>
                              <a:xfrm>
                                <a:off x="1892300" y="0"/>
                                <a:ext cx="3569970" cy="301625"/>
                                <a:chOff x="0" y="0"/>
                                <a:chExt cx="3570247" cy="302149"/>
                              </a:xfrm>
                            </wpg:grpSpPr>
                            <wps:wsp>
                              <wps:cNvPr id="911703578" name="Rounded Rectangle 3"/>
                              <wps:cNvSpPr/>
                              <wps:spPr>
                                <a:xfrm>
                                  <a:off x="0" y="6294"/>
                                  <a:ext cx="2051547" cy="263525"/>
                                </a:xfrm>
                                <a:prstGeom prst="roundRect">
                                  <a:avLst/>
                                </a:prstGeom>
                                <a:noFill/>
                                <a:ln w="19050">
                                  <a:solidFill>
                                    <a:srgbClr val="2D5B9C">
                                      <a:alpha val="68235"/>
                                    </a:srgbClr>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0136259" name="Text Box 4"/>
                              <wps:cNvSpPr txBox="1"/>
                              <wps:spPr>
                                <a:xfrm>
                                  <a:off x="1995888" y="0"/>
                                  <a:ext cx="1574359" cy="302149"/>
                                </a:xfrm>
                                <a:prstGeom prst="rect">
                                  <a:avLst/>
                                </a:prstGeom>
                                <a:noFill/>
                                <a:ln w="6350">
                                  <a:noFill/>
                                </a:ln>
                              </wps:spPr>
                              <wps:txbx>
                                <w:txbxContent>
                                  <w:p w14:paraId="203268C0" w14:textId="10F703D3" w:rsidR="00723B2E" w:rsidRPr="00723B2E" w:rsidRDefault="00723B2E" w:rsidP="00723B2E">
                                    <w:pPr>
                                      <w:spacing w:after="40" w:line="240" w:lineRule="auto"/>
                                      <w:rPr>
                                        <w:b/>
                                        <w:bCs/>
                                        <w:color w:val="708DBA"/>
                                        <w:sz w:val="21"/>
                                        <w:szCs w:val="21"/>
                                      </w:rPr>
                                    </w:pPr>
                                    <w:r w:rsidRPr="00723B2E">
                                      <w:rPr>
                                        <w:b/>
                                        <w:bCs/>
                                        <w:color w:val="708DBA"/>
                                        <w:sz w:val="21"/>
                                        <w:szCs w:val="21"/>
                                      </w:rPr>
                                      <w:t>Navigation Buttons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s:wsp>
                          <wps:cNvPr id="1395600268" name="Rounded Rectangle 3"/>
                          <wps:cNvSpPr/>
                          <wps:spPr>
                            <a:xfrm>
                              <a:off x="5557851" y="1653871"/>
                              <a:ext cx="290388" cy="588397"/>
                            </a:xfrm>
                            <a:prstGeom prst="roundRect">
                              <a:avLst/>
                            </a:prstGeom>
                            <a:noFill/>
                            <a:ln w="19050">
                              <a:solidFill>
                                <a:srgbClr val="E887EA"/>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32184403" name="Text Box 4"/>
                          <wps:cNvSpPr txBox="1"/>
                          <wps:spPr>
                            <a:xfrm>
                              <a:off x="5804451" y="1456745"/>
                              <a:ext cx="1025718" cy="826936"/>
                            </a:xfrm>
                            <a:prstGeom prst="rect">
                              <a:avLst/>
                            </a:prstGeom>
                            <a:noFill/>
                            <a:ln w="6350">
                              <a:noFill/>
                            </a:ln>
                          </wps:spPr>
                          <wps:txbx>
                            <w:txbxContent>
                              <w:p w14:paraId="4C2B3088" w14:textId="56B408AE" w:rsidR="00BD0D2B" w:rsidRPr="00BD0D2B" w:rsidRDefault="00BD0D2B" w:rsidP="00BD0D2B">
                                <w:pPr>
                                  <w:spacing w:after="40" w:line="240" w:lineRule="auto"/>
                                  <w:rPr>
                                    <w:b/>
                                    <w:bCs/>
                                    <w:color w:val="E887EA"/>
                                    <w:sz w:val="21"/>
                                    <w:szCs w:val="21"/>
                                  </w:rPr>
                                </w:pPr>
                                <w:r w:rsidRPr="00BD0D2B">
                                  <w:rPr>
                                    <w:b/>
                                    <w:bCs/>
                                    <w:color w:val="E887EA"/>
                                    <w:sz w:val="21"/>
                                    <w:szCs w:val="21"/>
                                  </w:rPr>
                                  <w:t>Canvas View</w:t>
                                </w:r>
                              </w:p>
                              <w:p w14:paraId="369A2EC3" w14:textId="0EC53E22" w:rsidR="00BD0D2B" w:rsidRPr="00BD0D2B" w:rsidRDefault="00BD0D2B" w:rsidP="00BD0D2B">
                                <w:pPr>
                                  <w:spacing w:after="20" w:line="240" w:lineRule="auto"/>
                                  <w:rPr>
                                    <w:color w:val="E887EA"/>
                                    <w:sz w:val="21"/>
                                    <w:szCs w:val="21"/>
                                  </w:rPr>
                                </w:pPr>
                                <w:r w:rsidRPr="00BD0D2B">
                                  <w:rPr>
                                    <w:color w:val="E887EA"/>
                                    <w:sz w:val="21"/>
                                    <w:szCs w:val="21"/>
                                  </w:rPr>
                                  <w:t>Zoom In</w:t>
                                </w:r>
                              </w:p>
                              <w:p w14:paraId="0C9FF841" w14:textId="67936C81" w:rsidR="00BD0D2B" w:rsidRPr="00BD0D2B" w:rsidRDefault="00BD0D2B" w:rsidP="00BD0D2B">
                                <w:pPr>
                                  <w:spacing w:after="20" w:line="240" w:lineRule="auto"/>
                                  <w:rPr>
                                    <w:color w:val="E887EA"/>
                                    <w:sz w:val="21"/>
                                    <w:szCs w:val="21"/>
                                  </w:rPr>
                                </w:pPr>
                                <w:r w:rsidRPr="00BD0D2B">
                                  <w:rPr>
                                    <w:color w:val="E887EA"/>
                                    <w:sz w:val="21"/>
                                    <w:szCs w:val="21"/>
                                  </w:rPr>
                                  <w:t>Zoom Out</w:t>
                                </w:r>
                              </w:p>
                              <w:p w14:paraId="7F978E77" w14:textId="5FC9E630" w:rsidR="00BD0D2B" w:rsidRPr="00BD0D2B" w:rsidRDefault="00BD0D2B" w:rsidP="00BD0D2B">
                                <w:pPr>
                                  <w:spacing w:after="20" w:line="240" w:lineRule="auto"/>
                                  <w:rPr>
                                    <w:color w:val="E887EA"/>
                                    <w:sz w:val="21"/>
                                    <w:szCs w:val="21"/>
                                  </w:rPr>
                                </w:pPr>
                                <w:r w:rsidRPr="00BD0D2B">
                                  <w:rPr>
                                    <w:color w:val="E887EA"/>
                                    <w:sz w:val="21"/>
                                    <w:szCs w:val="21"/>
                                  </w:rPr>
                                  <w:t>Pan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436690983" name="Rounded Rectangle 3"/>
                        <wps:cNvSpPr/>
                        <wps:spPr>
                          <a:xfrm>
                            <a:off x="0" y="463999"/>
                            <a:ext cx="5138420" cy="1025719"/>
                          </a:xfrm>
                          <a:prstGeom prst="roundRect">
                            <a:avLst/>
                          </a:prstGeom>
                          <a:noFill/>
                          <a:ln w="19050">
                            <a:solidFill>
                              <a:srgbClr val="ECD400">
                                <a:alpha val="90980"/>
                              </a:srgbClr>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72295946" name="Text Box 4"/>
                        <wps:cNvSpPr txBox="1"/>
                        <wps:spPr>
                          <a:xfrm>
                            <a:off x="5193568" y="841083"/>
                            <a:ext cx="1592714" cy="301583"/>
                          </a:xfrm>
                          <a:prstGeom prst="rect">
                            <a:avLst/>
                          </a:prstGeom>
                          <a:noFill/>
                          <a:ln w="6350">
                            <a:noFill/>
                          </a:ln>
                        </wps:spPr>
                        <wps:txbx>
                          <w:txbxContent>
                            <w:p w14:paraId="7B613EB5" w14:textId="079B5F25" w:rsidR="00723B2E" w:rsidRPr="00723B2E" w:rsidRDefault="00723B2E" w:rsidP="00723B2E">
                              <w:pPr>
                                <w:spacing w:after="40" w:line="240" w:lineRule="auto"/>
                                <w:rPr>
                                  <w:b/>
                                  <w:bCs/>
                                  <w:color w:val="E0CE31"/>
                                  <w:sz w:val="21"/>
                                  <w:szCs w:val="21"/>
                                </w:rPr>
                              </w:pPr>
                              <w:r w:rsidRPr="00723B2E">
                                <w:rPr>
                                  <w:b/>
                                  <w:bCs/>
                                  <w:color w:val="E0CE31"/>
                                  <w:sz w:val="21"/>
                                  <w:szCs w:val="21"/>
                                </w:rPr>
                                <w:t xml:space="preserve">Draw </w:t>
                              </w:r>
                              <w:r w:rsidR="00D562C9">
                                <w:rPr>
                                  <w:b/>
                                  <w:bCs/>
                                  <w:color w:val="E0CE31"/>
                                  <w:sz w:val="21"/>
                                  <w:szCs w:val="21"/>
                                </w:rPr>
                                <w:t>&amp;</w:t>
                              </w:r>
                              <w:r w:rsidRPr="00723B2E">
                                <w:rPr>
                                  <w:b/>
                                  <w:bCs/>
                                  <w:color w:val="E0CE31"/>
                                  <w:sz w:val="21"/>
                                  <w:szCs w:val="21"/>
                                </w:rPr>
                                <w:t xml:space="preserve"> Construct Tools</w:t>
                              </w:r>
                            </w:p>
                          </w:txbxContent>
                        </wps:txbx>
                        <wps:bodyPr rot="0" spcFirstLastPara="0" vertOverflow="overflow" horzOverflow="overflow" vert="horz" wrap="square" lIns="45720" tIns="45720" rIns="0" bIns="45720" numCol="1" spcCol="0" rtlCol="0" fromWordArt="0" anchor="t" anchorCtr="0" forceAA="0" compatLnSpc="1">
                          <a:prstTxWarp prst="textNoShape">
                            <a:avLst/>
                          </a:prstTxWarp>
                          <a:noAutofit/>
                        </wps:bodyPr>
                      </wps:wsp>
                    </wpg:wgp>
                  </a:graphicData>
                </a:graphic>
              </wp:inline>
            </w:drawing>
          </mc:Choice>
          <mc:Fallback>
            <w:pict>
              <v:group w14:anchorId="45D4EEAE" id="Group 8" o:spid="_x0000_s1030" style="width:540.45pt;height:236.9pt;mso-position-horizontal-relative:char;mso-position-vertical-relative:line" coordsize="68636,30084"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">
                <v:group id="Group 7" o:spid="_x0000_s1031" style="position:absolute;left:334;width:68302;height:30084" coordsize="68301,3008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">
                  <v:group id="Group 6" o:spid="_x0000_s1032" style="position:absolute;width:58483;height:30084" coordsize="58483,3008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11-diagram-mode-tour.png" o:spid="_x0000_s1033" type="#_x0000_t75" style="position:absolute;top:175;width:58483;height:2990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">
                      <v:imagedata r:id="rId19" o:title=""/>
                    </v:shape>
                    <v:group id="Group 5" o:spid="_x0000_s1034" style="position:absolute;left:18923;width:35699;height:3016" coordsize="35702,302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">
                      <v:roundrect id="Rounded Rectangle 3" o:spid="_x0000_s1035" style="position:absolute;top:62;width:20515;height:2636;visibility:visible;mso-wrap-style:squar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" filled="f" strokecolor="#2d5b9c" strokeweight="1.5pt">
                        <v:stroke opacity="44718f"/>
                        <v:shadow on="t" color="black" opacity="22937f" origin=",.5" offset="0,.63889mm"/>
                      </v:roundrect>
                      <v:shape id="_x0000_s1036" type="#_x0000_t202" style="position:absolute;left:19958;width:15744;height:302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" filled="f" stroked="f" strokeweight=".5pt">
                        <v:textbox>
                          <w:txbxContent>
                            <w:p w14:paraId="203268C0" w14:textId="10F703D3" w:rsidR="00723B2E" w:rsidRPr="00723B2E" w:rsidRDefault="00723B2E" w:rsidP="00723B2E">
                              <w:pPr>
                                <w:spacing w:after="40" w:line="240" w:lineRule="auto"/>
                                <w:rPr>
                                  <w:b/>
                                  <w:bCs/>
                                  <w:color w:val="708DBA"/>
                                  <w:sz w:val="21"/>
                                  <w:szCs w:val="21"/>
                                </w:rPr>
                              </w:pPr>
                              <w:r w:rsidRPr="00723B2E">
                                <w:rPr>
                                  <w:b/>
                                  <w:bCs/>
                                  <w:color w:val="708DBA"/>
                                  <w:sz w:val="21"/>
                                  <w:szCs w:val="21"/>
                                </w:rPr>
                                <w:t>Navigation Buttons</w:t>
                              </w:r>
                            </w:p>
                          </w:txbxContent>
                        </v:textbox>
                      </v:shape>
                    </v:group>
                  </v:group>
                  <v:roundrect id="Rounded Rectangle 3" o:spid="_x0000_s1037" style="position:absolute;left:55578;top:16538;width:2904;height:5884;visibility:visible;mso-wrap-style:squar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" filled="f" strokecolor="#e887ea" strokeweight="1.5pt">
                    <v:shadow on="t" color="black" opacity="22937f" origin=",.5" offset="0,.63889mm"/>
                  </v:roundrect>
                  <v:shape id="_x0000_s1038" type="#_x0000_t202" style="position:absolute;left:58044;top:14567;width:10257;height:826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" filled="f" stroked="f" strokeweight=".5pt">
                    <v:textbox>
                      <w:txbxContent>
                        <w:p w14:paraId="4C2B3088" w14:textId="56B408AE" w:rsidR="00BD0D2B" w:rsidRPr="00BD0D2B" w:rsidRDefault="00BD0D2B" w:rsidP="00BD0D2B">
                          <w:pPr>
                            <w:spacing w:after="40" w:line="240" w:lineRule="auto"/>
                            <w:rPr>
                              <w:b/>
                              <w:bCs/>
                              <w:color w:val="E887EA"/>
                              <w:sz w:val="21"/>
                              <w:szCs w:val="21"/>
                            </w:rPr>
                          </w:pPr>
                          <w:r w:rsidRPr="00BD0D2B">
                            <w:rPr>
                              <w:b/>
                              <w:bCs/>
                              <w:color w:val="E887EA"/>
                              <w:sz w:val="21"/>
                              <w:szCs w:val="21"/>
                            </w:rPr>
                            <w:t>Canvas View</w:t>
                          </w:r>
                        </w:p>
                        <w:p w14:paraId="369A2EC3" w14:textId="0EC53E22" w:rsidR="00BD0D2B" w:rsidRPr="00BD0D2B" w:rsidRDefault="00BD0D2B" w:rsidP="00BD0D2B">
                          <w:pPr>
                            <w:spacing w:after="20" w:line="240" w:lineRule="auto"/>
                            <w:rPr>
                              <w:color w:val="E887EA"/>
                              <w:sz w:val="21"/>
                              <w:szCs w:val="21"/>
                            </w:rPr>
                          </w:pPr>
                          <w:r w:rsidRPr="00BD0D2B">
                            <w:rPr>
                              <w:color w:val="E887EA"/>
                              <w:sz w:val="21"/>
                              <w:szCs w:val="21"/>
                            </w:rPr>
                            <w:t>Zoom In</w:t>
                          </w:r>
                        </w:p>
                        <w:p w14:paraId="0C9FF841" w14:textId="67936C81" w:rsidR="00BD0D2B" w:rsidRPr="00BD0D2B" w:rsidRDefault="00BD0D2B" w:rsidP="00BD0D2B">
                          <w:pPr>
                            <w:spacing w:after="20" w:line="240" w:lineRule="auto"/>
                            <w:rPr>
                              <w:color w:val="E887EA"/>
                              <w:sz w:val="21"/>
                              <w:szCs w:val="21"/>
                            </w:rPr>
                          </w:pPr>
                          <w:r w:rsidRPr="00BD0D2B">
                            <w:rPr>
                              <w:color w:val="E887EA"/>
                              <w:sz w:val="21"/>
                              <w:szCs w:val="21"/>
                            </w:rPr>
                            <w:t>Zoom Out</w:t>
                          </w:r>
                        </w:p>
                        <w:p w14:paraId="7F978E77" w14:textId="5FC9E630" w:rsidR="00BD0D2B" w:rsidRPr="00BD0D2B" w:rsidRDefault="00BD0D2B" w:rsidP="00BD0D2B">
                          <w:pPr>
                            <w:spacing w:after="20" w:line="240" w:lineRule="auto"/>
                            <w:rPr>
                              <w:color w:val="E887EA"/>
                              <w:sz w:val="21"/>
                              <w:szCs w:val="21"/>
                            </w:rPr>
                          </w:pPr>
                          <w:r w:rsidRPr="00BD0D2B">
                            <w:rPr>
                              <w:color w:val="E887EA"/>
                              <w:sz w:val="21"/>
                              <w:szCs w:val="21"/>
                            </w:rPr>
                            <w:t>Pan</w:t>
                          </w:r>
                        </w:p>
                      </w:txbxContent>
                    </v:textbox>
                  </v:shape>
                </v:group>
                <v:roundrect id="Rounded Rectangle 3" o:spid="_x0000_s1039" style="position:absolute;top:4639;width:51384;height:10258;visibility:visible;mso-wrap-style:squar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" filled="f" strokecolor="#ecd400" strokeweight="1.5pt">
                  <v:stroke opacity="59624f"/>
                  <v:shadow on="t" color="black" opacity="22937f" origin=",.5" offset="0,.63889mm"/>
                </v:roundrect>
                <v:shape id="_x0000_s1040" type="#_x0000_t202" style="position:absolute;left:51935;top:8410;width:15927;height:301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" filled="f" stroked="f" strokeweight=".5pt">
                  <v:textbox inset="3.6pt,,0">
                    <w:txbxContent>
                      <w:p w14:paraId="7B613EB5" w14:textId="079B5F25" w:rsidR="00723B2E" w:rsidRPr="00723B2E" w:rsidRDefault="00723B2E" w:rsidP="00723B2E">
                        <w:pPr>
                          <w:spacing w:after="40" w:line="240" w:lineRule="auto"/>
                          <w:rPr>
                            <w:b/>
                            <w:bCs/>
                            <w:color w:val="E0CE31"/>
                            <w:sz w:val="21"/>
                            <w:szCs w:val="21"/>
                          </w:rPr>
                        </w:pPr>
                        <w:r w:rsidRPr="00723B2E">
                          <w:rPr>
                            <w:b/>
                            <w:bCs/>
                            <w:color w:val="E0CE31"/>
                            <w:sz w:val="21"/>
                            <w:szCs w:val="21"/>
                          </w:rPr>
                          <w:t xml:space="preserve">Draw </w:t>
                        </w:r>
                        <w:r w:rsidR="00D562C9">
                          <w:rPr>
                            <w:b/>
                            <w:bCs/>
                            <w:color w:val="E0CE31"/>
                            <w:sz w:val="21"/>
                            <w:szCs w:val="21"/>
                          </w:rPr>
                          <w:t>&amp;</w:t>
                        </w:r>
                        <w:r w:rsidRPr="00723B2E">
                          <w:rPr>
                            <w:b/>
                            <w:bCs/>
                            <w:color w:val="E0CE31"/>
                            <w:sz w:val="21"/>
                            <w:szCs w:val="21"/>
                          </w:rPr>
                          <w:t xml:space="preserve"> Construct Tools</w:t>
                        </w:r>
                      </w:p>
                    </w:txbxContent>
                  </v:textbox>
                </v:shape>
                <w10:anchorlock/>
              </v:group>
            </w:pict>
          </mc:Fallback>
        </mc:AlternateContent>
      </w:r>
    </w:p>
    <w:p w14:paraId="0B05C3C0" w14:textId="0823D2DA" w:rsidR="00556104" w:rsidRDefault="00556104" w:rsidP="00EC2711">
      <w:pPr>
        <w:spacing w:before="160" w:after="40"/>
        <w:ind w:left="-180"/>
        <w:jc w:val="center"/>
      </w:pPr>
    </w:p>
    <w:p w14:paraId="7DBE40F0" w14:textId="4ADACAF9" w:rsidR="00E52B2E" w:rsidRDefault="00E52B2E" w:rsidP="00556104">
      <w:pPr>
        <w:spacing w:before="80"/>
        <w:jc w:val="center"/>
        <w:rPr>
          <w:rFonts w:ascii="Calibri" w:eastAsia="Calibri" w:hAnsi="Calibri" w:cs="Calibri"/>
          <w:i/>
          <w:iCs/>
          <w:color w:val="5C6B7A"/>
          <w:sz w:val="18"/>
          <w:szCs w:val="18"/>
        </w:rPr>
      </w:pPr>
      <w:r>
        <w:rPr>
          <w:rFonts w:ascii="Calibri" w:eastAsia="Calibri" w:hAnsi="Calibri" w:cs="Calibri"/>
          <w:i/>
          <w:iCs/>
          <w:color w:val="5C6B7A"/>
          <w:sz w:val="18"/>
          <w:szCs w:val="18"/>
        </w:rPr>
        <w:t xml:space="preserve">Figure A1. Diagram </w:t>
      </w:r>
      <w:r w:rsidR="001810E9">
        <w:rPr>
          <w:rFonts w:ascii="Calibri" w:eastAsia="Calibri" w:hAnsi="Calibri" w:cs="Calibri"/>
          <w:i/>
          <w:iCs/>
          <w:color w:val="5C6B7A"/>
          <w:sz w:val="18"/>
          <w:szCs w:val="18"/>
        </w:rPr>
        <w:t>M</w:t>
      </w:r>
      <w:r>
        <w:rPr>
          <w:rFonts w:ascii="Calibri" w:eastAsia="Calibri" w:hAnsi="Calibri" w:cs="Calibri"/>
          <w:i/>
          <w:iCs/>
          <w:color w:val="5C6B7A"/>
          <w:sz w:val="18"/>
          <w:szCs w:val="18"/>
        </w:rPr>
        <w:t>ode with an empty canvas</w:t>
      </w:r>
    </w:p>
    <w:p w14:paraId="233555B3" w14:textId="77777777" w:rsidR="00EF3B1E" w:rsidRDefault="00EF3B1E" w:rsidP="00556104">
      <w:pPr>
        <w:spacing w:before="80"/>
        <w:jc w:val="cente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03"/>
      </w:tblGrid>
      <w:tr w:rsidR="00E52B2E" w14:paraId="0ADBABA4" w14:textId="77777777" w:rsidTr="00F56D5F">
        <w:tc>
          <w:tcPr>
            <w:tcW w:w="9360" w:type="dxa"/>
            <w:tcBorders>
              <w:top w:val="single" w:sz="12" w:space="0" w:color="2E5B9C"/>
              <w:left w:val="single" w:sz="24" w:space="0" w:color="2E5B9C"/>
              <w:bottom w:val="single" w:sz="12" w:space="0" w:color="2E5B9C"/>
              <w:right w:val="single" w:sz="12" w:space="0" w:color="2E5B9C"/>
            </w:tcBorders>
            <w:shd w:val="clear" w:color="auto" w:fill="E8F0FA"/>
            <w:tcMar>
              <w:top w:w="80" w:type="dxa"/>
              <w:left w:w="120" w:type="dxa"/>
              <w:bottom w:w="80" w:type="dxa"/>
              <w:right w:w="120" w:type="dxa"/>
            </w:tcMar>
          </w:tcPr>
          <w:p w14:paraId="06CE3931" w14:textId="284C9F7A" w:rsidR="00E52B2E" w:rsidRDefault="00556104" w:rsidP="00F56D5F">
            <w:pPr>
              <w:spacing w:after="60"/>
            </w:pPr>
            <w:r>
              <w:rPr>
                <w:rFonts w:ascii="Calibri" w:eastAsia="Calibri" w:hAnsi="Calibri" w:cs="Calibri"/>
                <w:b/>
                <w:bCs/>
                <w:color w:val="2E5B9C"/>
                <w:sz w:val="20"/>
                <w:szCs w:val="20"/>
              </w:rPr>
              <w:t>Program</w:t>
            </w:r>
            <w:r w:rsidR="00E52B2E">
              <w:rPr>
                <w:rFonts w:ascii="Calibri" w:eastAsia="Calibri" w:hAnsi="Calibri" w:cs="Calibri"/>
                <w:b/>
                <w:bCs/>
                <w:color w:val="2E5B9C"/>
                <w:sz w:val="20"/>
                <w:szCs w:val="20"/>
              </w:rPr>
              <w:t xml:space="preserve"> </w:t>
            </w:r>
            <w:r>
              <w:rPr>
                <w:rFonts w:ascii="Calibri" w:eastAsia="Calibri" w:hAnsi="Calibri" w:cs="Calibri"/>
                <w:b/>
                <w:bCs/>
                <w:color w:val="2E5B9C"/>
                <w:sz w:val="20"/>
                <w:szCs w:val="20"/>
              </w:rPr>
              <w:t>T</w:t>
            </w:r>
            <w:r w:rsidR="00E52B2E">
              <w:rPr>
                <w:rFonts w:ascii="Calibri" w:eastAsia="Calibri" w:hAnsi="Calibri" w:cs="Calibri"/>
                <w:b/>
                <w:bCs/>
                <w:color w:val="2E5B9C"/>
                <w:sz w:val="20"/>
                <w:szCs w:val="20"/>
              </w:rPr>
              <w:t>ip — One project, two</w:t>
            </w:r>
            <w:r w:rsidR="009A0F96">
              <w:rPr>
                <w:rFonts w:ascii="Calibri" w:eastAsia="Calibri" w:hAnsi="Calibri" w:cs="Calibri"/>
                <w:b/>
                <w:bCs/>
                <w:color w:val="2E5B9C"/>
                <w:sz w:val="20"/>
                <w:szCs w:val="20"/>
              </w:rPr>
              <w:t xml:space="preserve"> (or three)</w:t>
            </w:r>
            <w:r w:rsidR="00E52B2E">
              <w:rPr>
                <w:rFonts w:ascii="Calibri" w:eastAsia="Calibri" w:hAnsi="Calibri" w:cs="Calibri"/>
                <w:b/>
                <w:bCs/>
                <w:color w:val="2E5B9C"/>
                <w:sz w:val="20"/>
                <w:szCs w:val="20"/>
              </w:rPr>
              <w:t xml:space="preserve"> </w:t>
            </w:r>
            <w:r w:rsidR="009A0F96">
              <w:rPr>
                <w:rFonts w:ascii="Calibri" w:eastAsia="Calibri" w:hAnsi="Calibri" w:cs="Calibri"/>
                <w:b/>
                <w:bCs/>
                <w:color w:val="2E5B9C"/>
                <w:sz w:val="20"/>
                <w:szCs w:val="20"/>
              </w:rPr>
              <w:t>parts</w:t>
            </w:r>
          </w:p>
          <w:p w14:paraId="3074C5F9" w14:textId="74735BAA" w:rsidR="00E52B2E" w:rsidRDefault="00556104" w:rsidP="00F56D5F">
            <w:pPr>
              <w:spacing w:after="40"/>
            </w:pPr>
            <w:r>
              <w:rPr>
                <w:rFonts w:ascii="Calibri" w:eastAsia="Calibri" w:hAnsi="Calibri" w:cs="Calibri"/>
                <w:color w:val="1F2933"/>
                <w:sz w:val="20"/>
                <w:szCs w:val="20"/>
              </w:rPr>
              <w:t>When you save or open a file in any of the modes, t</w:t>
            </w:r>
            <w:r w:rsidR="00E52B2E">
              <w:rPr>
                <w:rFonts w:ascii="Calibri" w:eastAsia="Calibri" w:hAnsi="Calibri" w:cs="Calibri"/>
                <w:color w:val="1F2933"/>
                <w:sz w:val="20"/>
                <w:szCs w:val="20"/>
              </w:rPr>
              <w:t xml:space="preserve">he diagram and the proof </w:t>
            </w:r>
            <w:r>
              <w:rPr>
                <w:rFonts w:ascii="Calibri" w:eastAsia="Calibri" w:hAnsi="Calibri" w:cs="Calibri"/>
                <w:color w:val="1F2933"/>
                <w:sz w:val="20"/>
                <w:szCs w:val="20"/>
              </w:rPr>
              <w:t xml:space="preserve">are combined </w:t>
            </w:r>
            <w:r w:rsidR="00EE54C1">
              <w:rPr>
                <w:rFonts w:ascii="Calibri" w:eastAsia="Calibri" w:hAnsi="Calibri" w:cs="Calibri"/>
                <w:color w:val="1F2933"/>
                <w:sz w:val="20"/>
                <w:szCs w:val="20"/>
              </w:rPr>
              <w:t xml:space="preserve">in </w:t>
            </w:r>
            <w:r w:rsidR="00E52B2E">
              <w:rPr>
                <w:rFonts w:ascii="Calibri" w:eastAsia="Calibri" w:hAnsi="Calibri" w:cs="Calibri"/>
                <w:color w:val="1F2933"/>
                <w:sz w:val="20"/>
                <w:szCs w:val="20"/>
              </w:rPr>
              <w:t>one .geopro</w:t>
            </w:r>
            <w:r w:rsidR="00213011">
              <w:rPr>
                <w:rFonts w:ascii="Calibri" w:eastAsia="Calibri" w:hAnsi="Calibri" w:cs="Calibri"/>
                <w:color w:val="1F2933"/>
                <w:sz w:val="20"/>
                <w:szCs w:val="20"/>
              </w:rPr>
              <w:t>of</w:t>
            </w:r>
            <w:r w:rsidR="00E52B2E">
              <w:rPr>
                <w:rFonts w:ascii="Calibri" w:eastAsia="Calibri" w:hAnsi="Calibri" w:cs="Calibri"/>
                <w:color w:val="1F2933"/>
                <w:sz w:val="20"/>
                <w:szCs w:val="20"/>
              </w:rPr>
              <w:t xml:space="preserve"> file. </w:t>
            </w:r>
            <w:r w:rsidR="00EE54C1">
              <w:rPr>
                <w:rFonts w:ascii="Calibri" w:eastAsia="Calibri" w:hAnsi="Calibri" w:cs="Calibri"/>
                <w:color w:val="1F2933"/>
                <w:sz w:val="20"/>
                <w:szCs w:val="20"/>
              </w:rPr>
              <w:t>C</w:t>
            </w:r>
            <w:r w:rsidR="009A0F96">
              <w:rPr>
                <w:rFonts w:ascii="Calibri" w:eastAsia="Calibri" w:hAnsi="Calibri" w:cs="Calibri"/>
                <w:color w:val="1F2933"/>
                <w:sz w:val="20"/>
                <w:szCs w:val="20"/>
              </w:rPr>
              <w:t>hanges to the Justificati</w:t>
            </w:r>
            <w:r w:rsidR="00EE54C1">
              <w:rPr>
                <w:rFonts w:ascii="Calibri" w:eastAsia="Calibri" w:hAnsi="Calibri" w:cs="Calibri"/>
                <w:color w:val="1F2933"/>
                <w:sz w:val="20"/>
                <w:szCs w:val="20"/>
              </w:rPr>
              <w:t>o</w:t>
            </w:r>
            <w:r w:rsidR="009A0F96">
              <w:rPr>
                <w:rFonts w:ascii="Calibri" w:eastAsia="Calibri" w:hAnsi="Calibri" w:cs="Calibri"/>
                <w:color w:val="1F2933"/>
                <w:sz w:val="20"/>
                <w:szCs w:val="20"/>
              </w:rPr>
              <w:t>n</w:t>
            </w:r>
            <w:r w:rsidR="00EE54C1">
              <w:rPr>
                <w:rFonts w:ascii="Calibri" w:eastAsia="Calibri" w:hAnsi="Calibri" w:cs="Calibri"/>
                <w:color w:val="1F2933"/>
                <w:sz w:val="20"/>
                <w:szCs w:val="20"/>
              </w:rPr>
              <w:t>s</w:t>
            </w:r>
            <w:r w:rsidR="009A0F96">
              <w:rPr>
                <w:rFonts w:ascii="Calibri" w:eastAsia="Calibri" w:hAnsi="Calibri" w:cs="Calibri"/>
                <w:color w:val="1F2933"/>
                <w:sz w:val="20"/>
                <w:szCs w:val="20"/>
              </w:rPr>
              <w:t xml:space="preserve"> Library</w:t>
            </w:r>
            <w:r w:rsidR="00EE54C1">
              <w:rPr>
                <w:rFonts w:ascii="Calibri" w:eastAsia="Calibri" w:hAnsi="Calibri" w:cs="Calibri"/>
                <w:color w:val="1F2933"/>
                <w:sz w:val="20"/>
                <w:szCs w:val="20"/>
              </w:rPr>
              <w:t xml:space="preserve"> </w:t>
            </w:r>
            <w:r w:rsidR="009A0F96">
              <w:rPr>
                <w:rFonts w:ascii="Calibri" w:eastAsia="Calibri" w:hAnsi="Calibri" w:cs="Calibri"/>
                <w:color w:val="1F2933"/>
                <w:sz w:val="20"/>
                <w:szCs w:val="20"/>
              </w:rPr>
              <w:t>are also preserved in the file</w:t>
            </w:r>
            <w:r w:rsidR="00EE54C1">
              <w:rPr>
                <w:rFonts w:ascii="Calibri" w:eastAsia="Calibri" w:hAnsi="Calibri" w:cs="Calibri"/>
                <w:color w:val="1F2933"/>
                <w:sz w:val="20"/>
                <w:szCs w:val="20"/>
              </w:rPr>
              <w:t xml:space="preserve"> as well</w:t>
            </w:r>
            <w:r w:rsidR="009A0F96">
              <w:rPr>
                <w:rFonts w:ascii="Calibri" w:eastAsia="Calibri" w:hAnsi="Calibri" w:cs="Calibri"/>
                <w:color w:val="1F2933"/>
                <w:sz w:val="20"/>
                <w:szCs w:val="20"/>
              </w:rPr>
              <w:t>. Y</w:t>
            </w:r>
            <w:r>
              <w:rPr>
                <w:rFonts w:ascii="Calibri" w:eastAsia="Calibri" w:hAnsi="Calibri" w:cs="Calibri"/>
                <w:color w:val="1F2933"/>
                <w:sz w:val="20"/>
                <w:szCs w:val="20"/>
              </w:rPr>
              <w:t xml:space="preserve">ou can (and should!) save your project regularly as you work. </w:t>
            </w:r>
            <w:r w:rsidR="00EE54C1">
              <w:rPr>
                <w:rFonts w:ascii="Calibri" w:eastAsia="Calibri" w:hAnsi="Calibri" w:cs="Calibri"/>
                <w:color w:val="1F2933"/>
                <w:sz w:val="20"/>
                <w:szCs w:val="20"/>
              </w:rPr>
              <w:t xml:space="preserve">In most browsers, </w:t>
            </w:r>
            <w:r w:rsidR="00E5624C">
              <w:rPr>
                <w:rFonts w:ascii="Calibri" w:eastAsia="Calibri" w:hAnsi="Calibri" w:cs="Calibri"/>
                <w:color w:val="1F2933"/>
                <w:sz w:val="20"/>
                <w:szCs w:val="20"/>
              </w:rPr>
              <w:t>any</w:t>
            </w:r>
            <w:r w:rsidR="00EF3B1E">
              <w:rPr>
                <w:rFonts w:ascii="Calibri" w:eastAsia="Calibri" w:hAnsi="Calibri" w:cs="Calibri"/>
                <w:color w:val="1F2933"/>
                <w:sz w:val="20"/>
                <w:szCs w:val="20"/>
              </w:rPr>
              <w:t xml:space="preserve"> save</w:t>
            </w:r>
            <w:r w:rsidR="00E5624C">
              <w:rPr>
                <w:rFonts w:ascii="Calibri" w:eastAsia="Calibri" w:hAnsi="Calibri" w:cs="Calibri"/>
                <w:color w:val="1F2933"/>
                <w:sz w:val="20"/>
                <w:szCs w:val="20"/>
              </w:rPr>
              <w:t xml:space="preserve"> </w:t>
            </w:r>
            <w:r w:rsidR="00EE54C1">
              <w:rPr>
                <w:rFonts w:ascii="Calibri" w:eastAsia="Calibri" w:hAnsi="Calibri" w:cs="Calibri"/>
                <w:color w:val="1F2933"/>
                <w:sz w:val="20"/>
                <w:szCs w:val="20"/>
              </w:rPr>
              <w:t xml:space="preserve">request </w:t>
            </w:r>
            <w:r w:rsidR="00EF3B1E">
              <w:rPr>
                <w:rFonts w:ascii="Calibri" w:eastAsia="Calibri" w:hAnsi="Calibri" w:cs="Calibri"/>
                <w:color w:val="1F2933"/>
                <w:sz w:val="20"/>
                <w:szCs w:val="20"/>
              </w:rPr>
              <w:t>will</w:t>
            </w:r>
            <w:r w:rsidR="00E5624C">
              <w:rPr>
                <w:rFonts w:ascii="Calibri" w:eastAsia="Calibri" w:hAnsi="Calibri" w:cs="Calibri"/>
                <w:color w:val="1F2933"/>
                <w:sz w:val="20"/>
                <w:szCs w:val="20"/>
              </w:rPr>
              <w:t xml:space="preserve"> download automatically. You should </w:t>
            </w:r>
            <w:r w:rsidR="00EE54C1">
              <w:rPr>
                <w:rFonts w:ascii="Calibri" w:eastAsia="Calibri" w:hAnsi="Calibri" w:cs="Calibri"/>
                <w:color w:val="1F2933"/>
                <w:sz w:val="20"/>
                <w:szCs w:val="20"/>
              </w:rPr>
              <w:t>give each version a meaningful name</w:t>
            </w:r>
            <w:r w:rsidR="00E5624C">
              <w:rPr>
                <w:rFonts w:ascii="Calibri" w:eastAsia="Calibri" w:hAnsi="Calibri" w:cs="Calibri"/>
                <w:color w:val="1F2933"/>
                <w:sz w:val="20"/>
                <w:szCs w:val="20"/>
              </w:rPr>
              <w:t xml:space="preserve"> (</w:t>
            </w:r>
            <w:r w:rsidR="00EE54C1">
              <w:rPr>
                <w:rFonts w:ascii="Calibri" w:eastAsia="Calibri" w:hAnsi="Calibri" w:cs="Calibri"/>
                <w:color w:val="1F2933"/>
                <w:sz w:val="20"/>
                <w:szCs w:val="20"/>
              </w:rPr>
              <w:t xml:space="preserve">e.g., </w:t>
            </w:r>
            <w:r w:rsidR="00E5624C">
              <w:rPr>
                <w:rFonts w:ascii="Calibri" w:eastAsia="Calibri" w:hAnsi="Calibri" w:cs="Calibri"/>
                <w:color w:val="1F2933"/>
                <w:sz w:val="20"/>
                <w:szCs w:val="20"/>
              </w:rPr>
              <w:t>Trapezoid-Ramon1, TrapezoidRamon2, etc.) an</w:t>
            </w:r>
            <w:r w:rsidR="00EE54C1">
              <w:rPr>
                <w:rFonts w:ascii="Calibri" w:eastAsia="Calibri" w:hAnsi="Calibri" w:cs="Calibri"/>
                <w:color w:val="1F2933"/>
                <w:sz w:val="20"/>
                <w:szCs w:val="20"/>
              </w:rPr>
              <w:t>d keep the files together in a project folder</w:t>
            </w:r>
            <w:r w:rsidR="00E5624C">
              <w:rPr>
                <w:rFonts w:ascii="Calibri" w:eastAsia="Calibri" w:hAnsi="Calibri" w:cs="Calibri"/>
                <w:color w:val="1F2933"/>
                <w:sz w:val="20"/>
                <w:szCs w:val="20"/>
              </w:rPr>
              <w:t>.</w:t>
            </w:r>
          </w:p>
        </w:tc>
      </w:tr>
    </w:tbl>
    <w:p w14:paraId="28545F50" w14:textId="2914CC47" w:rsidR="00E52B2E" w:rsidRDefault="00E52B2E" w:rsidP="00E52B2E">
      <w:pPr>
        <w:spacing w:after="120"/>
      </w:pPr>
    </w:p>
    <w:p w14:paraId="47D94466" w14:textId="503A9D62" w:rsidR="00E52B2E" w:rsidRPr="00EF3B1E" w:rsidRDefault="00EF3B1E" w:rsidP="00EF3B1E">
      <w:pPr>
        <w:rPr>
          <w:rFonts w:ascii="Calibri" w:eastAsia="Calibri" w:hAnsi="Calibri" w:cs="Calibri"/>
          <w:b/>
          <w:bCs/>
          <w:color w:val="2E5B9C"/>
          <w:sz w:val="26"/>
          <w:szCs w:val="26"/>
        </w:rPr>
      </w:pPr>
      <w:r>
        <w:rPr>
          <w:rFonts w:ascii="Calibri" w:eastAsia="Calibri" w:hAnsi="Calibri" w:cs="Calibri"/>
          <w:color w:val="2E5B9C"/>
        </w:rPr>
        <w:br w:type="page"/>
      </w:r>
      <w:r w:rsidR="00E52B2E">
        <w:rPr>
          <w:rFonts w:ascii="Calibri" w:eastAsia="Calibri" w:hAnsi="Calibri" w:cs="Calibri"/>
          <w:b/>
          <w:bCs/>
          <w:color w:val="2E5B9C"/>
        </w:rPr>
        <w:lastRenderedPageBreak/>
        <w:t>View and file controls</w:t>
      </w:r>
    </w:p>
    <w:p w14:paraId="7521C9B4" w14:textId="77777777" w:rsidR="00E52B2E" w:rsidRDefault="00E52B2E" w:rsidP="00E52B2E">
      <w:pPr>
        <w:spacing w:before="160" w:after="40"/>
        <w:jc w:val="center"/>
      </w:pPr>
      <w:r>
        <w:rPr>
          <w:noProof/>
        </w:rPr>
        <w:drawing>
          <wp:inline distT="0" distB="0" distL="0" distR="0" wp14:anchorId="1749328F" wp14:editId="6E2543A1">
            <wp:extent cx="5848350" cy="390525"/>
            <wp:effectExtent l="0" t="0" r="0" b="0"/>
            <wp:docPr id="1990407375" name="13-view-file-controls.png" descr="Figure A3. Grid, Snap, Show constructed, Save / Open, Undo last step, and Clear all." title="Figure A3. Grid, Snap, Show constructed, Save / Open, Undo last step, and Clear 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0"/>
                    <a:srcRect/>
                    <a:stretch>
                      <a:fillRect/>
                    </a:stretch>
                  </pic:blipFill>
                  <pic:spPr bwMode="auto">
                    <a:xfrm>
                      <a:off x="0" y="0"/>
                      <a:ext cx="5848350" cy="390525"/>
                    </a:xfrm>
                    <a:prstGeom prst="rect">
                      <a:avLst/>
                    </a:prstGeom>
                  </pic:spPr>
                </pic:pic>
              </a:graphicData>
            </a:graphic>
          </wp:inline>
        </w:drawing>
      </w:r>
    </w:p>
    <w:p w14:paraId="2C43F7A0" w14:textId="2F217330" w:rsidR="00E52B2E" w:rsidRDefault="00556104" w:rsidP="00E52B2E">
      <w:pPr>
        <w:spacing w:before="80"/>
        <w:jc w:val="center"/>
      </w:pPr>
      <w:r>
        <w:rPr>
          <w:rFonts w:ascii="Calibri" w:eastAsia="Calibri" w:hAnsi="Calibri" w:cs="Calibri"/>
          <w:i/>
          <w:iCs/>
          <w:color w:val="5C6B7A"/>
          <w:sz w:val="18"/>
          <w:szCs w:val="18"/>
        </w:rPr>
        <w:t>View and file controls and undo</w:t>
      </w:r>
      <w:r w:rsidR="00E52B2E">
        <w:rPr>
          <w:rFonts w:ascii="Calibri" w:eastAsia="Calibri" w:hAnsi="Calibri" w:cs="Calibri"/>
          <w:i/>
          <w:iCs/>
          <w:color w:val="5C6B7A"/>
          <w:sz w:val="18"/>
          <w:szCs w:val="18"/>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65"/>
        <w:gridCol w:w="7573"/>
      </w:tblGrid>
      <w:tr w:rsidR="00E52B2E" w14:paraId="16F6D1B7" w14:textId="77777777" w:rsidTr="006E38D5">
        <w:tc>
          <w:tcPr>
            <w:tcW w:w="2065" w:type="dxa"/>
            <w:shd w:val="clear" w:color="auto" w:fill="2E5B9C"/>
            <w:tcMar>
              <w:top w:w="60" w:type="dxa"/>
              <w:left w:w="80" w:type="dxa"/>
              <w:bottom w:w="60" w:type="dxa"/>
              <w:right w:w="80" w:type="dxa"/>
            </w:tcMar>
          </w:tcPr>
          <w:p w14:paraId="467F8AEB" w14:textId="77777777" w:rsidR="00E52B2E" w:rsidRDefault="00E52B2E" w:rsidP="00F56D5F">
            <w:r>
              <w:rPr>
                <w:rFonts w:ascii="Calibri" w:eastAsia="Calibri" w:hAnsi="Calibri" w:cs="Calibri"/>
                <w:b/>
                <w:bCs/>
                <w:color w:val="FFFFFF"/>
                <w:sz w:val="18"/>
                <w:szCs w:val="18"/>
              </w:rPr>
              <w:t>Control</w:t>
            </w:r>
          </w:p>
        </w:tc>
        <w:tc>
          <w:tcPr>
            <w:tcW w:w="7573" w:type="dxa"/>
            <w:shd w:val="clear" w:color="auto" w:fill="2E5B9C"/>
            <w:tcMar>
              <w:top w:w="60" w:type="dxa"/>
              <w:left w:w="80" w:type="dxa"/>
              <w:bottom w:w="60" w:type="dxa"/>
              <w:right w:w="80" w:type="dxa"/>
            </w:tcMar>
          </w:tcPr>
          <w:p w14:paraId="26013263" w14:textId="77777777" w:rsidR="00E52B2E" w:rsidRDefault="00E52B2E" w:rsidP="00F56D5F">
            <w:r>
              <w:rPr>
                <w:rFonts w:ascii="Calibri" w:eastAsia="Calibri" w:hAnsi="Calibri" w:cs="Calibri"/>
                <w:b/>
                <w:bCs/>
                <w:color w:val="FFFFFF"/>
                <w:sz w:val="18"/>
                <w:szCs w:val="18"/>
              </w:rPr>
              <w:t>What it does</w:t>
            </w:r>
          </w:p>
        </w:tc>
      </w:tr>
      <w:tr w:rsidR="00E52B2E" w14:paraId="6BC096B9" w14:textId="77777777" w:rsidTr="006E38D5">
        <w:tc>
          <w:tcPr>
            <w:tcW w:w="2065" w:type="dxa"/>
            <w:shd w:val="clear" w:color="auto" w:fill="F8FAFC"/>
            <w:tcMar>
              <w:top w:w="50" w:type="dxa"/>
              <w:left w:w="80" w:type="dxa"/>
              <w:bottom w:w="50" w:type="dxa"/>
              <w:right w:w="80" w:type="dxa"/>
            </w:tcMar>
          </w:tcPr>
          <w:p w14:paraId="15D8137A" w14:textId="77777777" w:rsidR="00E52B2E" w:rsidRPr="001A66A5" w:rsidRDefault="00E52B2E" w:rsidP="00F56D5F">
            <w:pPr>
              <w:rPr>
                <w:b/>
                <w:bCs/>
              </w:rPr>
            </w:pPr>
            <w:r w:rsidRPr="001A66A5">
              <w:rPr>
                <w:rFonts w:ascii="Calibri" w:eastAsia="Calibri" w:hAnsi="Calibri" w:cs="Calibri"/>
                <w:b/>
                <w:bCs/>
                <w:color w:val="1F2933"/>
                <w:sz w:val="18"/>
                <w:szCs w:val="18"/>
              </w:rPr>
              <w:t>Grid</w:t>
            </w:r>
          </w:p>
        </w:tc>
        <w:tc>
          <w:tcPr>
            <w:tcW w:w="7573" w:type="dxa"/>
            <w:shd w:val="clear" w:color="auto" w:fill="F8FAFC"/>
            <w:tcMar>
              <w:top w:w="50" w:type="dxa"/>
              <w:left w:w="80" w:type="dxa"/>
              <w:bottom w:w="50" w:type="dxa"/>
              <w:right w:w="80" w:type="dxa"/>
            </w:tcMar>
          </w:tcPr>
          <w:p w14:paraId="1D6FF96D" w14:textId="77777777" w:rsidR="00E52B2E" w:rsidRDefault="00E52B2E" w:rsidP="00F56D5F">
            <w:r>
              <w:rPr>
                <w:rFonts w:ascii="Calibri" w:eastAsia="Calibri" w:hAnsi="Calibri" w:cs="Calibri"/>
                <w:color w:val="1F2933"/>
                <w:sz w:val="18"/>
                <w:szCs w:val="18"/>
              </w:rPr>
              <w:t>Show or hide the background grid.</w:t>
            </w:r>
          </w:p>
        </w:tc>
      </w:tr>
      <w:tr w:rsidR="00E52B2E" w14:paraId="5E2D7C8D" w14:textId="77777777" w:rsidTr="006E38D5">
        <w:tc>
          <w:tcPr>
            <w:tcW w:w="2065" w:type="dxa"/>
            <w:shd w:val="clear" w:color="auto" w:fill="FFFFFF"/>
            <w:tcMar>
              <w:top w:w="50" w:type="dxa"/>
              <w:left w:w="80" w:type="dxa"/>
              <w:bottom w:w="50" w:type="dxa"/>
              <w:right w:w="80" w:type="dxa"/>
            </w:tcMar>
          </w:tcPr>
          <w:p w14:paraId="56632606" w14:textId="77777777" w:rsidR="00E52B2E" w:rsidRPr="001A66A5" w:rsidRDefault="00E52B2E" w:rsidP="00F56D5F">
            <w:pPr>
              <w:rPr>
                <w:b/>
                <w:bCs/>
              </w:rPr>
            </w:pPr>
            <w:r w:rsidRPr="001A66A5">
              <w:rPr>
                <w:rFonts w:ascii="Calibri" w:eastAsia="Calibri" w:hAnsi="Calibri" w:cs="Calibri"/>
                <w:b/>
                <w:bCs/>
                <w:color w:val="1F2933"/>
                <w:sz w:val="18"/>
                <w:szCs w:val="18"/>
              </w:rPr>
              <w:t>Snap</w:t>
            </w:r>
          </w:p>
        </w:tc>
        <w:tc>
          <w:tcPr>
            <w:tcW w:w="7573" w:type="dxa"/>
            <w:shd w:val="clear" w:color="auto" w:fill="FFFFFF"/>
            <w:tcMar>
              <w:top w:w="50" w:type="dxa"/>
              <w:left w:w="80" w:type="dxa"/>
              <w:bottom w:w="50" w:type="dxa"/>
              <w:right w:w="80" w:type="dxa"/>
            </w:tcMar>
          </w:tcPr>
          <w:p w14:paraId="34B6A6E5" w14:textId="77777777" w:rsidR="00E52B2E" w:rsidRDefault="00E52B2E" w:rsidP="00F56D5F">
            <w:r>
              <w:rPr>
                <w:rFonts w:ascii="Calibri" w:eastAsia="Calibri" w:hAnsi="Calibri" w:cs="Calibri"/>
                <w:color w:val="1F2933"/>
                <w:sz w:val="18"/>
                <w:szCs w:val="18"/>
              </w:rPr>
              <w:t>Snap placements to the grid and to common segment fractions (1/2, 1/3). Also helps create intersection points near crossings.</w:t>
            </w:r>
          </w:p>
        </w:tc>
      </w:tr>
      <w:tr w:rsidR="00E52B2E" w14:paraId="70399249" w14:textId="77777777" w:rsidTr="006E38D5">
        <w:tc>
          <w:tcPr>
            <w:tcW w:w="2065" w:type="dxa"/>
            <w:shd w:val="clear" w:color="auto" w:fill="F8FAFC"/>
            <w:tcMar>
              <w:top w:w="50" w:type="dxa"/>
              <w:left w:w="80" w:type="dxa"/>
              <w:bottom w:w="50" w:type="dxa"/>
              <w:right w:w="80" w:type="dxa"/>
            </w:tcMar>
          </w:tcPr>
          <w:p w14:paraId="12101381" w14:textId="77777777" w:rsidR="00E52B2E" w:rsidRPr="001A66A5" w:rsidRDefault="00E52B2E" w:rsidP="00F56D5F">
            <w:pPr>
              <w:rPr>
                <w:b/>
                <w:bCs/>
              </w:rPr>
            </w:pPr>
            <w:r w:rsidRPr="001A66A5">
              <w:rPr>
                <w:rFonts w:ascii="Calibri" w:eastAsia="Calibri" w:hAnsi="Calibri" w:cs="Calibri"/>
                <w:b/>
                <w:bCs/>
                <w:color w:val="1F2933"/>
                <w:sz w:val="18"/>
                <w:szCs w:val="18"/>
              </w:rPr>
              <w:t>Show constructed</w:t>
            </w:r>
          </w:p>
        </w:tc>
        <w:tc>
          <w:tcPr>
            <w:tcW w:w="7573" w:type="dxa"/>
            <w:shd w:val="clear" w:color="auto" w:fill="F8FAFC"/>
            <w:tcMar>
              <w:top w:w="50" w:type="dxa"/>
              <w:left w:w="80" w:type="dxa"/>
              <w:bottom w:w="50" w:type="dxa"/>
              <w:right w:w="80" w:type="dxa"/>
            </w:tcMar>
          </w:tcPr>
          <w:p w14:paraId="0DC8ED05" w14:textId="2670995A" w:rsidR="00E52B2E" w:rsidRDefault="00556104" w:rsidP="00F56D5F">
            <w:r>
              <w:rPr>
                <w:rFonts w:ascii="Calibri" w:eastAsia="Calibri" w:hAnsi="Calibri" w:cs="Calibri"/>
                <w:color w:val="1F2933"/>
                <w:sz w:val="18"/>
                <w:szCs w:val="18"/>
              </w:rPr>
              <w:t xml:space="preserve">A point whose location is dependent on constructions (or on relationships created by its placement when it is drawn) is a  </w:t>
            </w:r>
            <w:r>
              <w:rPr>
                <w:rFonts w:ascii="Calibri" w:eastAsia="Calibri" w:hAnsi="Calibri" w:cs="Calibri"/>
                <w:i/>
                <w:iCs/>
                <w:color w:val="1F2933"/>
                <w:sz w:val="18"/>
                <w:szCs w:val="18"/>
              </w:rPr>
              <w:t>derived</w:t>
            </w:r>
            <w:r>
              <w:rPr>
                <w:rFonts w:ascii="Calibri" w:eastAsia="Calibri" w:hAnsi="Calibri" w:cs="Calibri"/>
                <w:color w:val="1F2933"/>
                <w:sz w:val="18"/>
                <w:szCs w:val="18"/>
              </w:rPr>
              <w:t xml:space="preserve"> or </w:t>
            </w:r>
            <w:r w:rsidRPr="00556104">
              <w:rPr>
                <w:rFonts w:ascii="Calibri" w:eastAsia="Calibri" w:hAnsi="Calibri" w:cs="Calibri"/>
                <w:i/>
                <w:iCs/>
                <w:color w:val="1F2933"/>
                <w:sz w:val="18"/>
                <w:szCs w:val="18"/>
              </w:rPr>
              <w:t>constructed</w:t>
            </w:r>
            <w:r>
              <w:rPr>
                <w:rFonts w:ascii="Calibri" w:eastAsia="Calibri" w:hAnsi="Calibri" w:cs="Calibri"/>
                <w:color w:val="1F2933"/>
                <w:sz w:val="18"/>
                <w:szCs w:val="18"/>
              </w:rPr>
              <w:t xml:space="preserve"> point. When this option is checked,</w:t>
            </w:r>
            <w:r w:rsidR="00E52B2E">
              <w:rPr>
                <w:rFonts w:ascii="Calibri" w:eastAsia="Calibri" w:hAnsi="Calibri" w:cs="Calibri"/>
                <w:color w:val="1F2933"/>
                <w:sz w:val="18"/>
                <w:szCs w:val="18"/>
              </w:rPr>
              <w:t xml:space="preserve"> </w:t>
            </w:r>
            <w:r>
              <w:rPr>
                <w:rFonts w:ascii="Calibri" w:eastAsia="Calibri" w:hAnsi="Calibri" w:cs="Calibri"/>
                <w:color w:val="1F2933"/>
                <w:sz w:val="18"/>
                <w:szCs w:val="18"/>
              </w:rPr>
              <w:t>these points are</w:t>
            </w:r>
            <w:r w:rsidR="00E52B2E">
              <w:rPr>
                <w:rFonts w:ascii="Calibri" w:eastAsia="Calibri" w:hAnsi="Calibri" w:cs="Calibri"/>
                <w:color w:val="1F2933"/>
                <w:sz w:val="18"/>
                <w:szCs w:val="18"/>
              </w:rPr>
              <w:t xml:space="preserve"> dashed.</w:t>
            </w:r>
            <w:r>
              <w:rPr>
                <w:rFonts w:ascii="Calibri" w:eastAsia="Calibri" w:hAnsi="Calibri" w:cs="Calibri"/>
                <w:color w:val="1F2933"/>
                <w:sz w:val="18"/>
                <w:szCs w:val="18"/>
              </w:rPr>
              <w:t xml:space="preserve"> Dashed points cannot be dragged with the select tool, but they can </w:t>
            </w:r>
            <w:r w:rsidR="00213011">
              <w:rPr>
                <w:rFonts w:ascii="Calibri" w:eastAsia="Calibri" w:hAnsi="Calibri" w:cs="Calibri"/>
                <w:color w:val="1F2933"/>
                <w:sz w:val="18"/>
                <w:szCs w:val="18"/>
              </w:rPr>
              <w:t xml:space="preserve">move in response to </w:t>
            </w:r>
            <w:r>
              <w:rPr>
                <w:rFonts w:ascii="Calibri" w:eastAsia="Calibri" w:hAnsi="Calibri" w:cs="Calibri"/>
                <w:color w:val="1F2933"/>
                <w:sz w:val="18"/>
                <w:szCs w:val="18"/>
              </w:rPr>
              <w:t>chang</w:t>
            </w:r>
            <w:r w:rsidR="00213011">
              <w:rPr>
                <w:rFonts w:ascii="Calibri" w:eastAsia="Calibri" w:hAnsi="Calibri" w:cs="Calibri"/>
                <w:color w:val="1F2933"/>
                <w:sz w:val="18"/>
                <w:szCs w:val="18"/>
              </w:rPr>
              <w:t>es to</w:t>
            </w:r>
            <w:r>
              <w:rPr>
                <w:rFonts w:ascii="Calibri" w:eastAsia="Calibri" w:hAnsi="Calibri" w:cs="Calibri"/>
                <w:color w:val="1F2933"/>
                <w:sz w:val="18"/>
                <w:szCs w:val="18"/>
              </w:rPr>
              <w:t xml:space="preserve"> the objects on which they were </w:t>
            </w:r>
            <w:r w:rsidR="00213011">
              <w:rPr>
                <w:rFonts w:ascii="Calibri" w:eastAsia="Calibri" w:hAnsi="Calibri" w:cs="Calibri"/>
                <w:color w:val="1F2933"/>
                <w:sz w:val="18"/>
                <w:szCs w:val="18"/>
              </w:rPr>
              <w:t>placed or constructed</w:t>
            </w:r>
            <w:r>
              <w:rPr>
                <w:rFonts w:ascii="Calibri" w:eastAsia="Calibri" w:hAnsi="Calibri" w:cs="Calibri"/>
                <w:color w:val="1F2933"/>
                <w:sz w:val="18"/>
                <w:szCs w:val="18"/>
              </w:rPr>
              <w:t>. Tip: you may want to see constructed points while developing a diagram and then click that option off and have all points look the same when you export your work.</w:t>
            </w:r>
          </w:p>
        </w:tc>
      </w:tr>
      <w:tr w:rsidR="00E52B2E" w14:paraId="2A91A15D" w14:textId="77777777" w:rsidTr="006E38D5">
        <w:tc>
          <w:tcPr>
            <w:tcW w:w="2065" w:type="dxa"/>
            <w:shd w:val="clear" w:color="auto" w:fill="FFFFFF"/>
            <w:tcMar>
              <w:top w:w="50" w:type="dxa"/>
              <w:left w:w="80" w:type="dxa"/>
              <w:bottom w:w="50" w:type="dxa"/>
              <w:right w:w="80" w:type="dxa"/>
            </w:tcMar>
          </w:tcPr>
          <w:p w14:paraId="6BADE092" w14:textId="77777777" w:rsidR="00E52B2E" w:rsidRPr="001A66A5" w:rsidRDefault="00E52B2E" w:rsidP="00F56D5F">
            <w:pPr>
              <w:rPr>
                <w:b/>
                <w:bCs/>
              </w:rPr>
            </w:pPr>
            <w:r w:rsidRPr="001A66A5">
              <w:rPr>
                <w:rFonts w:ascii="Calibri" w:eastAsia="Calibri" w:hAnsi="Calibri" w:cs="Calibri"/>
                <w:b/>
                <w:bCs/>
                <w:color w:val="1F2933"/>
                <w:sz w:val="18"/>
                <w:szCs w:val="18"/>
              </w:rPr>
              <w:t>Save / Open</w:t>
            </w:r>
          </w:p>
        </w:tc>
        <w:tc>
          <w:tcPr>
            <w:tcW w:w="7573" w:type="dxa"/>
            <w:shd w:val="clear" w:color="auto" w:fill="FFFFFF"/>
            <w:tcMar>
              <w:top w:w="50" w:type="dxa"/>
              <w:left w:w="80" w:type="dxa"/>
              <w:bottom w:w="50" w:type="dxa"/>
              <w:right w:w="80" w:type="dxa"/>
            </w:tcMar>
          </w:tcPr>
          <w:p w14:paraId="088D2A04" w14:textId="3915913B" w:rsidR="00E52B2E" w:rsidRDefault="00E52B2E" w:rsidP="00F56D5F">
            <w:r>
              <w:rPr>
                <w:rFonts w:ascii="Calibri" w:eastAsia="Calibri" w:hAnsi="Calibri" w:cs="Calibri"/>
                <w:color w:val="1F2933"/>
                <w:sz w:val="18"/>
                <w:szCs w:val="18"/>
              </w:rPr>
              <w:t>Store or load the full project (.geopro</w:t>
            </w:r>
            <w:r w:rsidR="00213011">
              <w:rPr>
                <w:rFonts w:ascii="Calibri" w:eastAsia="Calibri" w:hAnsi="Calibri" w:cs="Calibri"/>
                <w:color w:val="1F2933"/>
                <w:sz w:val="18"/>
                <w:szCs w:val="18"/>
              </w:rPr>
              <w:t>of</w:t>
            </w:r>
            <w:r>
              <w:rPr>
                <w:rFonts w:ascii="Calibri" w:eastAsia="Calibri" w:hAnsi="Calibri" w:cs="Calibri"/>
                <w:color w:val="1F2933"/>
                <w:sz w:val="18"/>
                <w:szCs w:val="18"/>
              </w:rPr>
              <w:t>), including diagram</w:t>
            </w:r>
            <w:r w:rsidR="00556104">
              <w:rPr>
                <w:rFonts w:ascii="Calibri" w:eastAsia="Calibri" w:hAnsi="Calibri" w:cs="Calibri"/>
                <w:color w:val="1F2933"/>
                <w:sz w:val="18"/>
                <w:szCs w:val="18"/>
              </w:rPr>
              <w:t xml:space="preserve">, </w:t>
            </w:r>
            <w:r>
              <w:rPr>
                <w:rFonts w:ascii="Calibri" w:eastAsia="Calibri" w:hAnsi="Calibri" w:cs="Calibri"/>
                <w:color w:val="1F2933"/>
                <w:sz w:val="18"/>
                <w:szCs w:val="18"/>
              </w:rPr>
              <w:t>proof</w:t>
            </w:r>
            <w:r w:rsidR="00556104">
              <w:rPr>
                <w:rFonts w:ascii="Calibri" w:eastAsia="Calibri" w:hAnsi="Calibri" w:cs="Calibri"/>
                <w:color w:val="1F2933"/>
                <w:sz w:val="18"/>
                <w:szCs w:val="18"/>
              </w:rPr>
              <w:t>, and additions to, and items hidden from, the Justification Library</w:t>
            </w:r>
            <w:r>
              <w:rPr>
                <w:rFonts w:ascii="Calibri" w:eastAsia="Calibri" w:hAnsi="Calibri" w:cs="Calibri"/>
                <w:color w:val="1F2933"/>
                <w:sz w:val="18"/>
                <w:szCs w:val="18"/>
              </w:rPr>
              <w:t>.</w:t>
            </w:r>
            <w:r w:rsidR="00556104">
              <w:rPr>
                <w:rFonts w:ascii="Calibri" w:eastAsia="Calibri" w:hAnsi="Calibri" w:cs="Calibri"/>
                <w:color w:val="1F2933"/>
                <w:sz w:val="18"/>
                <w:szCs w:val="18"/>
              </w:rPr>
              <w:t xml:space="preserve"> You cannot launch .geopro</w:t>
            </w:r>
            <w:r w:rsidR="00213011">
              <w:rPr>
                <w:rFonts w:ascii="Calibri" w:eastAsia="Calibri" w:hAnsi="Calibri" w:cs="Calibri"/>
                <w:color w:val="1F2933"/>
                <w:sz w:val="18"/>
                <w:szCs w:val="18"/>
              </w:rPr>
              <w:t>of</w:t>
            </w:r>
            <w:r w:rsidR="00556104">
              <w:rPr>
                <w:rFonts w:ascii="Calibri" w:eastAsia="Calibri" w:hAnsi="Calibri" w:cs="Calibri"/>
                <w:color w:val="1F2933"/>
                <w:sz w:val="18"/>
                <w:szCs w:val="18"/>
              </w:rPr>
              <w:t xml:space="preserve"> files from their folders. They must be opened from within G</w:t>
            </w:r>
            <w:r w:rsidR="00EF3B1E">
              <w:rPr>
                <w:rFonts w:ascii="Calibri" w:eastAsia="Calibri" w:hAnsi="Calibri" w:cs="Calibri"/>
                <w:color w:val="1F2933"/>
                <w:sz w:val="18"/>
                <w:szCs w:val="18"/>
              </w:rPr>
              <w:t>PS</w:t>
            </w:r>
            <w:r w:rsidR="00556104">
              <w:rPr>
                <w:rFonts w:ascii="Calibri" w:eastAsia="Calibri" w:hAnsi="Calibri" w:cs="Calibri"/>
                <w:color w:val="1F2933"/>
                <w:sz w:val="18"/>
                <w:szCs w:val="18"/>
              </w:rPr>
              <w:t xml:space="preserve"> using the </w:t>
            </w:r>
            <w:r w:rsidR="00556104" w:rsidRPr="001810E9">
              <w:rPr>
                <w:rFonts w:ascii="Calibri" w:eastAsia="Calibri" w:hAnsi="Calibri" w:cs="Calibri"/>
                <w:b/>
                <w:bCs/>
                <w:color w:val="1F2933"/>
                <w:sz w:val="18"/>
                <w:szCs w:val="18"/>
              </w:rPr>
              <w:t>Open</w:t>
            </w:r>
            <w:r w:rsidR="00556104">
              <w:rPr>
                <w:rFonts w:ascii="Calibri" w:eastAsia="Calibri" w:hAnsi="Calibri" w:cs="Calibri"/>
                <w:color w:val="1F2933"/>
                <w:sz w:val="18"/>
                <w:szCs w:val="18"/>
              </w:rPr>
              <w:t xml:space="preserve"> button. </w:t>
            </w:r>
          </w:p>
        </w:tc>
      </w:tr>
      <w:tr w:rsidR="00E52B2E" w14:paraId="042E0822" w14:textId="77777777" w:rsidTr="006E38D5">
        <w:tc>
          <w:tcPr>
            <w:tcW w:w="2065" w:type="dxa"/>
            <w:shd w:val="clear" w:color="auto" w:fill="F8FAFC"/>
            <w:tcMar>
              <w:top w:w="50" w:type="dxa"/>
              <w:left w:w="80" w:type="dxa"/>
              <w:bottom w:w="50" w:type="dxa"/>
              <w:right w:w="80" w:type="dxa"/>
            </w:tcMar>
          </w:tcPr>
          <w:p w14:paraId="2FE83252" w14:textId="77777777" w:rsidR="00E52B2E" w:rsidRPr="001A66A5" w:rsidRDefault="00E52B2E" w:rsidP="00F56D5F">
            <w:pPr>
              <w:rPr>
                <w:b/>
                <w:bCs/>
              </w:rPr>
            </w:pPr>
            <w:r w:rsidRPr="001A66A5">
              <w:rPr>
                <w:rFonts w:ascii="Calibri" w:eastAsia="Calibri" w:hAnsi="Calibri" w:cs="Calibri"/>
                <w:b/>
                <w:bCs/>
                <w:color w:val="1F2933"/>
                <w:sz w:val="18"/>
                <w:szCs w:val="18"/>
              </w:rPr>
              <w:t>Undo last step</w:t>
            </w:r>
          </w:p>
        </w:tc>
        <w:tc>
          <w:tcPr>
            <w:tcW w:w="7573" w:type="dxa"/>
            <w:shd w:val="clear" w:color="auto" w:fill="F8FAFC"/>
            <w:tcMar>
              <w:top w:w="50" w:type="dxa"/>
              <w:left w:w="80" w:type="dxa"/>
              <w:bottom w:w="50" w:type="dxa"/>
              <w:right w:w="80" w:type="dxa"/>
            </w:tcMar>
          </w:tcPr>
          <w:p w14:paraId="79DF3CD7" w14:textId="79F6800D" w:rsidR="00E52B2E" w:rsidRDefault="00E52B2E" w:rsidP="00F56D5F">
            <w:r>
              <w:rPr>
                <w:rFonts w:ascii="Calibri" w:eastAsia="Calibri" w:hAnsi="Calibri" w:cs="Calibri"/>
                <w:color w:val="1F2933"/>
                <w:sz w:val="18"/>
                <w:szCs w:val="18"/>
              </w:rPr>
              <w:t xml:space="preserve">Reverse recent </w:t>
            </w:r>
            <w:r w:rsidR="00EF3B1E">
              <w:rPr>
                <w:rFonts w:ascii="Calibri" w:eastAsia="Calibri" w:hAnsi="Calibri" w:cs="Calibri"/>
                <w:color w:val="1F2933"/>
                <w:sz w:val="18"/>
                <w:szCs w:val="18"/>
              </w:rPr>
              <w:t xml:space="preserve">drawing and </w:t>
            </w:r>
            <w:r>
              <w:rPr>
                <w:rFonts w:ascii="Calibri" w:eastAsia="Calibri" w:hAnsi="Calibri" w:cs="Calibri"/>
                <w:color w:val="1F2933"/>
                <w:sz w:val="18"/>
                <w:szCs w:val="18"/>
              </w:rPr>
              <w:t>construction steps (also Cmd/Ctrl+Z). Up to 50 steps</w:t>
            </w:r>
            <w:r w:rsidR="00556104">
              <w:rPr>
                <w:rFonts w:ascii="Calibri" w:eastAsia="Calibri" w:hAnsi="Calibri" w:cs="Calibri"/>
                <w:color w:val="1F2933"/>
                <w:sz w:val="18"/>
                <w:szCs w:val="18"/>
              </w:rPr>
              <w:t xml:space="preserve"> may be undone</w:t>
            </w:r>
            <w:r>
              <w:rPr>
                <w:rFonts w:ascii="Calibri" w:eastAsia="Calibri" w:hAnsi="Calibri" w:cs="Calibri"/>
                <w:color w:val="1F2933"/>
                <w:sz w:val="18"/>
                <w:szCs w:val="18"/>
              </w:rPr>
              <w:t>.</w:t>
            </w:r>
          </w:p>
        </w:tc>
      </w:tr>
      <w:tr w:rsidR="00E52B2E" w14:paraId="47C2037C" w14:textId="77777777" w:rsidTr="006E38D5">
        <w:tc>
          <w:tcPr>
            <w:tcW w:w="2065" w:type="dxa"/>
            <w:shd w:val="clear" w:color="auto" w:fill="FFFFFF"/>
            <w:tcMar>
              <w:top w:w="50" w:type="dxa"/>
              <w:left w:w="80" w:type="dxa"/>
              <w:bottom w:w="50" w:type="dxa"/>
              <w:right w:w="80" w:type="dxa"/>
            </w:tcMar>
          </w:tcPr>
          <w:p w14:paraId="74FAB5C6" w14:textId="77777777" w:rsidR="00E52B2E" w:rsidRPr="001A66A5" w:rsidRDefault="00E52B2E" w:rsidP="00F56D5F">
            <w:pPr>
              <w:rPr>
                <w:b/>
                <w:bCs/>
              </w:rPr>
            </w:pPr>
            <w:r w:rsidRPr="001A66A5">
              <w:rPr>
                <w:rFonts w:ascii="Calibri" w:eastAsia="Calibri" w:hAnsi="Calibri" w:cs="Calibri"/>
                <w:b/>
                <w:bCs/>
                <w:color w:val="1F2933"/>
                <w:sz w:val="18"/>
                <w:szCs w:val="18"/>
              </w:rPr>
              <w:t>Clear all</w:t>
            </w:r>
          </w:p>
        </w:tc>
        <w:tc>
          <w:tcPr>
            <w:tcW w:w="7573" w:type="dxa"/>
            <w:shd w:val="clear" w:color="auto" w:fill="FFFFFF"/>
            <w:tcMar>
              <w:top w:w="50" w:type="dxa"/>
              <w:left w:w="80" w:type="dxa"/>
              <w:bottom w:w="50" w:type="dxa"/>
              <w:right w:w="80" w:type="dxa"/>
            </w:tcMar>
          </w:tcPr>
          <w:p w14:paraId="511C5A53" w14:textId="014B7354" w:rsidR="00E52B2E" w:rsidRDefault="00E52B2E" w:rsidP="00F56D5F">
            <w:r>
              <w:rPr>
                <w:rFonts w:ascii="Calibri" w:eastAsia="Calibri" w:hAnsi="Calibri" w:cs="Calibri"/>
                <w:color w:val="1F2933"/>
                <w:sz w:val="18"/>
                <w:szCs w:val="18"/>
              </w:rPr>
              <w:t>Remove every object from the diagram</w:t>
            </w:r>
            <w:r w:rsidR="00556104">
              <w:rPr>
                <w:rFonts w:ascii="Calibri" w:eastAsia="Calibri" w:hAnsi="Calibri" w:cs="Calibri"/>
                <w:color w:val="1F2933"/>
                <w:sz w:val="18"/>
                <w:szCs w:val="18"/>
              </w:rPr>
              <w:t xml:space="preserve"> and reset the grid view. </w:t>
            </w:r>
          </w:p>
        </w:tc>
      </w:tr>
    </w:tbl>
    <w:p w14:paraId="790C8402" w14:textId="77777777" w:rsidR="00E52B2E" w:rsidRDefault="00E52B2E" w:rsidP="00E52B2E">
      <w:pPr>
        <w:spacing w:after="80"/>
      </w:pPr>
    </w:p>
    <w:p w14:paraId="70314A5E" w14:textId="5C739B55" w:rsidR="00E52B2E" w:rsidRDefault="00556104" w:rsidP="00E52B2E">
      <w:pPr>
        <w:pStyle w:val="Heading2"/>
        <w:spacing w:before="240" w:after="160"/>
      </w:pPr>
      <w:r>
        <w:rPr>
          <w:rFonts w:ascii="Calibri" w:eastAsia="Calibri" w:hAnsi="Calibri" w:cs="Calibri"/>
          <w:color w:val="2E5B9C"/>
        </w:rPr>
        <w:t>Canvas</w:t>
      </w:r>
      <w:r w:rsidR="00E52B2E">
        <w:rPr>
          <w:rFonts w:ascii="Calibri" w:eastAsia="Calibri" w:hAnsi="Calibri" w:cs="Calibri"/>
          <w:color w:val="2E5B9C"/>
        </w:rPr>
        <w:t xml:space="preserve"> </w:t>
      </w:r>
      <w:r>
        <w:rPr>
          <w:rFonts w:ascii="Calibri" w:eastAsia="Calibri" w:hAnsi="Calibri" w:cs="Calibri"/>
          <w:color w:val="2E5B9C"/>
        </w:rPr>
        <w:t>View</w:t>
      </w:r>
    </w:p>
    <w:p w14:paraId="27AD3BE9" w14:textId="41846F84" w:rsidR="00E52B2E" w:rsidRDefault="00556104" w:rsidP="00EF3B1E">
      <w:pPr>
        <w:spacing w:after="140"/>
      </w:pPr>
      <w:r>
        <w:rPr>
          <w:rFonts w:ascii="Calibri" w:eastAsia="Calibri" w:hAnsi="Calibri" w:cs="Calibri"/>
          <w:color w:val="1F2933"/>
        </w:rPr>
        <w:t xml:space="preserve">The </w:t>
      </w:r>
      <w:r w:rsidRPr="001810E9">
        <w:rPr>
          <w:rFonts w:ascii="Calibri" w:eastAsia="Calibri" w:hAnsi="Calibri" w:cs="Calibri"/>
          <w:b/>
          <w:bCs/>
          <w:color w:val="1F2933"/>
        </w:rPr>
        <w:t>Zoom In (+)</w:t>
      </w:r>
      <w:r>
        <w:rPr>
          <w:rFonts w:ascii="Calibri" w:eastAsia="Calibri" w:hAnsi="Calibri" w:cs="Calibri"/>
          <w:color w:val="1F2933"/>
        </w:rPr>
        <w:t xml:space="preserve"> and </w:t>
      </w:r>
      <w:r w:rsidRPr="001810E9">
        <w:rPr>
          <w:rFonts w:ascii="Calibri" w:eastAsia="Calibri" w:hAnsi="Calibri" w:cs="Calibri"/>
          <w:b/>
          <w:bCs/>
          <w:color w:val="1F2933"/>
        </w:rPr>
        <w:t>Zoom Out (-)</w:t>
      </w:r>
      <w:r>
        <w:rPr>
          <w:rFonts w:ascii="Calibri" w:eastAsia="Calibri" w:hAnsi="Calibri" w:cs="Calibri"/>
          <w:color w:val="1F2933"/>
        </w:rPr>
        <w:t xml:space="preserve"> buttons and </w:t>
      </w:r>
      <w:r w:rsidRPr="001810E9">
        <w:rPr>
          <w:rFonts w:ascii="Calibri" w:eastAsia="Calibri" w:hAnsi="Calibri" w:cs="Calibri"/>
          <w:b/>
          <w:bCs/>
          <w:color w:val="1F2933"/>
        </w:rPr>
        <w:t>Pan tool (</w:t>
      </w:r>
      <w:r w:rsidRPr="001810E9">
        <w:rPr>
          <w:rFonts w:ascii="Calibri" w:eastAsia="Calibri" w:hAnsi="Calibri" w:cs="Calibri"/>
          <w:b/>
          <w:bCs/>
          <w:noProof/>
          <w:color w:val="1F2933"/>
          <w:position w:val="-10"/>
        </w:rPr>
        <w:drawing>
          <wp:inline distT="0" distB="0" distL="0" distR="0" wp14:anchorId="5B17E362" wp14:editId="0E8908DE">
            <wp:extent cx="126647" cy="172085"/>
            <wp:effectExtent l="0" t="0" r="635" b="5715"/>
            <wp:docPr id="15020072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2007267" name=""/>
                    <pic:cNvPicPr/>
                  </pic:nvPicPr>
                  <pic:blipFill rotWithShape="1">
                    <a:blip r:embed="rId21"/>
                    <a:srcRect l="20854" t="1" r="2" b="-2"/>
                    <a:stretch>
                      <a:fillRect/>
                    </a:stretch>
                  </pic:blipFill>
                  <pic:spPr bwMode="auto">
                    <a:xfrm>
                      <a:off x="0" y="0"/>
                      <a:ext cx="126647" cy="172085"/>
                    </a:xfrm>
                    <a:prstGeom prst="rect">
                      <a:avLst/>
                    </a:prstGeom>
                    <a:ln>
                      <a:noFill/>
                    </a:ln>
                    <a:extLst>
                      <a:ext uri="{53640926-AAD7-44D8-BBD7-CCE9431645EC}">
                        <a14:shadowObscured xmlns:a14="http://schemas.microsoft.com/office/drawing/2010/main"/>
                      </a:ext>
                    </a:extLst>
                  </pic:spPr>
                </pic:pic>
              </a:graphicData>
            </a:graphic>
          </wp:inline>
        </w:drawing>
      </w:r>
      <w:r w:rsidRPr="001810E9">
        <w:rPr>
          <w:rFonts w:ascii="Calibri" w:eastAsia="Calibri" w:hAnsi="Calibri" w:cs="Calibri"/>
          <w:b/>
          <w:bCs/>
          <w:color w:val="1F2933"/>
        </w:rPr>
        <w:t>)</w:t>
      </w:r>
      <w:r>
        <w:rPr>
          <w:rFonts w:ascii="Calibri" w:eastAsia="Calibri" w:hAnsi="Calibri" w:cs="Calibri"/>
          <w:color w:val="1F2933"/>
        </w:rPr>
        <w:t xml:space="preserve"> are o</w:t>
      </w:r>
      <w:r w:rsidR="00E52B2E">
        <w:rPr>
          <w:rFonts w:ascii="Calibri" w:eastAsia="Calibri" w:hAnsi="Calibri" w:cs="Calibri"/>
          <w:color w:val="1F2933"/>
        </w:rPr>
        <w:t>n the right edge of the canvas</w:t>
      </w:r>
      <w:r>
        <w:rPr>
          <w:rFonts w:ascii="Calibri" w:eastAsia="Calibri" w:hAnsi="Calibri" w:cs="Calibri"/>
          <w:color w:val="1F2933"/>
        </w:rPr>
        <w:t xml:space="preserve">. These tools allow you to center your diagram in the canvas in all modes. If a part of your diagram extends off the canvas, you can zoom out or pan to center and show all relevant portions. </w:t>
      </w:r>
    </w:p>
    <w:p w14:paraId="0B36124E" w14:textId="08579179" w:rsidR="00E52B2E" w:rsidRDefault="00E52B2E" w:rsidP="00E52B2E">
      <w:pPr>
        <w:pStyle w:val="Heading2"/>
        <w:spacing w:before="240" w:after="160"/>
      </w:pPr>
      <w:r>
        <w:rPr>
          <w:rFonts w:ascii="Calibri" w:eastAsia="Calibri" w:hAnsi="Calibri" w:cs="Calibri"/>
          <w:color w:val="2E5B9C"/>
        </w:rPr>
        <w:t xml:space="preserve">Tool </w:t>
      </w:r>
      <w:r w:rsidR="00556104">
        <w:rPr>
          <w:rFonts w:ascii="Calibri" w:eastAsia="Calibri" w:hAnsi="Calibri" w:cs="Calibri"/>
          <w:color w:val="2E5B9C"/>
        </w:rPr>
        <w:t>P</w:t>
      </w:r>
      <w:r>
        <w:rPr>
          <w:rFonts w:ascii="Calibri" w:eastAsia="Calibri" w:hAnsi="Calibri" w:cs="Calibri"/>
          <w:color w:val="2E5B9C"/>
        </w:rPr>
        <w:t xml:space="preserve">alettes </w:t>
      </w:r>
    </w:p>
    <w:p w14:paraId="3468F1B5" w14:textId="77777777" w:rsidR="00E52B2E" w:rsidRDefault="00E52B2E" w:rsidP="00E52B2E">
      <w:pPr>
        <w:spacing w:before="160" w:after="40"/>
        <w:jc w:val="center"/>
      </w:pPr>
      <w:r>
        <w:rPr>
          <w:noProof/>
        </w:rPr>
        <w:drawing>
          <wp:inline distT="0" distB="0" distL="0" distR="0" wp14:anchorId="0FAB47A5" wp14:editId="69F88E99">
            <wp:extent cx="6164410" cy="1026018"/>
            <wp:effectExtent l="0" t="0" r="0" b="3175"/>
            <wp:docPr id="1300065380" name="12-toolbar-palett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0065380" name="12-toolbar-palettes.png"/>
                    <pic:cNvPicPr>
                      <a:picLocks noChangeAspect="1" noChangeArrowheads="1"/>
                    </pic:cNvPicPr>
                  </pic:nvPicPr>
                  <pic:blipFill>
                    <a:blip r:embed="rId22"/>
                    <a:stretch>
                      <a:fillRect/>
                    </a:stretch>
                  </pic:blipFill>
                  <pic:spPr bwMode="auto">
                    <a:xfrm>
                      <a:off x="0" y="0"/>
                      <a:ext cx="6453039" cy="1074058"/>
                    </a:xfrm>
                    <a:prstGeom prst="rect">
                      <a:avLst/>
                    </a:prstGeom>
                  </pic:spPr>
                </pic:pic>
              </a:graphicData>
            </a:graphic>
          </wp:inline>
        </w:drawing>
      </w:r>
    </w:p>
    <w:p w14:paraId="44BCFBEC" w14:textId="70DCC4C9" w:rsidR="00E52B2E" w:rsidRDefault="00E52B2E" w:rsidP="00D562C9">
      <w:pPr>
        <w:spacing w:before="80"/>
        <w:jc w:val="center"/>
        <w:rPr>
          <w:rFonts w:ascii="Calibri" w:eastAsia="Calibri" w:hAnsi="Calibri" w:cs="Calibri"/>
          <w:i/>
          <w:iCs/>
          <w:color w:val="5C6B7A"/>
          <w:sz w:val="18"/>
          <w:szCs w:val="18"/>
        </w:rPr>
      </w:pPr>
      <w:r>
        <w:rPr>
          <w:rFonts w:ascii="Calibri" w:eastAsia="Calibri" w:hAnsi="Calibri" w:cs="Calibri"/>
          <w:i/>
          <w:iCs/>
          <w:color w:val="5C6B7A"/>
          <w:sz w:val="18"/>
          <w:szCs w:val="18"/>
        </w:rPr>
        <w:t>Figure A</w:t>
      </w:r>
      <w:r w:rsidR="006C61C7">
        <w:rPr>
          <w:rFonts w:ascii="Calibri" w:eastAsia="Calibri" w:hAnsi="Calibri" w:cs="Calibri"/>
          <w:i/>
          <w:iCs/>
          <w:color w:val="5C6B7A"/>
          <w:sz w:val="18"/>
          <w:szCs w:val="18"/>
        </w:rPr>
        <w:t>3</w:t>
      </w:r>
      <w:r>
        <w:rPr>
          <w:rFonts w:ascii="Calibri" w:eastAsia="Calibri" w:hAnsi="Calibri" w:cs="Calibri"/>
          <w:i/>
          <w:iCs/>
          <w:color w:val="5C6B7A"/>
          <w:sz w:val="18"/>
          <w:szCs w:val="18"/>
        </w:rPr>
        <w:t>. Edit, Basic, Triangles, Quadrilaterals, Construct</w:t>
      </w:r>
      <w:r w:rsidR="006C61C7">
        <w:rPr>
          <w:rFonts w:ascii="Calibri" w:eastAsia="Calibri" w:hAnsi="Calibri" w:cs="Calibri"/>
          <w:i/>
          <w:iCs/>
          <w:color w:val="5C6B7A"/>
          <w:sz w:val="18"/>
          <w:szCs w:val="18"/>
        </w:rPr>
        <w:t>, and Marks</w:t>
      </w:r>
      <w:r>
        <w:rPr>
          <w:rFonts w:ascii="Calibri" w:eastAsia="Calibri" w:hAnsi="Calibri" w:cs="Calibri"/>
          <w:i/>
          <w:iCs/>
          <w:color w:val="5C6B7A"/>
          <w:sz w:val="18"/>
          <w:szCs w:val="18"/>
        </w:rPr>
        <w:t xml:space="preserve"> palettes.</w:t>
      </w:r>
    </w:p>
    <w:p w14:paraId="101DD5CF" w14:textId="1586D579" w:rsidR="00EF3B1E" w:rsidRDefault="00EF3B1E" w:rsidP="00EF3B1E">
      <w:pPr>
        <w:spacing w:before="80"/>
      </w:pPr>
      <w:r>
        <w:rPr>
          <w:rFonts w:ascii="Calibri" w:eastAsia="Calibri" w:hAnsi="Calibri" w:cs="Calibri"/>
          <w:color w:val="1F2933"/>
        </w:rPr>
        <w:t xml:space="preserve">All tools remain selected until a different tool is chosen. </w:t>
      </w:r>
    </w:p>
    <w:p w14:paraId="493EC951" w14:textId="77777777" w:rsidR="009D4468" w:rsidRDefault="006C61C7" w:rsidP="00D562C9">
      <w:pPr>
        <w:pStyle w:val="Heading1"/>
        <w:spacing w:before="0" w:after="160"/>
        <w:rPr>
          <w:noProof/>
        </w:rPr>
      </w:pPr>
      <w:r>
        <w:rPr>
          <w:rFonts w:ascii="Calibri" w:eastAsia="Calibri" w:hAnsi="Calibri" w:cs="Calibri"/>
          <w:color w:val="2E5B9C"/>
        </w:rPr>
        <w:lastRenderedPageBreak/>
        <w:t>Edit Tools</w:t>
      </w:r>
      <w:r w:rsidR="009D4468" w:rsidRPr="009D4468">
        <w:rPr>
          <w:noProof/>
        </w:rPr>
        <w:t xml:space="preserve"> </w:t>
      </w:r>
    </w:p>
    <w:p w14:paraId="680AC0D2" w14:textId="6B4ECDEC" w:rsidR="00E52B2E" w:rsidRDefault="009D4468" w:rsidP="00D562C9">
      <w:pPr>
        <w:pStyle w:val="Heading1"/>
        <w:spacing w:before="0" w:after="160"/>
      </w:pPr>
      <w:r w:rsidRPr="009D4468">
        <w:rPr>
          <w:rFonts w:ascii="Calibri" w:eastAsia="Calibri" w:hAnsi="Calibri" w:cs="Calibri"/>
          <w:noProof/>
          <w:color w:val="2E5B9C"/>
        </w:rPr>
        <w:drawing>
          <wp:inline distT="0" distB="0" distL="0" distR="0" wp14:anchorId="3B7FD00F" wp14:editId="13562825">
            <wp:extent cx="1758973" cy="630936"/>
            <wp:effectExtent l="0" t="0" r="0" b="4445"/>
            <wp:docPr id="20946069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4606949" name=""/>
                    <pic:cNvPicPr/>
                  </pic:nvPicPr>
                  <pic:blipFill>
                    <a:blip r:embed="rId23"/>
                    <a:stretch>
                      <a:fillRect/>
                    </a:stretch>
                  </pic:blipFill>
                  <pic:spPr>
                    <a:xfrm>
                      <a:off x="0" y="0"/>
                      <a:ext cx="1758973" cy="630936"/>
                    </a:xfrm>
                    <a:prstGeom prst="rect">
                      <a:avLst/>
                    </a:prstGeom>
                  </pic:spPr>
                </pic:pic>
              </a:graphicData>
            </a:graphic>
          </wp:inline>
        </w:drawing>
      </w:r>
    </w:p>
    <w:p w14:paraId="747A8CC0" w14:textId="4CCEE466" w:rsidR="00D562C9" w:rsidRDefault="00D562C9" w:rsidP="00D562C9">
      <w:pPr>
        <w:pStyle w:val="Heading2"/>
        <w:spacing w:before="240" w:after="160"/>
        <w:rPr>
          <w:rFonts w:ascii="Calibri" w:eastAsia="Calibri" w:hAnsi="Calibri" w:cs="Calibri"/>
          <w:color w:val="2E5B9C"/>
        </w:rPr>
      </w:pPr>
      <w:r>
        <w:rPr>
          <w:rFonts w:ascii="Calibri" w:eastAsia="Calibri" w:hAnsi="Calibri" w:cs="Calibri"/>
          <w:color w:val="2E5B9C"/>
        </w:rPr>
        <w:t>Select</w:t>
      </w:r>
    </w:p>
    <w:p w14:paraId="33EBCFEB" w14:textId="26AE0A12" w:rsidR="00D562C9" w:rsidRDefault="00D562C9" w:rsidP="00D562C9">
      <w:pPr>
        <w:rPr>
          <w:rFonts w:ascii="Calibri" w:eastAsia="Calibri" w:hAnsi="Calibri" w:cs="Calibri"/>
          <w:color w:val="1F2933"/>
        </w:rPr>
      </w:pPr>
      <w:r>
        <w:rPr>
          <w:rFonts w:ascii="Calibri" w:eastAsia="Calibri" w:hAnsi="Calibri" w:cs="Calibri"/>
          <w:color w:val="1F2933"/>
        </w:rPr>
        <w:t xml:space="preserve">The selection tool is used to move pre-existing points around. </w:t>
      </w:r>
      <w:r w:rsidR="009D4468">
        <w:rPr>
          <w:rFonts w:ascii="Calibri" w:eastAsia="Calibri" w:hAnsi="Calibri" w:cs="Calibri"/>
          <w:color w:val="1F2933"/>
        </w:rPr>
        <w:t>Any pre-existing shape determined by a point will also move accordingly. The selection tool</w:t>
      </w:r>
      <w:r>
        <w:rPr>
          <w:rFonts w:ascii="Calibri" w:eastAsia="Calibri" w:hAnsi="Calibri" w:cs="Calibri"/>
          <w:color w:val="1F2933"/>
        </w:rPr>
        <w:t xml:space="preserve"> can also reposition the labels for points – click on the text and drag it around the point until it is in a position that doesn’t cover anything up.  </w:t>
      </w:r>
    </w:p>
    <w:p w14:paraId="24934984" w14:textId="5BDE31DA" w:rsidR="00D562C9" w:rsidRDefault="00D562C9" w:rsidP="00D562C9">
      <w:pPr>
        <w:rPr>
          <w:rFonts w:ascii="Calibri" w:eastAsia="Calibri" w:hAnsi="Calibri" w:cs="Calibri"/>
          <w:color w:val="1F2933"/>
        </w:rPr>
      </w:pPr>
      <w:r>
        <w:rPr>
          <w:rFonts w:ascii="Calibri" w:eastAsia="Calibri" w:hAnsi="Calibri" w:cs="Calibri"/>
          <w:color w:val="1F2933"/>
        </w:rPr>
        <w:t xml:space="preserve">The selection tool can be used to choose points, segments, rays, lines, and circles. </w:t>
      </w:r>
    </w:p>
    <w:p w14:paraId="7CEDDAAC" w14:textId="1D993EEF" w:rsidR="006E38D5" w:rsidRPr="006E38D5" w:rsidRDefault="00D562C9" w:rsidP="00D562C9">
      <w:pPr>
        <w:pStyle w:val="ListParagraph"/>
        <w:numPr>
          <w:ilvl w:val="0"/>
          <w:numId w:val="21"/>
        </w:numPr>
      </w:pPr>
      <w:r w:rsidRPr="00D562C9">
        <w:rPr>
          <w:rFonts w:ascii="Calibri" w:eastAsia="Calibri" w:hAnsi="Calibri" w:cs="Calibri"/>
          <w:color w:val="1F2933"/>
        </w:rPr>
        <w:t xml:space="preserve">When a </w:t>
      </w:r>
      <w:r>
        <w:rPr>
          <w:rFonts w:ascii="Calibri" w:eastAsia="Calibri" w:hAnsi="Calibri" w:cs="Calibri"/>
          <w:color w:val="1F2933"/>
        </w:rPr>
        <w:t>point is selected, its coordinates are displayed in the I</w:t>
      </w:r>
      <w:r w:rsidR="006E38D5">
        <w:rPr>
          <w:rFonts w:ascii="Calibri" w:eastAsia="Calibri" w:hAnsi="Calibri" w:cs="Calibri"/>
          <w:color w:val="1F2933"/>
        </w:rPr>
        <w:t xml:space="preserve">D area below the canvas. The </w:t>
      </w:r>
      <w:r w:rsidR="006E38D5" w:rsidRPr="006E38D5">
        <w:rPr>
          <w:rFonts w:ascii="Calibri" w:eastAsia="Calibri" w:hAnsi="Calibri" w:cs="Calibri"/>
          <w:color w:val="1F2933"/>
        </w:rPr>
        <w:t>coordinate</w:t>
      </w:r>
      <w:r w:rsidR="006E38D5">
        <w:rPr>
          <w:rFonts w:ascii="Calibri" w:eastAsia="Calibri" w:hAnsi="Calibri" w:cs="Calibri"/>
          <w:color w:val="1F2933"/>
        </w:rPr>
        <w:t xml:space="preserve"> </w:t>
      </w:r>
      <w:r w:rsidR="006E38D5" w:rsidRPr="006E38D5">
        <w:rPr>
          <w:rFonts w:ascii="Calibri" w:eastAsia="Calibri" w:hAnsi="Calibri" w:cs="Calibri"/>
          <w:color w:val="1F2933"/>
        </w:rPr>
        <w:t>s</w:t>
      </w:r>
      <w:r w:rsidR="006E38D5">
        <w:rPr>
          <w:rFonts w:ascii="Calibri" w:eastAsia="Calibri" w:hAnsi="Calibri" w:cs="Calibri"/>
          <w:color w:val="1F2933"/>
        </w:rPr>
        <w:t xml:space="preserve">ystem uses (0, 0) </w:t>
      </w:r>
      <w:r w:rsidR="006E38D5" w:rsidRPr="006E38D5">
        <w:rPr>
          <w:rFonts w:ascii="Calibri" w:eastAsia="Calibri" w:hAnsi="Calibri" w:cs="Calibri"/>
          <w:color w:val="1F2933"/>
        </w:rPr>
        <w:t xml:space="preserve"> </w:t>
      </w:r>
      <w:r w:rsidR="006E38D5">
        <w:rPr>
          <w:rFonts w:ascii="Calibri" w:eastAsia="Calibri" w:hAnsi="Calibri" w:cs="Calibri"/>
          <w:color w:val="1F2933"/>
        </w:rPr>
        <w:t>for the</w:t>
      </w:r>
      <w:r w:rsidR="006E38D5" w:rsidRPr="006E38D5">
        <w:rPr>
          <w:rFonts w:ascii="Calibri" w:eastAsia="Calibri" w:hAnsi="Calibri" w:cs="Calibri"/>
          <w:color w:val="1F2933"/>
        </w:rPr>
        <w:t xml:space="preserve"> </w:t>
      </w:r>
      <w:r w:rsidR="006E38D5">
        <w:rPr>
          <w:rFonts w:ascii="Calibri" w:eastAsia="Calibri" w:hAnsi="Calibri" w:cs="Calibri"/>
          <w:color w:val="1F2933"/>
        </w:rPr>
        <w:t xml:space="preserve">default view’s </w:t>
      </w:r>
      <w:r w:rsidR="006E38D5" w:rsidRPr="006E38D5">
        <w:rPr>
          <w:rFonts w:ascii="Calibri" w:eastAsia="Calibri" w:hAnsi="Calibri" w:cs="Calibri"/>
          <w:color w:val="1F2933"/>
        </w:rPr>
        <w:t xml:space="preserve">upper left corner </w:t>
      </w:r>
      <w:r w:rsidR="006E38D5">
        <w:rPr>
          <w:rFonts w:ascii="Calibri" w:eastAsia="Calibri" w:hAnsi="Calibri" w:cs="Calibri"/>
          <w:color w:val="1F2933"/>
        </w:rPr>
        <w:t>(which changes with panning or zooming). T</w:t>
      </w:r>
      <w:r w:rsidR="006E38D5" w:rsidRPr="006E38D5">
        <w:rPr>
          <w:rFonts w:ascii="Calibri" w:eastAsia="Calibri" w:hAnsi="Calibri" w:cs="Calibri"/>
          <w:color w:val="1F2933"/>
        </w:rPr>
        <w:t>he y-coordinate</w:t>
      </w:r>
      <w:r w:rsidR="006E38D5">
        <w:rPr>
          <w:rFonts w:ascii="Calibri" w:eastAsia="Calibri" w:hAnsi="Calibri" w:cs="Calibri"/>
          <w:color w:val="1F2933"/>
        </w:rPr>
        <w:t>s</w:t>
      </w:r>
      <w:r w:rsidR="006E38D5" w:rsidRPr="006E38D5">
        <w:rPr>
          <w:rFonts w:ascii="Calibri" w:eastAsia="Calibri" w:hAnsi="Calibri" w:cs="Calibri"/>
          <w:color w:val="1F2933"/>
        </w:rPr>
        <w:t xml:space="preserve"> get bigger as you go </w:t>
      </w:r>
      <w:r w:rsidR="006E38D5" w:rsidRPr="006E38D5">
        <w:rPr>
          <w:rFonts w:ascii="Calibri" w:eastAsia="Calibri" w:hAnsi="Calibri" w:cs="Calibri"/>
          <w:i/>
          <w:iCs/>
          <w:color w:val="1F2933"/>
        </w:rPr>
        <w:t>down</w:t>
      </w:r>
      <w:r w:rsidR="006E38D5" w:rsidRPr="006E38D5">
        <w:rPr>
          <w:rFonts w:ascii="Calibri" w:eastAsia="Calibri" w:hAnsi="Calibri" w:cs="Calibri"/>
          <w:color w:val="1F2933"/>
        </w:rPr>
        <w:t xml:space="preserve"> the screen</w:t>
      </w:r>
      <w:r w:rsidR="006E38D5">
        <w:rPr>
          <w:rFonts w:ascii="Calibri" w:eastAsia="Calibri" w:hAnsi="Calibri" w:cs="Calibri"/>
          <w:color w:val="1F2933"/>
        </w:rPr>
        <w:t xml:space="preserve"> – </w:t>
      </w:r>
      <w:r w:rsidR="006E38D5" w:rsidRPr="006E38D5">
        <w:rPr>
          <w:rFonts w:ascii="Calibri" w:eastAsia="Calibri" w:hAnsi="Calibri" w:cs="Calibri"/>
          <w:color w:val="1F2933"/>
        </w:rPr>
        <w:t xml:space="preserve">the flip of a typical graph, but standard for how we </w:t>
      </w:r>
      <w:r w:rsidR="006E38D5">
        <w:rPr>
          <w:rFonts w:ascii="Calibri" w:eastAsia="Calibri" w:hAnsi="Calibri" w:cs="Calibri"/>
          <w:color w:val="1F2933"/>
        </w:rPr>
        <w:t xml:space="preserve">typically </w:t>
      </w:r>
      <w:r w:rsidR="006E38D5" w:rsidRPr="006E38D5">
        <w:rPr>
          <w:rFonts w:ascii="Calibri" w:eastAsia="Calibri" w:hAnsi="Calibri" w:cs="Calibri"/>
          <w:color w:val="1F2933"/>
        </w:rPr>
        <w:t>think about computer screen coordinate systems</w:t>
      </w:r>
      <w:r w:rsidR="006E38D5">
        <w:rPr>
          <w:rFonts w:ascii="Calibri" w:eastAsia="Calibri" w:hAnsi="Calibri" w:cs="Calibri"/>
          <w:color w:val="1F2933"/>
        </w:rPr>
        <w:t>.</w:t>
      </w:r>
    </w:p>
    <w:p w14:paraId="4F3480F5" w14:textId="5CE9A92D" w:rsidR="00D562C9" w:rsidRPr="00D562C9" w:rsidRDefault="006C4D1A" w:rsidP="00D562C9">
      <w:pPr>
        <w:pStyle w:val="ListParagraph"/>
        <w:numPr>
          <w:ilvl w:val="0"/>
          <w:numId w:val="21"/>
        </w:numPr>
      </w:pPr>
      <w:r w:rsidRPr="000A4877">
        <w:rPr>
          <w:noProof/>
        </w:rPr>
        <w:drawing>
          <wp:anchor distT="0" distB="0" distL="114300" distR="114300" simplePos="0" relativeHeight="251641856" behindDoc="1" locked="0" layoutInCell="1" allowOverlap="1" wp14:anchorId="20809161" wp14:editId="26FB2599">
            <wp:simplePos x="0" y="0"/>
            <wp:positionH relativeFrom="column">
              <wp:posOffset>4758951</wp:posOffset>
            </wp:positionH>
            <wp:positionV relativeFrom="paragraph">
              <wp:posOffset>45122</wp:posOffset>
            </wp:positionV>
            <wp:extent cx="1743636" cy="896261"/>
            <wp:effectExtent l="0" t="0" r="0" b="5715"/>
            <wp:wrapTight wrapText="bothSides">
              <wp:wrapPolygon edited="0">
                <wp:start x="0" y="0"/>
                <wp:lineTo x="0" y="21432"/>
                <wp:lineTo x="21403" y="21432"/>
                <wp:lineTo x="21403" y="0"/>
                <wp:lineTo x="0" y="0"/>
              </wp:wrapPolygon>
            </wp:wrapTight>
            <wp:docPr id="21325963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2596394" name=""/>
                    <pic:cNvPicPr/>
                  </pic:nvPicPr>
                  <pic:blipFill>
                    <a:blip r:embed="rId24"/>
                    <a:stretch>
                      <a:fillRect/>
                    </a:stretch>
                  </pic:blipFill>
                  <pic:spPr>
                    <a:xfrm>
                      <a:off x="0" y="0"/>
                      <a:ext cx="1743636" cy="896261"/>
                    </a:xfrm>
                    <a:prstGeom prst="rect">
                      <a:avLst/>
                    </a:prstGeom>
                  </pic:spPr>
                </pic:pic>
              </a:graphicData>
            </a:graphic>
            <wp14:sizeRelH relativeFrom="page">
              <wp14:pctWidth>0</wp14:pctWidth>
            </wp14:sizeRelH>
            <wp14:sizeRelV relativeFrom="page">
              <wp14:pctHeight>0</wp14:pctHeight>
            </wp14:sizeRelV>
          </wp:anchor>
        </w:drawing>
      </w:r>
      <w:r w:rsidR="006E38D5">
        <w:rPr>
          <w:rFonts w:ascii="Calibri" w:eastAsia="Calibri" w:hAnsi="Calibri" w:cs="Calibri"/>
          <w:color w:val="1F2933"/>
        </w:rPr>
        <w:t xml:space="preserve">When a </w:t>
      </w:r>
      <w:r w:rsidR="00D562C9" w:rsidRPr="00D562C9">
        <w:rPr>
          <w:rFonts w:ascii="Calibri" w:eastAsia="Calibri" w:hAnsi="Calibri" w:cs="Calibri"/>
          <w:color w:val="1F2933"/>
        </w:rPr>
        <w:t>segment</w:t>
      </w:r>
      <w:r w:rsidR="00D562C9">
        <w:rPr>
          <w:rFonts w:ascii="Calibri" w:eastAsia="Calibri" w:hAnsi="Calibri" w:cs="Calibri"/>
          <w:color w:val="1F2933"/>
        </w:rPr>
        <w:t xml:space="preserve"> or </w:t>
      </w:r>
      <w:r w:rsidR="00D562C9" w:rsidRPr="00D562C9">
        <w:rPr>
          <w:rFonts w:ascii="Calibri" w:eastAsia="Calibri" w:hAnsi="Calibri" w:cs="Calibri"/>
          <w:color w:val="1F2933"/>
        </w:rPr>
        <w:t>circle</w:t>
      </w:r>
      <w:r w:rsidR="00D562C9">
        <w:rPr>
          <w:rFonts w:ascii="Calibri" w:eastAsia="Calibri" w:hAnsi="Calibri" w:cs="Calibri"/>
          <w:color w:val="1F2933"/>
        </w:rPr>
        <w:t xml:space="preserve"> is selected, the related points are</w:t>
      </w:r>
      <w:r w:rsidR="006E38D5">
        <w:rPr>
          <w:rFonts w:ascii="Calibri" w:eastAsia="Calibri" w:hAnsi="Calibri" w:cs="Calibri"/>
          <w:color w:val="1F2933"/>
        </w:rPr>
        <w:t xml:space="preserve"> noted and a style menu appears at the lower left corner of the canvas allowing you to make the shape solid (the default) or dashed. Dashed shapes often represent auxiliary (helper) figures introduced during a proof (as opposed to givens that are part of the theorem statement).</w:t>
      </w:r>
    </w:p>
    <w:p w14:paraId="2F586DA1" w14:textId="4DBD2870" w:rsidR="00D562C9" w:rsidRPr="00D562C9" w:rsidRDefault="00760047" w:rsidP="00D562C9">
      <w:pPr>
        <w:pStyle w:val="ListParagraph"/>
        <w:numPr>
          <w:ilvl w:val="0"/>
          <w:numId w:val="21"/>
        </w:numPr>
      </w:pPr>
      <w:r w:rsidRPr="00760047">
        <w:rPr>
          <w:rFonts w:ascii="Calibri" w:eastAsia="Calibri" w:hAnsi="Calibri" w:cs="Calibri"/>
          <w:noProof/>
          <w:color w:val="1F2933"/>
        </w:rPr>
        <w:drawing>
          <wp:anchor distT="0" distB="0" distL="114300" distR="114300" simplePos="0" relativeHeight="251656192" behindDoc="0" locked="0" layoutInCell="1" allowOverlap="1" wp14:anchorId="1F50E547" wp14:editId="007D4081">
            <wp:simplePos x="0" y="0"/>
            <wp:positionH relativeFrom="column">
              <wp:posOffset>5501640</wp:posOffset>
            </wp:positionH>
            <wp:positionV relativeFrom="paragraph">
              <wp:posOffset>401955</wp:posOffset>
            </wp:positionV>
            <wp:extent cx="899160" cy="229235"/>
            <wp:effectExtent l="0" t="0" r="2540" b="0"/>
            <wp:wrapSquare wrapText="bothSides"/>
            <wp:docPr id="14949691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4969116" name=""/>
                    <pic:cNvPicPr/>
                  </pic:nvPicPr>
                  <pic:blipFill>
                    <a:blip r:embed="rId25"/>
                    <a:stretch>
                      <a:fillRect/>
                    </a:stretch>
                  </pic:blipFill>
                  <pic:spPr>
                    <a:xfrm>
                      <a:off x="0" y="0"/>
                      <a:ext cx="899160" cy="229235"/>
                    </a:xfrm>
                    <a:prstGeom prst="rect">
                      <a:avLst/>
                    </a:prstGeom>
                  </pic:spPr>
                </pic:pic>
              </a:graphicData>
            </a:graphic>
            <wp14:sizeRelH relativeFrom="page">
              <wp14:pctWidth>0</wp14:pctWidth>
            </wp14:sizeRelH>
            <wp14:sizeRelV relativeFrom="page">
              <wp14:pctHeight>0</wp14:pctHeight>
            </wp14:sizeRelV>
          </wp:anchor>
        </w:drawing>
      </w:r>
      <w:r w:rsidR="006E38D5">
        <w:rPr>
          <w:rFonts w:ascii="Calibri" w:eastAsia="Calibri" w:hAnsi="Calibri" w:cs="Calibri"/>
          <w:color w:val="1F2933"/>
        </w:rPr>
        <w:t>When a constructed</w:t>
      </w:r>
      <w:r w:rsidR="00D562C9" w:rsidRPr="00D562C9">
        <w:rPr>
          <w:rFonts w:ascii="Calibri" w:eastAsia="Calibri" w:hAnsi="Calibri" w:cs="Calibri"/>
          <w:color w:val="1F2933"/>
        </w:rPr>
        <w:t xml:space="preserve"> perpendicular, parallel, or angle-bisecting segment/ray/line is selected, style menus appear providing options to switch between solid and dashed formats</w:t>
      </w:r>
      <w:r w:rsidR="006E38D5">
        <w:rPr>
          <w:rFonts w:ascii="Calibri" w:eastAsia="Calibri" w:hAnsi="Calibri" w:cs="Calibri"/>
          <w:color w:val="1F2933"/>
        </w:rPr>
        <w:t xml:space="preserve"> and also </w:t>
      </w:r>
      <w:r w:rsidR="006C4D1A">
        <w:rPr>
          <w:rFonts w:ascii="Calibri" w:eastAsia="Calibri" w:hAnsi="Calibri" w:cs="Calibri"/>
          <w:color w:val="1F2933"/>
        </w:rPr>
        <w:t xml:space="preserve">between </w:t>
      </w:r>
      <w:r w:rsidR="00EF3B1E">
        <w:rPr>
          <w:rFonts w:ascii="Calibri" w:eastAsia="Calibri" w:hAnsi="Calibri" w:cs="Calibri"/>
          <w:color w:val="1F2933"/>
        </w:rPr>
        <w:t xml:space="preserve">displaying a </w:t>
      </w:r>
      <w:r w:rsidR="006C4D1A">
        <w:rPr>
          <w:rFonts w:ascii="Calibri" w:eastAsia="Calibri" w:hAnsi="Calibri" w:cs="Calibri"/>
          <w:color w:val="1F2933"/>
        </w:rPr>
        <w:t xml:space="preserve">segment </w:t>
      </w:r>
      <w:r w:rsidR="00EF3B1E">
        <w:rPr>
          <w:rFonts w:ascii="Calibri" w:eastAsia="Calibri" w:hAnsi="Calibri" w:cs="Calibri"/>
          <w:color w:val="1F2933"/>
        </w:rPr>
        <w:t>or</w:t>
      </w:r>
      <w:r w:rsidR="006C4D1A">
        <w:rPr>
          <w:rFonts w:ascii="Calibri" w:eastAsia="Calibri" w:hAnsi="Calibri" w:cs="Calibri"/>
          <w:color w:val="1F2933"/>
        </w:rPr>
        <w:t xml:space="preserve"> line (for parallel and perpendicular</w:t>
      </w:r>
      <w:r w:rsidR="00EF3B1E">
        <w:rPr>
          <w:rFonts w:ascii="Calibri" w:eastAsia="Calibri" w:hAnsi="Calibri" w:cs="Calibri"/>
          <w:color w:val="1F2933"/>
        </w:rPr>
        <w:t xml:space="preserve"> constructions</w:t>
      </w:r>
      <w:r w:rsidR="006C4D1A">
        <w:rPr>
          <w:rFonts w:ascii="Calibri" w:eastAsia="Calibri" w:hAnsi="Calibri" w:cs="Calibri"/>
          <w:color w:val="1F2933"/>
        </w:rPr>
        <w:t xml:space="preserve">) or segment </w:t>
      </w:r>
      <w:r w:rsidR="00EF3B1E">
        <w:rPr>
          <w:rFonts w:ascii="Calibri" w:eastAsia="Calibri" w:hAnsi="Calibri" w:cs="Calibri"/>
          <w:color w:val="1F2933"/>
        </w:rPr>
        <w:t>or</w:t>
      </w:r>
      <w:r w:rsidR="006C4D1A">
        <w:rPr>
          <w:rFonts w:ascii="Calibri" w:eastAsia="Calibri" w:hAnsi="Calibri" w:cs="Calibri"/>
          <w:color w:val="1F2933"/>
        </w:rPr>
        <w:t xml:space="preserve"> ray (for angle bisectors)</w:t>
      </w:r>
      <w:r w:rsidR="00D562C9" w:rsidRPr="00D562C9">
        <w:rPr>
          <w:rFonts w:ascii="Calibri" w:eastAsia="Calibri" w:hAnsi="Calibri" w:cs="Calibri"/>
          <w:color w:val="1F2933"/>
        </w:rPr>
        <w:t>.</w:t>
      </w:r>
      <w:r w:rsidRPr="00760047">
        <w:rPr>
          <w:noProof/>
        </w:rPr>
        <w:t xml:space="preserve"> </w:t>
      </w:r>
    </w:p>
    <w:p w14:paraId="4BB6D791" w14:textId="35E06223" w:rsidR="00EF3B1E" w:rsidRPr="00561D64" w:rsidRDefault="00D562C9" w:rsidP="00EF3B1E">
      <w:pPr>
        <w:rPr>
          <w:rFonts w:ascii="Calibri" w:eastAsia="Calibri" w:hAnsi="Calibri" w:cs="Calibri"/>
          <w:b/>
          <w:bCs/>
          <w:color w:val="2E5B9C"/>
          <w:sz w:val="26"/>
          <w:szCs w:val="26"/>
        </w:rPr>
      </w:pPr>
      <w:r w:rsidRPr="00561D64">
        <w:rPr>
          <w:rFonts w:ascii="Calibri" w:eastAsia="Calibri" w:hAnsi="Calibri" w:cs="Calibri"/>
          <w:b/>
          <w:bCs/>
          <w:color w:val="2E5B9C"/>
          <w:sz w:val="26"/>
          <w:szCs w:val="26"/>
        </w:rPr>
        <w:t>Delete</w:t>
      </w:r>
    </w:p>
    <w:p w14:paraId="2FEEEFBF" w14:textId="2A46ADA2" w:rsidR="00EF3B1E" w:rsidRPr="00EF3B1E" w:rsidRDefault="00EF3B1E" w:rsidP="00EF3B1E">
      <w:pPr>
        <w:rPr>
          <w:rFonts w:ascii="Calibri" w:eastAsia="Calibri" w:hAnsi="Calibri" w:cs="Calibri"/>
          <w:b/>
          <w:bCs/>
          <w:color w:val="2E5B9C"/>
        </w:rPr>
      </w:pPr>
      <w:r>
        <w:rPr>
          <w:rFonts w:ascii="Calibri" w:eastAsia="Calibri" w:hAnsi="Calibri" w:cs="Calibri"/>
          <w:color w:val="1F2933"/>
        </w:rPr>
        <w:t>When the delete tool is chosen, clicking on any point, segment, ray, line, or circle will remove it. An object can also be removed by selecting it and pressing the Delete key.</w:t>
      </w:r>
    </w:p>
    <w:p w14:paraId="5AEF679A" w14:textId="77777777" w:rsidR="001D41C3" w:rsidRDefault="001D41C3" w:rsidP="001D41C3">
      <w:pPr>
        <w:pStyle w:val="Heading2"/>
        <w:spacing w:before="240" w:after="160"/>
      </w:pPr>
      <w:r w:rsidRPr="006C61C7">
        <w:rPr>
          <w:rFonts w:ascii="Calibri" w:eastAsia="Calibri" w:hAnsi="Calibri" w:cs="Calibri"/>
          <w:noProof/>
          <w:color w:val="1F2933"/>
        </w:rPr>
        <w:drawing>
          <wp:anchor distT="0" distB="0" distL="114300" distR="114300" simplePos="0" relativeHeight="251653120" behindDoc="1" locked="0" layoutInCell="1" allowOverlap="1" wp14:anchorId="038B2B6D" wp14:editId="28BF2A62">
            <wp:simplePos x="0" y="0"/>
            <wp:positionH relativeFrom="column">
              <wp:posOffset>4889500</wp:posOffset>
            </wp:positionH>
            <wp:positionV relativeFrom="paragraph">
              <wp:posOffset>346710</wp:posOffset>
            </wp:positionV>
            <wp:extent cx="1011555" cy="1097915"/>
            <wp:effectExtent l="0" t="0" r="4445" b="0"/>
            <wp:wrapTight wrapText="bothSides">
              <wp:wrapPolygon edited="0">
                <wp:start x="0" y="0"/>
                <wp:lineTo x="0" y="21238"/>
                <wp:lineTo x="21424" y="21238"/>
                <wp:lineTo x="21424" y="0"/>
                <wp:lineTo x="0" y="0"/>
              </wp:wrapPolygon>
            </wp:wrapTight>
            <wp:docPr id="7326470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2647003" name=""/>
                    <pic:cNvPicPr/>
                  </pic:nvPicPr>
                  <pic:blipFill>
                    <a:blip r:embed="rId26"/>
                    <a:stretch>
                      <a:fillRect/>
                    </a:stretch>
                  </pic:blipFill>
                  <pic:spPr>
                    <a:xfrm>
                      <a:off x="0" y="0"/>
                      <a:ext cx="1011555" cy="1097915"/>
                    </a:xfrm>
                    <a:prstGeom prst="rect">
                      <a:avLst/>
                    </a:prstGeom>
                  </pic:spPr>
                </pic:pic>
              </a:graphicData>
            </a:graphic>
            <wp14:sizeRelH relativeFrom="page">
              <wp14:pctWidth>0</wp14:pctWidth>
            </wp14:sizeRelH>
            <wp14:sizeRelV relativeFrom="page">
              <wp14:pctHeight>0</wp14:pctHeight>
            </wp14:sizeRelV>
          </wp:anchor>
        </w:drawing>
      </w:r>
      <w:r>
        <w:rPr>
          <w:rFonts w:ascii="Calibri" w:eastAsia="Calibri" w:hAnsi="Calibri" w:cs="Calibri"/>
          <w:color w:val="2E5B9C"/>
        </w:rPr>
        <w:t>Text tool (point labels)</w:t>
      </w:r>
    </w:p>
    <w:p w14:paraId="6CC2185C" w14:textId="5119DBEE" w:rsidR="005E0F82" w:rsidRDefault="001D41C3" w:rsidP="001D41C3">
      <w:pPr>
        <w:spacing w:after="140"/>
        <w:rPr>
          <w:rFonts w:ascii="Calibri" w:eastAsia="Calibri" w:hAnsi="Calibri" w:cs="Calibri"/>
          <w:color w:val="1F2933"/>
        </w:rPr>
      </w:pPr>
      <w:r>
        <w:rPr>
          <w:rFonts w:ascii="Calibri" w:eastAsia="Calibri" w:hAnsi="Calibri" w:cs="Calibri"/>
          <w:color w:val="1F2933"/>
        </w:rPr>
        <w:t xml:space="preserve">Each point in your diagram has a label that is a single letter (A–Z, a–z). These labels are variables just as they are in algebra – they represent a location that can vary. As points are created, they are assigned the next available letter starting with “A” and going through “Z” followed by lowercase “a” through “z”. Case matters: point “A” and point “a” are not the same, so when </w:t>
      </w:r>
      <w:r w:rsidR="00F122CC">
        <w:rPr>
          <w:rFonts w:ascii="Calibri" w:eastAsia="Calibri" w:hAnsi="Calibri" w:cs="Calibri"/>
          <w:color w:val="1F2933"/>
        </w:rPr>
        <w:t>you</w:t>
      </w:r>
      <w:r>
        <w:rPr>
          <w:rFonts w:ascii="Calibri" w:eastAsia="Calibri" w:hAnsi="Calibri" w:cs="Calibri"/>
          <w:color w:val="1F2933"/>
        </w:rPr>
        <w:t xml:space="preserve"> enter claims, the program won’t recognize a lowercase “a” as a point if that is not in the diagram and will include an error message in the dialog as shown in the example at right.</w:t>
      </w:r>
    </w:p>
    <w:p w14:paraId="50800C7F" w14:textId="322A3383" w:rsidR="005E0F82" w:rsidRDefault="00B73A41" w:rsidP="001D41C3">
      <w:pPr>
        <w:spacing w:after="140"/>
        <w:rPr>
          <w:rFonts w:ascii="Calibri" w:eastAsia="Calibri" w:hAnsi="Calibri" w:cs="Calibri"/>
          <w:color w:val="1F2933"/>
        </w:rPr>
      </w:pPr>
      <w:r>
        <w:rPr>
          <w:rFonts w:ascii="Calibri" w:eastAsia="Calibri" w:hAnsi="Calibri" w:cs="Calibri"/>
          <w:noProof/>
          <w:color w:val="2E5B9C"/>
        </w:rPr>
        <w:lastRenderedPageBreak/>
        <mc:AlternateContent>
          <mc:Choice Requires="wpg">
            <w:drawing>
              <wp:anchor distT="0" distB="0" distL="114300" distR="114300" simplePos="0" relativeHeight="251655168" behindDoc="1" locked="0" layoutInCell="1" allowOverlap="1" wp14:anchorId="01F2AAAF" wp14:editId="48C9CAFE">
                <wp:simplePos x="0" y="0"/>
                <wp:positionH relativeFrom="column">
                  <wp:posOffset>2368550</wp:posOffset>
                </wp:positionH>
                <wp:positionV relativeFrom="paragraph">
                  <wp:posOffset>842645</wp:posOffset>
                </wp:positionV>
                <wp:extent cx="3940175" cy="599440"/>
                <wp:effectExtent l="0" t="0" r="0" b="0"/>
                <wp:wrapTight wrapText="bothSides">
                  <wp:wrapPolygon edited="0">
                    <wp:start x="0" y="0"/>
                    <wp:lineTo x="0" y="21051"/>
                    <wp:lineTo x="21513" y="21051"/>
                    <wp:lineTo x="21513" y="0"/>
                    <wp:lineTo x="0" y="0"/>
                  </wp:wrapPolygon>
                </wp:wrapTight>
                <wp:docPr id="653702510" name="Group 12"/>
                <wp:cNvGraphicFramePr/>
                <a:graphic xmlns:a="http://schemas.openxmlformats.org/drawingml/2006/main">
                  <a:graphicData uri="http://schemas.microsoft.com/office/word/2010/wordprocessingGroup">
                    <wpg:wgp>
                      <wpg:cNvGrpSpPr/>
                      <wpg:grpSpPr>
                        <a:xfrm>
                          <a:off x="0" y="0"/>
                          <a:ext cx="3940175" cy="599440"/>
                          <a:chOff x="0" y="0"/>
                          <a:chExt cx="3940175" cy="599440"/>
                        </a:xfrm>
                      </wpg:grpSpPr>
                      <wps:wsp>
                        <wps:cNvPr id="1263267249" name="Straight Arrow Connector 11"/>
                        <wps:cNvCnPr/>
                        <wps:spPr>
                          <a:xfrm>
                            <a:off x="774700" y="297180"/>
                            <a:ext cx="152400" cy="0"/>
                          </a:xfrm>
                          <a:prstGeom prst="straightConnector1">
                            <a:avLst/>
                          </a:prstGeom>
                          <a:ln w="19050">
                            <a:tailEnd type="stealth"/>
                          </a:ln>
                          <a:effectLst/>
                        </wps:spPr>
                        <wps:style>
                          <a:lnRef idx="1">
                            <a:schemeClr val="accent6"/>
                          </a:lnRef>
                          <a:fillRef idx="0">
                            <a:schemeClr val="accent6"/>
                          </a:fillRef>
                          <a:effectRef idx="0">
                            <a:schemeClr val="accent6"/>
                          </a:effectRef>
                          <a:fontRef idx="minor">
                            <a:schemeClr val="tx1"/>
                          </a:fontRef>
                        </wps:style>
                        <wps:bodyPr/>
                      </wps:wsp>
                      <wps:wsp>
                        <wps:cNvPr id="2081929762" name="Straight Arrow Connector 11"/>
                        <wps:cNvCnPr/>
                        <wps:spPr>
                          <a:xfrm>
                            <a:off x="1826260" y="302260"/>
                            <a:ext cx="152400" cy="0"/>
                          </a:xfrm>
                          <a:prstGeom prst="straightConnector1">
                            <a:avLst/>
                          </a:prstGeom>
                          <a:ln w="19050">
                            <a:tailEnd type="stealth"/>
                          </a:ln>
                          <a:effectLst/>
                        </wps:spPr>
                        <wps:style>
                          <a:lnRef idx="1">
                            <a:schemeClr val="accent6"/>
                          </a:lnRef>
                          <a:fillRef idx="0">
                            <a:schemeClr val="accent6"/>
                          </a:fillRef>
                          <a:effectRef idx="0">
                            <a:schemeClr val="accent6"/>
                          </a:effectRef>
                          <a:fontRef idx="minor">
                            <a:schemeClr val="tx1"/>
                          </a:fontRef>
                        </wps:style>
                        <wps:bodyPr/>
                      </wps:wsp>
                      <wps:wsp>
                        <wps:cNvPr id="1257839381" name="Straight Arrow Connector 11"/>
                        <wps:cNvCnPr/>
                        <wps:spPr>
                          <a:xfrm>
                            <a:off x="2908300" y="302260"/>
                            <a:ext cx="152400" cy="0"/>
                          </a:xfrm>
                          <a:prstGeom prst="straightConnector1">
                            <a:avLst/>
                          </a:prstGeom>
                          <a:ln w="19050">
                            <a:tailEnd type="stealth"/>
                          </a:ln>
                          <a:effectLst/>
                        </wps:spPr>
                        <wps:style>
                          <a:lnRef idx="1">
                            <a:schemeClr val="accent6"/>
                          </a:lnRef>
                          <a:fillRef idx="0">
                            <a:schemeClr val="accent6"/>
                          </a:fillRef>
                          <a:effectRef idx="0">
                            <a:schemeClr val="accent6"/>
                          </a:effectRef>
                          <a:fontRef idx="minor">
                            <a:schemeClr val="tx1"/>
                          </a:fontRef>
                        </wps:style>
                        <wps:bodyPr/>
                      </wps:wsp>
                      <pic:pic xmlns:pic="http://schemas.openxmlformats.org/drawingml/2006/picture">
                        <pic:nvPicPr>
                          <pic:cNvPr id="186151867" name="Picture 1"/>
                          <pic:cNvPicPr>
                            <a:picLocks noChangeAspect="1"/>
                          </pic:cNvPicPr>
                        </pic:nvPicPr>
                        <pic:blipFill>
                          <a:blip r:embed="rId27"/>
                          <a:stretch>
                            <a:fillRect/>
                          </a:stretch>
                        </pic:blipFill>
                        <pic:spPr>
                          <a:xfrm>
                            <a:off x="0" y="5080"/>
                            <a:ext cx="702310" cy="594360"/>
                          </a:xfrm>
                          <a:prstGeom prst="rect">
                            <a:avLst/>
                          </a:prstGeom>
                        </pic:spPr>
                      </pic:pic>
                      <pic:pic xmlns:pic="http://schemas.openxmlformats.org/drawingml/2006/picture">
                        <pic:nvPicPr>
                          <pic:cNvPr id="1198484585" name="Picture 1"/>
                          <pic:cNvPicPr>
                            <a:picLocks noChangeAspect="1"/>
                          </pic:cNvPicPr>
                        </pic:nvPicPr>
                        <pic:blipFill>
                          <a:blip r:embed="rId28"/>
                          <a:stretch>
                            <a:fillRect/>
                          </a:stretch>
                        </pic:blipFill>
                        <pic:spPr>
                          <a:xfrm>
                            <a:off x="1000760" y="0"/>
                            <a:ext cx="753110" cy="594360"/>
                          </a:xfrm>
                          <a:prstGeom prst="rect">
                            <a:avLst/>
                          </a:prstGeom>
                        </pic:spPr>
                      </pic:pic>
                      <pic:pic xmlns:pic="http://schemas.openxmlformats.org/drawingml/2006/picture">
                        <pic:nvPicPr>
                          <pic:cNvPr id="1657452863" name="Picture 1"/>
                          <pic:cNvPicPr>
                            <a:picLocks noChangeAspect="1"/>
                          </pic:cNvPicPr>
                        </pic:nvPicPr>
                        <pic:blipFill>
                          <a:blip r:embed="rId29"/>
                          <a:stretch>
                            <a:fillRect/>
                          </a:stretch>
                        </pic:blipFill>
                        <pic:spPr>
                          <a:xfrm>
                            <a:off x="2052320" y="5080"/>
                            <a:ext cx="781685" cy="594360"/>
                          </a:xfrm>
                          <a:prstGeom prst="rect">
                            <a:avLst/>
                          </a:prstGeom>
                        </pic:spPr>
                      </pic:pic>
                      <pic:pic xmlns:pic="http://schemas.openxmlformats.org/drawingml/2006/picture">
                        <pic:nvPicPr>
                          <pic:cNvPr id="1561472380" name="Picture 1"/>
                          <pic:cNvPicPr>
                            <a:picLocks noChangeAspect="1"/>
                          </pic:cNvPicPr>
                        </pic:nvPicPr>
                        <pic:blipFill>
                          <a:blip r:embed="rId30"/>
                          <a:stretch>
                            <a:fillRect/>
                          </a:stretch>
                        </pic:blipFill>
                        <pic:spPr>
                          <a:xfrm>
                            <a:off x="3134360" y="0"/>
                            <a:ext cx="805815" cy="594360"/>
                          </a:xfrm>
                          <a:prstGeom prst="rect">
                            <a:avLst/>
                          </a:prstGeom>
                        </pic:spPr>
                      </pic:pic>
                    </wpg:wgp>
                  </a:graphicData>
                </a:graphic>
              </wp:anchor>
            </w:drawing>
          </mc:Choice>
          <mc:Fallback>
            <w:pict>
              <v:group w14:anchorId="556F44B3" id="Group 12" o:spid="_x0000_s1026" style="position:absolute;margin-left:186.5pt;margin-top:66.35pt;width:310.25pt;height:47.2pt;z-index:-251661312" coordsize="39401,5994"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">
                <v:shapetype id="_x0000_t32" coordsize="21600,21600" o:spt="32" o:oned="t" path="m,l21600,21600e" filled="f">
                  <v:path arrowok="t" fillok="f" o:connecttype="none"/>
                  <o:lock v:ext="edit" shapetype="t"/>
                </v:shapetype>
                <v:shape id="Straight Arrow Connector 11" o:spid="_x0000_s1027" type="#_x0000_t32" style="position:absolute;left:7747;top:2971;width:1524;height:0;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" strokecolor="#f68c36 [3049]" strokeweight="1.5pt">
                  <v:stroke endarrow="classic"/>
                </v:shape>
                <v:shape id="Straight Arrow Connector 11" o:spid="_x0000_s1028" type="#_x0000_t32" style="position:absolute;left:18262;top:3022;width:1524;height:0;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" strokecolor="#f68c36 [3049]" strokeweight="1.5pt">
                  <v:stroke endarrow="classic"/>
                </v:shape>
                <v:shape id="Straight Arrow Connector 11" o:spid="_x0000_s1029" type="#_x0000_t32" style="position:absolute;left:29083;top:3022;width:1524;height:0;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" strokecolor="#f68c36 [3049]" strokeweight="1.5pt">
                  <v:stroke endarrow="classic"/>
                </v:shape>
                <v:shape id="Picture 1" o:spid="_x0000_s1030" type="#_x0000_t75" style="position:absolute;top:50;width:7023;height:594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">
                  <v:imagedata r:id="rId31" o:title=""/>
                </v:shape>
                <v:shape id="Picture 1" o:spid="_x0000_s1031" type="#_x0000_t75" style="position:absolute;left:10007;width:7531;height:594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">
                  <v:imagedata r:id="rId32" o:title=""/>
                </v:shape>
                <v:shape id="Picture 1" o:spid="_x0000_s1032" type="#_x0000_t75" style="position:absolute;left:20523;top:50;width:7817;height:594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">
                  <v:imagedata r:id="rId33" o:title=""/>
                </v:shape>
                <v:shape id="Picture 1" o:spid="_x0000_s1033" type="#_x0000_t75" style="position:absolute;left:31343;width:8058;height:594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">
                  <v:imagedata r:id="rId34" o:title=""/>
                </v:shape>
                <w10:wrap type="tight"/>
              </v:group>
            </w:pict>
          </mc:Fallback>
        </mc:AlternateContent>
      </w:r>
      <w:r w:rsidR="005E0F82">
        <w:rPr>
          <w:rFonts w:ascii="Calibri" w:eastAsia="Calibri" w:hAnsi="Calibri" w:cs="Calibri"/>
          <w:color w:val="1F2933"/>
        </w:rPr>
        <w:t>To change a label from what was assigned, choose the Text tool and click on either the label or the point. A pop-up window will allow you to enter a new choice. It must be in the A-Z, a-z range and must not include a value currently assigned to a different point. If you want to swap the labels for two points, first give one some third value (e.g., “z”) and then change the other point to what the first point was, and then swap the “z” for the second point’s original label.</w:t>
      </w:r>
    </w:p>
    <w:p w14:paraId="2D6666B9" w14:textId="3144A993" w:rsidR="001D41C3" w:rsidRDefault="005E0F82" w:rsidP="001D41C3">
      <w:pPr>
        <w:spacing w:after="140"/>
      </w:pPr>
      <w:r>
        <w:rPr>
          <w:rFonts w:ascii="Calibri" w:eastAsia="Calibri" w:hAnsi="Calibri" w:cs="Calibri"/>
          <w:color w:val="1F2933"/>
        </w:rPr>
        <w:t xml:space="preserve">      </w:t>
      </w:r>
      <w:r w:rsidR="001D41C3" w:rsidRPr="006C61C7">
        <w:rPr>
          <w:noProof/>
        </w:rPr>
        <w:t xml:space="preserve"> </w:t>
      </w:r>
      <w:r>
        <w:rPr>
          <w:noProof/>
        </w:rPr>
        <w:t xml:space="preserve">            </w:t>
      </w:r>
    </w:p>
    <w:p w14:paraId="7C75A09A" w14:textId="193401AF" w:rsidR="001D41C3" w:rsidRDefault="001D41C3" w:rsidP="004701E1">
      <w:pPr>
        <w:pStyle w:val="ListParagraph"/>
        <w:spacing w:after="80"/>
        <w:contextualSpacing w:val="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03"/>
      </w:tblGrid>
      <w:tr w:rsidR="001D41C3" w14:paraId="53E4973F" w14:textId="77777777" w:rsidTr="00F56D5F">
        <w:tc>
          <w:tcPr>
            <w:tcW w:w="9360" w:type="dxa"/>
            <w:tcBorders>
              <w:top w:val="single" w:sz="12" w:space="0" w:color="2E5B9C"/>
              <w:left w:val="single" w:sz="24" w:space="0" w:color="2E5B9C"/>
              <w:bottom w:val="single" w:sz="12" w:space="0" w:color="2E5B9C"/>
              <w:right w:val="single" w:sz="12" w:space="0" w:color="2E5B9C"/>
            </w:tcBorders>
            <w:shd w:val="clear" w:color="auto" w:fill="E8F0FA"/>
            <w:tcMar>
              <w:top w:w="80" w:type="dxa"/>
              <w:left w:w="120" w:type="dxa"/>
              <w:bottom w:w="80" w:type="dxa"/>
              <w:right w:w="120" w:type="dxa"/>
            </w:tcMar>
          </w:tcPr>
          <w:p w14:paraId="479F2097" w14:textId="4F02D57E" w:rsidR="001D41C3" w:rsidRDefault="001D41C3" w:rsidP="009E780E">
            <w:pPr>
              <w:spacing w:after="0"/>
            </w:pPr>
            <w:r>
              <w:rPr>
                <w:rFonts w:ascii="Calibri" w:eastAsia="Calibri" w:hAnsi="Calibri" w:cs="Calibri"/>
                <w:b/>
                <w:bCs/>
                <w:color w:val="2E5B9C"/>
                <w:sz w:val="20"/>
                <w:szCs w:val="20"/>
              </w:rPr>
              <w:t>Tip — Label before you prove</w:t>
            </w:r>
          </w:p>
          <w:p w14:paraId="3EB2293B" w14:textId="1A16403A" w:rsidR="001D41C3" w:rsidRDefault="004701E1" w:rsidP="009E780E">
            <w:pPr>
              <w:spacing w:after="0"/>
            </w:pPr>
            <w:r>
              <w:rPr>
                <w:rFonts w:ascii="Calibri" w:eastAsia="Calibri" w:hAnsi="Calibri" w:cs="Calibri"/>
                <w:color w:val="1F2933"/>
                <w:sz w:val="20"/>
                <w:szCs w:val="20"/>
              </w:rPr>
              <w:t>The p</w:t>
            </w:r>
            <w:r w:rsidR="001D41C3">
              <w:rPr>
                <w:rFonts w:ascii="Calibri" w:eastAsia="Calibri" w:hAnsi="Calibri" w:cs="Calibri"/>
                <w:color w:val="1F2933"/>
                <w:sz w:val="20"/>
                <w:szCs w:val="20"/>
              </w:rPr>
              <w:t xml:space="preserve">roofreading </w:t>
            </w:r>
            <w:r>
              <w:rPr>
                <w:rFonts w:ascii="Calibri" w:eastAsia="Calibri" w:hAnsi="Calibri" w:cs="Calibri"/>
                <w:color w:val="1F2933"/>
                <w:sz w:val="20"/>
                <w:szCs w:val="20"/>
              </w:rPr>
              <w:t xml:space="preserve">tools in </w:t>
            </w:r>
            <w:r w:rsidR="00760047">
              <w:rPr>
                <w:rFonts w:ascii="Calibri" w:eastAsia="Calibri" w:hAnsi="Calibri" w:cs="Calibri"/>
                <w:color w:val="1F2933"/>
                <w:sz w:val="20"/>
                <w:szCs w:val="20"/>
              </w:rPr>
              <w:t xml:space="preserve">the </w:t>
            </w:r>
            <w:r>
              <w:rPr>
                <w:rFonts w:ascii="Calibri" w:eastAsia="Calibri" w:hAnsi="Calibri" w:cs="Calibri"/>
                <w:color w:val="1F2933"/>
                <w:sz w:val="20"/>
                <w:szCs w:val="20"/>
              </w:rPr>
              <w:t xml:space="preserve">Proof </w:t>
            </w:r>
            <w:r w:rsidR="001810E9">
              <w:rPr>
                <w:rFonts w:ascii="Calibri" w:eastAsia="Calibri" w:hAnsi="Calibri" w:cs="Calibri"/>
                <w:color w:val="1F2933"/>
                <w:sz w:val="20"/>
                <w:szCs w:val="20"/>
              </w:rPr>
              <w:t>M</w:t>
            </w:r>
            <w:r>
              <w:rPr>
                <w:rFonts w:ascii="Calibri" w:eastAsia="Calibri" w:hAnsi="Calibri" w:cs="Calibri"/>
                <w:color w:val="1F2933"/>
                <w:sz w:val="20"/>
                <w:szCs w:val="20"/>
              </w:rPr>
              <w:t xml:space="preserve">ode </w:t>
            </w:r>
            <w:r w:rsidR="001D41C3">
              <w:rPr>
                <w:rFonts w:ascii="Calibri" w:eastAsia="Calibri" w:hAnsi="Calibri" w:cs="Calibri"/>
                <w:color w:val="1F2933"/>
                <w:sz w:val="20"/>
                <w:szCs w:val="20"/>
              </w:rPr>
              <w:t xml:space="preserve">warn when a claim uses a </w:t>
            </w:r>
            <w:r>
              <w:rPr>
                <w:rFonts w:ascii="Calibri" w:eastAsia="Calibri" w:hAnsi="Calibri" w:cs="Calibri"/>
                <w:color w:val="1F2933"/>
                <w:sz w:val="20"/>
                <w:szCs w:val="20"/>
              </w:rPr>
              <w:t>label</w:t>
            </w:r>
            <w:r w:rsidR="001D41C3">
              <w:rPr>
                <w:rFonts w:ascii="Calibri" w:eastAsia="Calibri" w:hAnsi="Calibri" w:cs="Calibri"/>
                <w:color w:val="1F2933"/>
                <w:sz w:val="20"/>
                <w:szCs w:val="20"/>
              </w:rPr>
              <w:t xml:space="preserve"> that is not </w:t>
            </w:r>
            <w:r>
              <w:rPr>
                <w:rFonts w:ascii="Calibri" w:eastAsia="Calibri" w:hAnsi="Calibri" w:cs="Calibri"/>
                <w:color w:val="1F2933"/>
                <w:sz w:val="20"/>
                <w:szCs w:val="20"/>
              </w:rPr>
              <w:t>in</w:t>
            </w:r>
            <w:r w:rsidR="001D41C3">
              <w:rPr>
                <w:rFonts w:ascii="Calibri" w:eastAsia="Calibri" w:hAnsi="Calibri" w:cs="Calibri"/>
                <w:color w:val="1F2933"/>
                <w:sz w:val="20"/>
                <w:szCs w:val="20"/>
              </w:rPr>
              <w:t xml:space="preserve"> the </w:t>
            </w:r>
            <w:r>
              <w:rPr>
                <w:rFonts w:ascii="Calibri" w:eastAsia="Calibri" w:hAnsi="Calibri" w:cs="Calibri"/>
                <w:color w:val="1F2933"/>
                <w:sz w:val="20"/>
                <w:szCs w:val="20"/>
              </w:rPr>
              <w:t>diagram</w:t>
            </w:r>
            <w:r w:rsidR="001D41C3">
              <w:rPr>
                <w:rFonts w:ascii="Calibri" w:eastAsia="Calibri" w:hAnsi="Calibri" w:cs="Calibri"/>
                <w:color w:val="1F2933"/>
                <w:sz w:val="20"/>
                <w:szCs w:val="20"/>
              </w:rPr>
              <w:t>.</w:t>
            </w:r>
            <w:r>
              <w:rPr>
                <w:rFonts w:ascii="Calibri" w:eastAsia="Calibri" w:hAnsi="Calibri" w:cs="Calibri"/>
                <w:color w:val="1F2933"/>
                <w:sz w:val="20"/>
                <w:szCs w:val="20"/>
              </w:rPr>
              <w:t xml:space="preserve"> </w:t>
            </w:r>
            <w:r w:rsidR="00F122CC">
              <w:rPr>
                <w:rFonts w:ascii="Calibri" w:eastAsia="Calibri" w:hAnsi="Calibri" w:cs="Calibri"/>
                <w:color w:val="1F2933"/>
                <w:sz w:val="20"/>
                <w:szCs w:val="20"/>
              </w:rPr>
              <w:t>When you can, finish the diagram and set the labels before entering Givens, To Prove claims, or intermediate claims. You can also have some fun with labels: a main shape can spell a name or another word, as long as no letter repeats. I am partial to quadrilateral JOSH.</w:t>
            </w:r>
          </w:p>
        </w:tc>
      </w:tr>
    </w:tbl>
    <w:p w14:paraId="78461E8A" w14:textId="77777777" w:rsidR="001D41C3" w:rsidRDefault="001D41C3" w:rsidP="001D41C3">
      <w:pPr>
        <w:rPr>
          <w:rFonts w:ascii="Calibri" w:eastAsia="Calibri" w:hAnsi="Calibri" w:cs="Calibri"/>
          <w:b/>
          <w:bCs/>
          <w:color w:val="2E5B9C"/>
        </w:rPr>
      </w:pPr>
    </w:p>
    <w:p w14:paraId="6DC2CD5E" w14:textId="4BBEF83D" w:rsidR="00D562C9" w:rsidRPr="00561D64" w:rsidRDefault="00D562C9" w:rsidP="009E780E">
      <w:pPr>
        <w:rPr>
          <w:sz w:val="26"/>
          <w:szCs w:val="26"/>
        </w:rPr>
      </w:pPr>
      <w:r w:rsidRPr="00561D64">
        <w:rPr>
          <w:rFonts w:ascii="Calibri" w:eastAsia="Calibri" w:hAnsi="Calibri" w:cs="Calibri"/>
          <w:b/>
          <w:bCs/>
          <w:color w:val="2E5B9C"/>
          <w:sz w:val="26"/>
          <w:szCs w:val="26"/>
        </w:rPr>
        <w:t>Paint</w:t>
      </w:r>
    </w:p>
    <w:p w14:paraId="4699ABD9" w14:textId="5234C066" w:rsidR="00EF3B1E" w:rsidRDefault="001D41C3" w:rsidP="00EF3B1E">
      <w:pPr>
        <w:rPr>
          <w:rFonts w:ascii="Calibri" w:eastAsia="Calibri" w:hAnsi="Calibri" w:cs="Calibri"/>
          <w:color w:val="1F2933"/>
        </w:rPr>
      </w:pPr>
      <w:r>
        <w:rPr>
          <w:rFonts w:ascii="Calibri" w:eastAsia="Calibri" w:hAnsi="Calibri" w:cs="Calibri"/>
          <w:b/>
          <w:bCs/>
          <w:noProof/>
          <w:color w:val="2E5B9C"/>
        </w:rPr>
        <w:drawing>
          <wp:anchor distT="0" distB="0" distL="114300" distR="114300" simplePos="0" relativeHeight="251648000" behindDoc="0" locked="0" layoutInCell="1" allowOverlap="1" wp14:anchorId="348485FD" wp14:editId="61C0B71C">
            <wp:simplePos x="0" y="0"/>
            <wp:positionH relativeFrom="column">
              <wp:posOffset>5090160</wp:posOffset>
            </wp:positionH>
            <wp:positionV relativeFrom="paragraph">
              <wp:posOffset>872490</wp:posOffset>
            </wp:positionV>
            <wp:extent cx="1191895" cy="1613535"/>
            <wp:effectExtent l="0" t="0" r="1905" b="0"/>
            <wp:wrapTight wrapText="bothSides">
              <wp:wrapPolygon edited="0">
                <wp:start x="0" y="0"/>
                <wp:lineTo x="0" y="21421"/>
                <wp:lineTo x="21404" y="21421"/>
                <wp:lineTo x="21404" y="0"/>
                <wp:lineTo x="0" y="0"/>
              </wp:wrapPolygon>
            </wp:wrapTight>
            <wp:docPr id="21219968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1996852" name="Picture 1"/>
                    <pic:cNvPicPr>
                      <a:picLocks noChangeAspect="1"/>
                    </pic:cNvPicPr>
                  </pic:nvPicPr>
                  <pic:blipFill>
                    <a:blip r:embed="rId35"/>
                    <a:stretch>
                      <a:fillRect/>
                    </a:stretch>
                  </pic:blipFill>
                  <pic:spPr>
                    <a:xfrm>
                      <a:off x="0" y="0"/>
                      <a:ext cx="1191895" cy="1613535"/>
                    </a:xfrm>
                    <a:prstGeom prst="rect">
                      <a:avLst/>
                    </a:prstGeom>
                  </pic:spPr>
                </pic:pic>
              </a:graphicData>
            </a:graphic>
            <wp14:sizeRelH relativeFrom="margin">
              <wp14:pctWidth>0</wp14:pctWidth>
            </wp14:sizeRelH>
            <wp14:sizeRelV relativeFrom="margin">
              <wp14:pctHeight>0</wp14:pctHeight>
            </wp14:sizeRelV>
          </wp:anchor>
        </w:drawing>
      </w:r>
      <w:r w:rsidR="00EF3B1E">
        <w:rPr>
          <w:rFonts w:ascii="Calibri" w:eastAsia="Calibri" w:hAnsi="Calibri" w:cs="Calibri"/>
          <w:color w:val="1F2933"/>
        </w:rPr>
        <w:t xml:space="preserve">Before using the </w:t>
      </w:r>
      <w:r>
        <w:rPr>
          <w:rFonts w:ascii="Calibri" w:eastAsia="Calibri" w:hAnsi="Calibri" w:cs="Calibri"/>
          <w:color w:val="1F2933"/>
        </w:rPr>
        <w:t>Paint tool, make sure the color swatch (the rounded rectangle to the right of the Paint tool) is set to the color you want. Once the swatch is as you wish</w:t>
      </w:r>
      <w:r w:rsidR="00EF3B1E" w:rsidRPr="00EF3B1E">
        <w:rPr>
          <w:rFonts w:ascii="Calibri" w:eastAsia="Calibri" w:hAnsi="Calibri" w:cs="Calibri"/>
          <w:color w:val="1F2933"/>
        </w:rPr>
        <w:t xml:space="preserve">, </w:t>
      </w:r>
      <w:r>
        <w:rPr>
          <w:rFonts w:ascii="Calibri" w:eastAsia="Calibri" w:hAnsi="Calibri" w:cs="Calibri"/>
          <w:color w:val="1F2933"/>
        </w:rPr>
        <w:t>choose the Paint tool and</w:t>
      </w:r>
      <w:r w:rsidR="00EF3B1E" w:rsidRPr="00EF3B1E">
        <w:rPr>
          <w:rFonts w:ascii="Calibri" w:eastAsia="Calibri" w:hAnsi="Calibri" w:cs="Calibri"/>
          <w:color w:val="1F2933"/>
        </w:rPr>
        <w:t xml:space="preserve"> click an object to </w:t>
      </w:r>
      <w:r>
        <w:rPr>
          <w:rFonts w:ascii="Calibri" w:eastAsia="Calibri" w:hAnsi="Calibri" w:cs="Calibri"/>
          <w:color w:val="1F2933"/>
        </w:rPr>
        <w:t>change its color</w:t>
      </w:r>
      <w:r w:rsidR="00EF3B1E" w:rsidRPr="00EF3B1E">
        <w:rPr>
          <w:rFonts w:ascii="Calibri" w:eastAsia="Calibri" w:hAnsi="Calibri" w:cs="Calibri"/>
          <w:color w:val="1F2933"/>
        </w:rPr>
        <w:t xml:space="preserve">. </w:t>
      </w:r>
      <w:r>
        <w:rPr>
          <w:rFonts w:ascii="Calibri" w:eastAsia="Calibri" w:hAnsi="Calibri" w:cs="Calibri"/>
          <w:color w:val="1F2933"/>
        </w:rPr>
        <w:t>You can use color to highlight corresponding parts, constructions, starting shapes, stages of a proof, etc</w:t>
      </w:r>
      <w:r w:rsidR="00EF3B1E" w:rsidRPr="00EF3B1E">
        <w:rPr>
          <w:rFonts w:ascii="Calibri" w:eastAsia="Calibri" w:hAnsi="Calibri" w:cs="Calibri"/>
          <w:color w:val="1F2933"/>
        </w:rPr>
        <w:t>.</w:t>
      </w:r>
    </w:p>
    <w:p w14:paraId="49F013EA" w14:textId="481B1656" w:rsidR="001D41C3" w:rsidRPr="00561D64" w:rsidRDefault="001D41C3" w:rsidP="001D41C3">
      <w:pPr>
        <w:spacing w:before="80"/>
        <w:rPr>
          <w:rFonts w:ascii="Calibri" w:eastAsia="Calibri" w:hAnsi="Calibri" w:cs="Calibri"/>
          <w:b/>
          <w:bCs/>
          <w:color w:val="2E5B9C"/>
          <w:sz w:val="24"/>
          <w:szCs w:val="24"/>
        </w:rPr>
      </w:pPr>
      <w:r w:rsidRPr="00561D64">
        <w:rPr>
          <w:rFonts w:ascii="Calibri" w:eastAsia="Calibri" w:hAnsi="Calibri" w:cs="Calibri"/>
          <w:b/>
          <w:bCs/>
          <w:color w:val="2E5B9C"/>
          <w:sz w:val="24"/>
          <w:szCs w:val="24"/>
        </w:rPr>
        <w:t>Setting the Swatch Color</w:t>
      </w:r>
    </w:p>
    <w:p w14:paraId="1A38DFA3" w14:textId="724AF6BC" w:rsidR="001D41C3" w:rsidRDefault="001D41C3" w:rsidP="001D41C3">
      <w:pPr>
        <w:pStyle w:val="ListParagraph"/>
        <w:numPr>
          <w:ilvl w:val="0"/>
          <w:numId w:val="22"/>
        </w:numPr>
        <w:spacing w:after="140"/>
        <w:rPr>
          <w:rFonts w:ascii="Calibri" w:eastAsia="Calibri" w:hAnsi="Calibri" w:cs="Calibri"/>
          <w:color w:val="1F2933"/>
        </w:rPr>
      </w:pPr>
      <w:r w:rsidRPr="001D41C3">
        <w:rPr>
          <w:rFonts w:ascii="Calibri" w:eastAsia="Calibri" w:hAnsi="Calibri" w:cs="Calibri"/>
          <w:color w:val="1F2933"/>
        </w:rPr>
        <w:t xml:space="preserve">Click on the rounded swatch rectangle at the end of the Edit tools. </w:t>
      </w:r>
    </w:p>
    <w:p w14:paraId="6472AB56" w14:textId="0A87DE70" w:rsidR="001D41C3" w:rsidRDefault="001D41C3" w:rsidP="001D41C3">
      <w:pPr>
        <w:pStyle w:val="ListParagraph"/>
        <w:numPr>
          <w:ilvl w:val="0"/>
          <w:numId w:val="22"/>
        </w:numPr>
        <w:spacing w:after="140"/>
        <w:rPr>
          <w:rFonts w:ascii="Calibri" w:eastAsia="Calibri" w:hAnsi="Calibri" w:cs="Calibri"/>
          <w:color w:val="1F2933"/>
        </w:rPr>
      </w:pPr>
      <w:r>
        <w:rPr>
          <w:rFonts w:ascii="Calibri" w:eastAsia="Calibri" w:hAnsi="Calibri" w:cs="Calibri"/>
          <w:color w:val="1F2933"/>
        </w:rPr>
        <w:t>Click on the rainbow bar to get to the approximate color you want.</w:t>
      </w:r>
    </w:p>
    <w:p w14:paraId="096E6653" w14:textId="3BA72B06" w:rsidR="001D41C3" w:rsidRDefault="001D41C3" w:rsidP="001D41C3">
      <w:pPr>
        <w:pStyle w:val="ListParagraph"/>
        <w:numPr>
          <w:ilvl w:val="0"/>
          <w:numId w:val="22"/>
        </w:numPr>
        <w:spacing w:after="140"/>
        <w:rPr>
          <w:rFonts w:ascii="Calibri" w:eastAsia="Calibri" w:hAnsi="Calibri" w:cs="Calibri"/>
          <w:color w:val="1F2933"/>
        </w:rPr>
      </w:pPr>
      <w:r w:rsidRPr="009F3F3F">
        <w:rPr>
          <w:rFonts w:ascii="Calibri" w:eastAsia="Calibri" w:hAnsi="Calibri" w:cs="Calibri"/>
          <w:b/>
          <w:bCs/>
          <w:noProof/>
          <w:color w:val="1F2933"/>
        </w:rPr>
        <mc:AlternateContent>
          <mc:Choice Requires="wps">
            <w:drawing>
              <wp:anchor distT="0" distB="0" distL="114300" distR="114300" simplePos="0" relativeHeight="251649024" behindDoc="0" locked="0" layoutInCell="1" allowOverlap="1" wp14:anchorId="618F09C1" wp14:editId="393DA043">
                <wp:simplePos x="0" y="0"/>
                <wp:positionH relativeFrom="column">
                  <wp:posOffset>4945704</wp:posOffset>
                </wp:positionH>
                <wp:positionV relativeFrom="paragraph">
                  <wp:posOffset>255905</wp:posOffset>
                </wp:positionV>
                <wp:extent cx="182880" cy="0"/>
                <wp:effectExtent l="88900" t="63500" r="0" b="114300"/>
                <wp:wrapNone/>
                <wp:docPr id="1722931959" name="Straight Arrow Connector 11"/>
                <wp:cNvGraphicFramePr/>
                <a:graphic xmlns:a="http://schemas.openxmlformats.org/drawingml/2006/main">
                  <a:graphicData uri="http://schemas.microsoft.com/office/word/2010/wordprocessingShape">
                    <wps:wsp>
                      <wps:cNvCnPr/>
                      <wps:spPr>
                        <a:xfrm>
                          <a:off x="0" y="0"/>
                          <a:ext cx="182880" cy="0"/>
                        </a:xfrm>
                        <a:prstGeom prst="straightConnector1">
                          <a:avLst/>
                        </a:prstGeom>
                        <a:ln w="19050">
                          <a:tailEnd type="stealth"/>
                        </a:ln>
                        <a:effectLst>
                          <a:outerShdw blurRad="50800" dist="38100" dir="8100000" algn="tr" rotWithShape="0">
                            <a:prstClr val="black">
                              <a:alpha val="40000"/>
                            </a:prstClr>
                          </a:outerShdw>
                        </a:effectLst>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anchor>
            </w:drawing>
          </mc:Choice>
          <mc:Fallback>
            <w:pict>
              <v:shape w14:anchorId="0515975C" id="Straight Arrow Connector 11" o:spid="_x0000_s1026" type="#_x0000_t32" style="position:absolute;margin-left:389.45pt;margin-top:20.15pt;width:14.4pt;height:0;z-index:2516490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" strokecolor="#f68c36 [3049]" strokeweight="1.5pt">
                <v:stroke endarrow="classic"/>
                <v:shadow on="t" color="black" opacity="26214f" origin=".5,-.5" offset="-.74836mm,.74836mm"/>
              </v:shape>
            </w:pict>
          </mc:Fallback>
        </mc:AlternateContent>
      </w:r>
      <w:r w:rsidRPr="009F3F3F">
        <w:rPr>
          <w:rFonts w:ascii="Calibri" w:eastAsia="Calibri" w:hAnsi="Calibri" w:cs="Calibri"/>
          <w:b/>
          <w:bCs/>
          <w:color w:val="1F2933"/>
        </w:rPr>
        <w:t>Click on the large gradient rectangle</w:t>
      </w:r>
      <w:r>
        <w:rPr>
          <w:rFonts w:ascii="Calibri" w:eastAsia="Calibri" w:hAnsi="Calibri" w:cs="Calibri"/>
          <w:color w:val="1F2933"/>
        </w:rPr>
        <w:t xml:space="preserve"> above the rainbow to choose the precise shade and brightness that you want.</w:t>
      </w:r>
    </w:p>
    <w:p w14:paraId="122C741B" w14:textId="172A526F" w:rsidR="001D41C3" w:rsidRDefault="001D41C3" w:rsidP="001D41C3">
      <w:pPr>
        <w:pStyle w:val="ListParagraph"/>
        <w:numPr>
          <w:ilvl w:val="0"/>
          <w:numId w:val="22"/>
        </w:numPr>
        <w:spacing w:after="140"/>
        <w:rPr>
          <w:rFonts w:ascii="Calibri" w:eastAsia="Calibri" w:hAnsi="Calibri" w:cs="Calibri"/>
          <w:color w:val="1F2933"/>
        </w:rPr>
      </w:pPr>
      <w:r>
        <w:rPr>
          <w:rFonts w:ascii="Calibri" w:eastAsia="Calibri" w:hAnsi="Calibri" w:cs="Calibri"/>
          <w:noProof/>
          <w:color w:val="1F2933"/>
        </w:rPr>
        <mc:AlternateContent>
          <mc:Choice Requires="wps">
            <w:drawing>
              <wp:anchor distT="0" distB="0" distL="114300" distR="114300" simplePos="0" relativeHeight="251651072" behindDoc="0" locked="0" layoutInCell="1" allowOverlap="1" wp14:anchorId="1CC5B3A8" wp14:editId="0C3A042F">
                <wp:simplePos x="0" y="0"/>
                <wp:positionH relativeFrom="column">
                  <wp:posOffset>6266815</wp:posOffset>
                </wp:positionH>
                <wp:positionV relativeFrom="paragraph">
                  <wp:posOffset>75565</wp:posOffset>
                </wp:positionV>
                <wp:extent cx="152400" cy="0"/>
                <wp:effectExtent l="25400" t="63500" r="0" b="114300"/>
                <wp:wrapNone/>
                <wp:docPr id="343371142" name="Straight Arrow Connector 11"/>
                <wp:cNvGraphicFramePr/>
                <a:graphic xmlns:a="http://schemas.openxmlformats.org/drawingml/2006/main">
                  <a:graphicData uri="http://schemas.microsoft.com/office/word/2010/wordprocessingShape">
                    <wps:wsp>
                      <wps:cNvCnPr/>
                      <wps:spPr>
                        <a:xfrm flipH="1">
                          <a:off x="0" y="0"/>
                          <a:ext cx="152400" cy="0"/>
                        </a:xfrm>
                        <a:prstGeom prst="straightConnector1">
                          <a:avLst/>
                        </a:prstGeom>
                        <a:ln w="19050">
                          <a:solidFill>
                            <a:schemeClr val="accent3">
                              <a:lumMod val="75000"/>
                            </a:schemeClr>
                          </a:solidFill>
                          <a:tailEnd type="stealth"/>
                        </a:ln>
                        <a:effectLst>
                          <a:outerShdw blurRad="50800" dist="38100" dir="2700000" algn="tl" rotWithShape="0">
                            <a:prstClr val="black">
                              <a:alpha val="40000"/>
                            </a:prstClr>
                          </a:outerShdw>
                        </a:effectLst>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shape w14:anchorId="7A1B0743" id="Straight Arrow Connector 11" o:spid="_x0000_s1026" type="#_x0000_t32" style="position:absolute;margin-left:493.45pt;margin-top:5.95pt;width:12pt;height:0;flip:x;z-index:2516510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" strokecolor="#76923c [2406]" strokeweight="1.5pt">
                <v:stroke endarrow="classic"/>
                <v:shadow on="t" color="black" opacity="26214f" origin="-.5,-.5" offset=".74836mm,.74836mm"/>
              </v:shape>
            </w:pict>
          </mc:Fallback>
        </mc:AlternateContent>
      </w:r>
      <w:r>
        <w:rPr>
          <w:rFonts w:ascii="Calibri" w:eastAsia="Calibri" w:hAnsi="Calibri" w:cs="Calibri"/>
          <w:color w:val="1F2933"/>
        </w:rPr>
        <w:t>There are four other ways you can pick your color:</w:t>
      </w:r>
    </w:p>
    <w:p w14:paraId="1E7A5B04" w14:textId="1AA9F497" w:rsidR="001D41C3" w:rsidRDefault="001D41C3" w:rsidP="001D41C3">
      <w:pPr>
        <w:pStyle w:val="ListParagraph"/>
        <w:numPr>
          <w:ilvl w:val="1"/>
          <w:numId w:val="22"/>
        </w:numPr>
        <w:spacing w:after="140"/>
        <w:rPr>
          <w:rFonts w:ascii="Calibri" w:eastAsia="Calibri" w:hAnsi="Calibri" w:cs="Calibri"/>
          <w:color w:val="1F2933"/>
        </w:rPr>
      </w:pPr>
      <w:r>
        <w:rPr>
          <w:rFonts w:ascii="Calibri" w:eastAsia="Calibri" w:hAnsi="Calibri" w:cs="Calibri"/>
          <w:color w:val="1F2933"/>
        </w:rPr>
        <w:t>Use the color dropper tool (see the orange arrow) and click on any portion of your screen (even outside of the GPS window) and the color of the pixel on which you click will be your new color.</w:t>
      </w:r>
    </w:p>
    <w:p w14:paraId="5398579D" w14:textId="77777777" w:rsidR="001D41C3" w:rsidRDefault="001D41C3" w:rsidP="001D41C3">
      <w:pPr>
        <w:pStyle w:val="ListParagraph"/>
        <w:numPr>
          <w:ilvl w:val="1"/>
          <w:numId w:val="22"/>
        </w:numPr>
        <w:spacing w:after="140"/>
        <w:rPr>
          <w:rFonts w:ascii="Calibri" w:eastAsia="Calibri" w:hAnsi="Calibri" w:cs="Calibri"/>
          <w:color w:val="1F2933"/>
        </w:rPr>
      </w:pPr>
      <w:r>
        <w:rPr>
          <w:rFonts w:ascii="Calibri" w:eastAsia="Calibri" w:hAnsi="Calibri" w:cs="Calibri"/>
          <w:color w:val="1F2933"/>
        </w:rPr>
        <w:t xml:space="preserve">Use the down triangle (see the green arrow) to choose RGB, HSL, or Hex mode. </w:t>
      </w:r>
    </w:p>
    <w:p w14:paraId="15FAEF8D" w14:textId="252E750A" w:rsidR="001D41C3" w:rsidRDefault="001D41C3" w:rsidP="001D41C3">
      <w:pPr>
        <w:pStyle w:val="ListParagraph"/>
        <w:numPr>
          <w:ilvl w:val="2"/>
          <w:numId w:val="22"/>
        </w:numPr>
        <w:spacing w:after="140"/>
        <w:rPr>
          <w:rFonts w:ascii="Calibri" w:eastAsia="Calibri" w:hAnsi="Calibri" w:cs="Calibri"/>
          <w:color w:val="1F2933"/>
        </w:rPr>
      </w:pPr>
      <w:r>
        <w:rPr>
          <w:rFonts w:ascii="Calibri" w:eastAsia="Calibri" w:hAnsi="Calibri" w:cs="Calibri"/>
          <w:color w:val="1F2933"/>
        </w:rPr>
        <w:t xml:space="preserve">For RGB, enter the values (0-255) for the intensity that you want for the red, green, and blue (RGB) components for your color choice. This gives you </w:t>
      </w:r>
      <w:r w:rsidRPr="004F50B3">
        <w:rPr>
          <w:rFonts w:ascii="Calibri" w:eastAsia="Calibri" w:hAnsi="Calibri" w:cs="Calibri"/>
          <w:color w:val="1F2933"/>
        </w:rPr>
        <w:t>16,777,216</w:t>
      </w:r>
      <w:r>
        <w:rPr>
          <w:rFonts w:ascii="Calibri" w:eastAsia="Calibri" w:hAnsi="Calibri" w:cs="Calibri"/>
          <w:color w:val="1F2933"/>
        </w:rPr>
        <w:t xml:space="preserve"> colors to choose from!</w:t>
      </w:r>
    </w:p>
    <w:p w14:paraId="75D680A8" w14:textId="43F5EBC0" w:rsidR="001D41C3" w:rsidRDefault="001D41C3" w:rsidP="001D41C3">
      <w:pPr>
        <w:pStyle w:val="ListParagraph"/>
        <w:numPr>
          <w:ilvl w:val="2"/>
          <w:numId w:val="22"/>
        </w:numPr>
        <w:spacing w:after="140"/>
        <w:rPr>
          <w:rFonts w:ascii="Calibri" w:eastAsia="Calibri" w:hAnsi="Calibri" w:cs="Calibri"/>
          <w:color w:val="1F2933"/>
        </w:rPr>
      </w:pPr>
      <w:r>
        <w:rPr>
          <w:rFonts w:ascii="Calibri" w:eastAsia="Calibri" w:hAnsi="Calibri" w:cs="Calibri"/>
          <w:color w:val="1F2933"/>
        </w:rPr>
        <w:t>For HSL, enter h</w:t>
      </w:r>
      <w:r w:rsidRPr="004F50B3">
        <w:rPr>
          <w:rFonts w:ascii="Calibri" w:eastAsia="Calibri" w:hAnsi="Calibri" w:cs="Calibri"/>
          <w:color w:val="1F2933"/>
        </w:rPr>
        <w:t>ue</w:t>
      </w:r>
      <w:r>
        <w:rPr>
          <w:rFonts w:ascii="Calibri" w:eastAsia="Calibri" w:hAnsi="Calibri" w:cs="Calibri"/>
          <w:color w:val="1F2933"/>
        </w:rPr>
        <w:t xml:space="preserve"> (0-360)</w:t>
      </w:r>
      <w:r w:rsidRPr="004F50B3">
        <w:rPr>
          <w:rFonts w:ascii="Calibri" w:eastAsia="Calibri" w:hAnsi="Calibri" w:cs="Calibri"/>
          <w:color w:val="1F2933"/>
        </w:rPr>
        <w:t xml:space="preserve">, </w:t>
      </w:r>
      <w:r>
        <w:rPr>
          <w:rFonts w:ascii="Calibri" w:eastAsia="Calibri" w:hAnsi="Calibri" w:cs="Calibri"/>
          <w:color w:val="1F2933"/>
        </w:rPr>
        <w:t>s</w:t>
      </w:r>
      <w:r w:rsidRPr="004F50B3">
        <w:rPr>
          <w:rFonts w:ascii="Calibri" w:eastAsia="Calibri" w:hAnsi="Calibri" w:cs="Calibri"/>
          <w:color w:val="1F2933"/>
        </w:rPr>
        <w:t>aturation</w:t>
      </w:r>
      <w:r>
        <w:rPr>
          <w:rFonts w:ascii="Calibri" w:eastAsia="Calibri" w:hAnsi="Calibri" w:cs="Calibri"/>
          <w:color w:val="1F2933"/>
        </w:rPr>
        <w:t xml:space="preserve"> (0-100)</w:t>
      </w:r>
      <w:r w:rsidRPr="004F50B3">
        <w:rPr>
          <w:rFonts w:ascii="Calibri" w:eastAsia="Calibri" w:hAnsi="Calibri" w:cs="Calibri"/>
          <w:color w:val="1F2933"/>
        </w:rPr>
        <w:t xml:space="preserve">, and </w:t>
      </w:r>
      <w:r>
        <w:rPr>
          <w:rFonts w:ascii="Calibri" w:eastAsia="Calibri" w:hAnsi="Calibri" w:cs="Calibri"/>
          <w:color w:val="1F2933"/>
        </w:rPr>
        <w:t>l</w:t>
      </w:r>
      <w:r w:rsidRPr="004F50B3">
        <w:rPr>
          <w:rFonts w:ascii="Calibri" w:eastAsia="Calibri" w:hAnsi="Calibri" w:cs="Calibri"/>
          <w:color w:val="1F2933"/>
        </w:rPr>
        <w:t>ightness</w:t>
      </w:r>
      <w:r>
        <w:rPr>
          <w:rFonts w:ascii="Calibri" w:eastAsia="Calibri" w:hAnsi="Calibri" w:cs="Calibri"/>
          <w:color w:val="1F2933"/>
        </w:rPr>
        <w:t xml:space="preserve"> (0-100).</w:t>
      </w:r>
    </w:p>
    <w:p w14:paraId="617BD106" w14:textId="6CD6ABFF" w:rsidR="001D41C3" w:rsidRDefault="001D41C3" w:rsidP="001D41C3">
      <w:pPr>
        <w:pStyle w:val="ListParagraph"/>
        <w:numPr>
          <w:ilvl w:val="2"/>
          <w:numId w:val="22"/>
        </w:numPr>
        <w:spacing w:after="140"/>
        <w:rPr>
          <w:rFonts w:ascii="Calibri" w:eastAsia="Calibri" w:hAnsi="Calibri" w:cs="Calibri"/>
          <w:color w:val="1F2933"/>
        </w:rPr>
      </w:pPr>
      <w:r>
        <w:rPr>
          <w:rFonts w:ascii="Calibri" w:eastAsia="Calibri" w:hAnsi="Calibri" w:cs="Calibri"/>
          <w:color w:val="1F2933"/>
        </w:rPr>
        <w:t>For Hex, enter the hex code for the color. Hex codes involve three pairs of base</w:t>
      </w:r>
      <w:r w:rsidR="00DC7C4B">
        <w:rPr>
          <w:rFonts w:ascii="Calibri" w:eastAsia="Calibri" w:hAnsi="Calibri" w:cs="Calibri"/>
          <w:color w:val="1F2933"/>
        </w:rPr>
        <w:t>-</w:t>
      </w:r>
      <w:r>
        <w:rPr>
          <w:rFonts w:ascii="Calibri" w:eastAsia="Calibri" w:hAnsi="Calibri" w:cs="Calibri"/>
          <w:color w:val="1F2933"/>
        </w:rPr>
        <w:t xml:space="preserve">16 values that correspond to the RGB intensities. A two-digit base 16 number is equivalent to the base 10 range 0-255. </w:t>
      </w:r>
    </w:p>
    <w:p w14:paraId="79CEBC03" w14:textId="3B6F962D" w:rsidR="001D41C3" w:rsidRPr="001D41C3" w:rsidRDefault="001D41C3" w:rsidP="001D41C3">
      <w:pPr>
        <w:pStyle w:val="ListParagraph"/>
        <w:numPr>
          <w:ilvl w:val="2"/>
          <w:numId w:val="22"/>
        </w:numPr>
        <w:spacing w:after="140"/>
        <w:rPr>
          <w:rFonts w:ascii="Calibri" w:eastAsia="Calibri" w:hAnsi="Calibri" w:cs="Calibri"/>
          <w:color w:val="1F2933"/>
        </w:rPr>
      </w:pPr>
      <w:r>
        <w:rPr>
          <w:rFonts w:ascii="Calibri" w:eastAsia="Calibri" w:hAnsi="Calibri" w:cs="Calibri"/>
          <w:color w:val="1F2933"/>
        </w:rPr>
        <w:t>For all three</w:t>
      </w:r>
      <w:r w:rsidR="00F122CC">
        <w:rPr>
          <w:rFonts w:ascii="Calibri" w:eastAsia="Calibri" w:hAnsi="Calibri" w:cs="Calibri"/>
          <w:color w:val="1F2933"/>
        </w:rPr>
        <w:t>-</w:t>
      </w:r>
      <w:r>
        <w:rPr>
          <w:rFonts w:ascii="Calibri" w:eastAsia="Calibri" w:hAnsi="Calibri" w:cs="Calibri"/>
          <w:color w:val="1F2933"/>
        </w:rPr>
        <w:t xml:space="preserve">color formats, each time you enter a choice, the other two will adjust to make the same color (so you can compare how their representations work). </w:t>
      </w:r>
    </w:p>
    <w:p w14:paraId="59119C1A" w14:textId="449D0659" w:rsidR="00E52B2E" w:rsidRDefault="00FD44A3" w:rsidP="00F122CC">
      <w:pPr>
        <w:keepNext/>
        <w:spacing w:before="80"/>
        <w:rPr>
          <w:rFonts w:ascii="Calibri" w:eastAsia="Calibri" w:hAnsi="Calibri" w:cs="Calibri"/>
          <w:b/>
          <w:bCs/>
          <w:color w:val="2E5B9C"/>
          <w:sz w:val="28"/>
          <w:szCs w:val="28"/>
        </w:rPr>
      </w:pPr>
      <w:r w:rsidRPr="00760047">
        <w:rPr>
          <w:rFonts w:ascii="Calibri" w:eastAsia="Calibri" w:hAnsi="Calibri" w:cs="Calibri"/>
          <w:b/>
          <w:bCs/>
          <w:color w:val="2E5B9C"/>
          <w:sz w:val="28"/>
          <w:szCs w:val="28"/>
        </w:rPr>
        <w:lastRenderedPageBreak/>
        <w:t>Basic Drawing Tools</w:t>
      </w:r>
    </w:p>
    <w:p w14:paraId="7F6C19B6" w14:textId="06F1F761" w:rsidR="009D4468" w:rsidRPr="00760047" w:rsidRDefault="009D4468" w:rsidP="00760047">
      <w:pPr>
        <w:spacing w:before="80"/>
        <w:rPr>
          <w:rFonts w:ascii="Calibri" w:eastAsia="Calibri" w:hAnsi="Calibri" w:cs="Calibri"/>
          <w:b/>
          <w:bCs/>
          <w:color w:val="2E5B9C"/>
          <w:sz w:val="28"/>
          <w:szCs w:val="28"/>
        </w:rPr>
      </w:pPr>
      <w:r w:rsidRPr="009D4468">
        <w:rPr>
          <w:rFonts w:ascii="Calibri" w:eastAsia="Calibri" w:hAnsi="Calibri" w:cs="Calibri"/>
          <w:b/>
          <w:bCs/>
          <w:noProof/>
          <w:color w:val="2E5B9C"/>
          <w:sz w:val="28"/>
          <w:szCs w:val="28"/>
        </w:rPr>
        <w:drawing>
          <wp:inline distT="0" distB="0" distL="0" distR="0" wp14:anchorId="0BAC09ED" wp14:editId="63A84EA6">
            <wp:extent cx="2455117" cy="621792"/>
            <wp:effectExtent l="0" t="0" r="0" b="635"/>
            <wp:docPr id="2697901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790107" name=""/>
                    <pic:cNvPicPr/>
                  </pic:nvPicPr>
                  <pic:blipFill>
                    <a:blip r:embed="rId36"/>
                    <a:stretch>
                      <a:fillRect/>
                    </a:stretch>
                  </pic:blipFill>
                  <pic:spPr>
                    <a:xfrm>
                      <a:off x="0" y="0"/>
                      <a:ext cx="2455117" cy="621792"/>
                    </a:xfrm>
                    <a:prstGeom prst="rect">
                      <a:avLst/>
                    </a:prstGeom>
                  </pic:spPr>
                </pic:pic>
              </a:graphicData>
            </a:graphic>
          </wp:inline>
        </w:drawing>
      </w:r>
    </w:p>
    <w:p w14:paraId="321E16AF" w14:textId="3A7891DE" w:rsidR="00760047" w:rsidRDefault="00760047" w:rsidP="00760047">
      <w:pPr>
        <w:rPr>
          <w:rFonts w:ascii="Calibri" w:eastAsia="Calibri" w:hAnsi="Calibri" w:cs="Calibri"/>
          <w:b/>
          <w:bCs/>
          <w:color w:val="2E5B9C"/>
          <w:sz w:val="26"/>
          <w:szCs w:val="26"/>
        </w:rPr>
      </w:pPr>
      <w:r w:rsidRPr="00561D64">
        <w:rPr>
          <w:rFonts w:ascii="Calibri" w:eastAsia="Calibri" w:hAnsi="Calibri" w:cs="Calibri"/>
          <w:b/>
          <w:bCs/>
          <w:color w:val="2E5B9C"/>
          <w:sz w:val="26"/>
          <w:szCs w:val="26"/>
        </w:rPr>
        <w:t>P</w:t>
      </w:r>
      <w:r>
        <w:rPr>
          <w:rFonts w:ascii="Calibri" w:eastAsia="Calibri" w:hAnsi="Calibri" w:cs="Calibri"/>
          <w:b/>
          <w:bCs/>
          <w:color w:val="2E5B9C"/>
          <w:sz w:val="26"/>
          <w:szCs w:val="26"/>
        </w:rPr>
        <w:t>o</w:t>
      </w:r>
      <w:r w:rsidRPr="00561D64">
        <w:rPr>
          <w:rFonts w:ascii="Calibri" w:eastAsia="Calibri" w:hAnsi="Calibri" w:cs="Calibri"/>
          <w:b/>
          <w:bCs/>
          <w:color w:val="2E5B9C"/>
          <w:sz w:val="26"/>
          <w:szCs w:val="26"/>
        </w:rPr>
        <w:t>int</w:t>
      </w:r>
    </w:p>
    <w:p w14:paraId="6C3F60C6" w14:textId="5C8AC023" w:rsidR="00760047" w:rsidRDefault="00760047" w:rsidP="00760047">
      <w:r w:rsidRPr="009D4468">
        <w:t xml:space="preserve">To add a </w:t>
      </w:r>
      <w:r w:rsidRPr="009D4468">
        <w:rPr>
          <w:i/>
          <w:iCs/>
        </w:rPr>
        <w:t>free</w:t>
      </w:r>
      <w:r w:rsidRPr="009D4468">
        <w:t xml:space="preserve"> point that you can move anywhere on the canvas, click on an empty location in the canvas. To add a </w:t>
      </w:r>
      <w:r w:rsidRPr="009D4468">
        <w:rPr>
          <w:i/>
          <w:iCs/>
        </w:rPr>
        <w:t>constrained</w:t>
      </w:r>
      <w:r w:rsidRPr="009D4468">
        <w:t xml:space="preserve"> point, which will only be able to move on a pre-existing segment or circle, click on that object. </w:t>
      </w:r>
      <w:r w:rsidR="003E3D25">
        <w:t>For a constrained point,</w:t>
      </w:r>
      <w:r w:rsidRPr="009D4468">
        <w:t xml:space="preserve"> the select tool will be able to slide the point on that object, but not off it. To add a </w:t>
      </w:r>
      <w:r w:rsidRPr="009D4468">
        <w:rPr>
          <w:i/>
          <w:iCs/>
        </w:rPr>
        <w:t xml:space="preserve">fixed </w:t>
      </w:r>
      <w:r w:rsidRPr="009D4468">
        <w:t>point to a segment, click on the midpoint (you will see a “1/2” label as the mouse passes nearby the midpoint) or either of the trisection points (you will see a “1/3” label). The selection tool will not be able to move these points directly. Changes to the segment will adjust their position so as to retain their status as a midpoint or third-of-the-way point.</w:t>
      </w:r>
      <w:r w:rsidR="003E3D25">
        <w:t xml:space="preserve"> Lastly, you can add a point at the intersection of two segments and it will remain constrained to their intersection (or the intersection they would have were they lines). </w:t>
      </w:r>
    </w:p>
    <w:p w14:paraId="3BC1CB55" w14:textId="439DD9B0" w:rsidR="00760047" w:rsidRDefault="00760047" w:rsidP="00760047">
      <w:pPr>
        <w:rPr>
          <w:rFonts w:ascii="Calibri" w:eastAsia="Calibri" w:hAnsi="Calibri" w:cs="Calibri"/>
          <w:b/>
          <w:bCs/>
          <w:color w:val="2E5B9C"/>
          <w:sz w:val="26"/>
          <w:szCs w:val="26"/>
        </w:rPr>
      </w:pPr>
      <w:r>
        <w:rPr>
          <w:rFonts w:ascii="Calibri" w:eastAsia="Calibri" w:hAnsi="Calibri" w:cs="Calibri"/>
          <w:b/>
          <w:bCs/>
          <w:color w:val="2E5B9C"/>
          <w:sz w:val="26"/>
          <w:szCs w:val="26"/>
        </w:rPr>
        <w:t>Segment</w:t>
      </w:r>
    </w:p>
    <w:p w14:paraId="7681772B" w14:textId="24D8DA1E" w:rsidR="00760047" w:rsidRPr="009D4468" w:rsidRDefault="00760047" w:rsidP="00760047">
      <w:pPr>
        <w:pStyle w:val="Heading2"/>
        <w:spacing w:before="240" w:after="160"/>
        <w:rPr>
          <w:rFonts w:ascii="Helvetica Neue" w:eastAsiaTheme="minorEastAsia" w:hAnsi="Helvetica Neue" w:cstheme="minorBidi"/>
          <w:b w:val="0"/>
          <w:bCs w:val="0"/>
          <w:color w:val="auto"/>
          <w:sz w:val="22"/>
          <w:szCs w:val="22"/>
        </w:rPr>
      </w:pPr>
      <w:r w:rsidRPr="009D4468">
        <w:rPr>
          <w:rFonts w:ascii="Helvetica Neue" w:eastAsiaTheme="minorEastAsia" w:hAnsi="Helvetica Neue" w:cstheme="minorBidi"/>
          <w:b w:val="0"/>
          <w:bCs w:val="0"/>
          <w:color w:val="auto"/>
          <w:sz w:val="22"/>
          <w:szCs w:val="22"/>
        </w:rPr>
        <w:t xml:space="preserve">Click where you want </w:t>
      </w:r>
      <w:r w:rsidR="009D4468" w:rsidRPr="009D4468">
        <w:rPr>
          <w:rFonts w:ascii="Helvetica Neue" w:eastAsiaTheme="minorEastAsia" w:hAnsi="Helvetica Neue" w:cstheme="minorBidi"/>
          <w:b w:val="0"/>
          <w:bCs w:val="0"/>
          <w:color w:val="auto"/>
          <w:sz w:val="22"/>
          <w:szCs w:val="22"/>
        </w:rPr>
        <w:t xml:space="preserve">to place </w:t>
      </w:r>
      <w:r w:rsidRPr="009D4468">
        <w:rPr>
          <w:rFonts w:ascii="Helvetica Neue" w:eastAsiaTheme="minorEastAsia" w:hAnsi="Helvetica Neue" w:cstheme="minorBidi"/>
          <w:b w:val="0"/>
          <w:bCs w:val="0"/>
          <w:color w:val="auto"/>
          <w:sz w:val="22"/>
          <w:szCs w:val="22"/>
        </w:rPr>
        <w:t xml:space="preserve">each endpoint of the segment. Endpoints may be free, constrained, or fixed points as described above. </w:t>
      </w:r>
    </w:p>
    <w:p w14:paraId="32EB088F" w14:textId="77777777" w:rsidR="009D4468" w:rsidRDefault="00E52B2E" w:rsidP="00760047">
      <w:pPr>
        <w:pStyle w:val="Heading2"/>
        <w:spacing w:before="240" w:after="160"/>
        <w:rPr>
          <w:rFonts w:ascii="Calibri" w:eastAsia="Calibri" w:hAnsi="Calibri" w:cs="Calibri"/>
          <w:color w:val="2E5B9C"/>
        </w:rPr>
      </w:pPr>
      <w:r>
        <w:rPr>
          <w:rFonts w:ascii="Calibri" w:eastAsia="Calibri" w:hAnsi="Calibri" w:cs="Calibri"/>
          <w:color w:val="2E5B9C"/>
        </w:rPr>
        <w:t xml:space="preserve">Polygon </w:t>
      </w:r>
    </w:p>
    <w:p w14:paraId="471FF998" w14:textId="2AF4E2C2" w:rsidR="009D4468" w:rsidRPr="009D4468" w:rsidRDefault="009D4468" w:rsidP="009D4468">
      <w:pPr>
        <w:pStyle w:val="Heading2"/>
        <w:spacing w:before="240" w:after="160"/>
        <w:rPr>
          <w:rFonts w:ascii="Helvetica Neue" w:eastAsiaTheme="minorEastAsia" w:hAnsi="Helvetica Neue" w:cstheme="minorBidi"/>
          <w:b w:val="0"/>
          <w:bCs w:val="0"/>
          <w:color w:val="auto"/>
          <w:sz w:val="22"/>
          <w:szCs w:val="22"/>
        </w:rPr>
      </w:pPr>
      <w:r w:rsidRPr="009D4468">
        <w:rPr>
          <w:rFonts w:ascii="Helvetica Neue" w:eastAsiaTheme="minorEastAsia" w:hAnsi="Helvetica Neue" w:cstheme="minorBidi"/>
          <w:b w:val="0"/>
          <w:bCs w:val="0"/>
          <w:color w:val="auto"/>
          <w:sz w:val="22"/>
          <w:szCs w:val="22"/>
        </w:rPr>
        <w:t xml:space="preserve">Click </w:t>
      </w:r>
      <w:r>
        <w:rPr>
          <w:rFonts w:ascii="Helvetica Neue" w:eastAsiaTheme="minorEastAsia" w:hAnsi="Helvetica Neue" w:cstheme="minorBidi"/>
          <w:b w:val="0"/>
          <w:bCs w:val="0"/>
          <w:color w:val="auto"/>
          <w:sz w:val="22"/>
          <w:szCs w:val="22"/>
        </w:rPr>
        <w:t>the vertices in order and close the figure by returning to the first point</w:t>
      </w:r>
      <w:r w:rsidRPr="009D4468">
        <w:rPr>
          <w:rFonts w:ascii="Helvetica Neue" w:eastAsiaTheme="minorEastAsia" w:hAnsi="Helvetica Neue" w:cstheme="minorBidi"/>
          <w:b w:val="0"/>
          <w:bCs w:val="0"/>
          <w:color w:val="auto"/>
          <w:sz w:val="22"/>
          <w:szCs w:val="22"/>
        </w:rPr>
        <w:t>.</w:t>
      </w:r>
      <w:r>
        <w:rPr>
          <w:rFonts w:ascii="Helvetica Neue" w:eastAsiaTheme="minorEastAsia" w:hAnsi="Helvetica Neue" w:cstheme="minorBidi"/>
          <w:b w:val="0"/>
          <w:bCs w:val="0"/>
          <w:color w:val="auto"/>
          <w:sz w:val="22"/>
          <w:szCs w:val="22"/>
        </w:rPr>
        <w:t xml:space="preserve"> Polygons may be entirely free or include constrained points and build on earlier constructions. </w:t>
      </w:r>
      <w:r w:rsidRPr="009D4468">
        <w:rPr>
          <w:rFonts w:ascii="Helvetica Neue" w:eastAsiaTheme="minorEastAsia" w:hAnsi="Helvetica Neue" w:cstheme="minorBidi"/>
          <w:b w:val="0"/>
          <w:bCs w:val="0"/>
          <w:color w:val="auto"/>
          <w:sz w:val="22"/>
          <w:szCs w:val="22"/>
        </w:rPr>
        <w:t xml:space="preserve"> </w:t>
      </w:r>
    </w:p>
    <w:p w14:paraId="4CC497AB" w14:textId="740D6D40" w:rsidR="00E52B2E" w:rsidRDefault="00E52B2E" w:rsidP="00760047">
      <w:pPr>
        <w:pStyle w:val="Heading2"/>
        <w:spacing w:before="240" w:after="160"/>
        <w:rPr>
          <w:rFonts w:ascii="Calibri" w:eastAsia="Calibri" w:hAnsi="Calibri" w:cs="Calibri"/>
          <w:color w:val="2E5B9C"/>
        </w:rPr>
      </w:pPr>
      <w:r>
        <w:rPr>
          <w:rFonts w:ascii="Calibri" w:eastAsia="Calibri" w:hAnsi="Calibri" w:cs="Calibri"/>
          <w:color w:val="2E5B9C"/>
        </w:rPr>
        <w:t>Circle</w:t>
      </w:r>
    </w:p>
    <w:p w14:paraId="3A9B48D5" w14:textId="1752B25C" w:rsidR="009D4468" w:rsidRDefault="009D4468" w:rsidP="009D4468">
      <w:pPr>
        <w:pStyle w:val="Heading2"/>
        <w:spacing w:before="240" w:after="160"/>
        <w:rPr>
          <w:rFonts w:ascii="Helvetica Neue" w:eastAsiaTheme="minorEastAsia" w:hAnsi="Helvetica Neue" w:cstheme="minorBidi"/>
          <w:b w:val="0"/>
          <w:bCs w:val="0"/>
          <w:color w:val="auto"/>
          <w:sz w:val="22"/>
          <w:szCs w:val="22"/>
        </w:rPr>
      </w:pPr>
      <w:r w:rsidRPr="009D4468">
        <w:rPr>
          <w:rFonts w:ascii="Helvetica Neue" w:eastAsiaTheme="minorEastAsia" w:hAnsi="Helvetica Neue" w:cstheme="minorBidi"/>
          <w:b w:val="0"/>
          <w:bCs w:val="0"/>
          <w:color w:val="auto"/>
          <w:sz w:val="22"/>
          <w:szCs w:val="22"/>
        </w:rPr>
        <w:t xml:space="preserve">Click </w:t>
      </w:r>
      <w:r>
        <w:rPr>
          <w:rFonts w:ascii="Helvetica Neue" w:eastAsiaTheme="minorEastAsia" w:hAnsi="Helvetica Neue" w:cstheme="minorBidi"/>
          <w:b w:val="0"/>
          <w:bCs w:val="0"/>
          <w:color w:val="auto"/>
          <w:sz w:val="22"/>
          <w:szCs w:val="22"/>
        </w:rPr>
        <w:t xml:space="preserve">the location of the center and then a point on the circle’s circumference. </w:t>
      </w:r>
      <w:r w:rsidRPr="009D4468">
        <w:rPr>
          <w:rFonts w:ascii="Helvetica Neue" w:eastAsiaTheme="minorEastAsia" w:hAnsi="Helvetica Neue" w:cstheme="minorBidi"/>
          <w:b w:val="0"/>
          <w:bCs w:val="0"/>
          <w:color w:val="auto"/>
          <w:sz w:val="22"/>
          <w:szCs w:val="22"/>
        </w:rPr>
        <w:t xml:space="preserve"> </w:t>
      </w:r>
    </w:p>
    <w:p w14:paraId="3349BFDB" w14:textId="3FBAC5E2" w:rsidR="009D4468" w:rsidRDefault="009D4468" w:rsidP="009D4468">
      <w:pPr>
        <w:pStyle w:val="Heading2"/>
        <w:spacing w:before="240" w:after="160"/>
        <w:rPr>
          <w:rFonts w:ascii="Calibri" w:eastAsia="Calibri" w:hAnsi="Calibri" w:cs="Calibri"/>
          <w:color w:val="2E5B9C"/>
        </w:rPr>
      </w:pPr>
      <w:r w:rsidRPr="00D562C9">
        <w:rPr>
          <w:noProof/>
        </w:rPr>
        <w:drawing>
          <wp:anchor distT="0" distB="0" distL="114300" distR="114300" simplePos="0" relativeHeight="251657216" behindDoc="0" locked="0" layoutInCell="1" allowOverlap="1" wp14:anchorId="118CCD73" wp14:editId="60203A40">
            <wp:simplePos x="0" y="0"/>
            <wp:positionH relativeFrom="column">
              <wp:posOffset>5405120</wp:posOffset>
            </wp:positionH>
            <wp:positionV relativeFrom="paragraph">
              <wp:posOffset>234950</wp:posOffset>
            </wp:positionV>
            <wp:extent cx="788670" cy="1132205"/>
            <wp:effectExtent l="0" t="0" r="0" b="0"/>
            <wp:wrapSquare wrapText="bothSides"/>
            <wp:docPr id="6437890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3789061" name=""/>
                    <pic:cNvPicPr/>
                  </pic:nvPicPr>
                  <pic:blipFill rotWithShape="1">
                    <a:blip r:embed="rId37"/>
                    <a:srcRect l="4314"/>
                    <a:stretch>
                      <a:fillRect/>
                    </a:stretch>
                  </pic:blipFill>
                  <pic:spPr bwMode="auto">
                    <a:xfrm>
                      <a:off x="0" y="0"/>
                      <a:ext cx="788670" cy="11322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Calibri" w:eastAsia="Calibri" w:hAnsi="Calibri" w:cs="Calibri"/>
          <w:color w:val="2E5B9C"/>
        </w:rPr>
        <w:t>Regular Polygon Center</w:t>
      </w:r>
    </w:p>
    <w:p w14:paraId="2F51F992" w14:textId="200AD554" w:rsidR="009D4468" w:rsidRPr="009D4468" w:rsidRDefault="009D4468" w:rsidP="009D4468">
      <w:pPr>
        <w:pStyle w:val="Heading2"/>
        <w:spacing w:before="240" w:after="160"/>
        <w:rPr>
          <w:rFonts w:ascii="Helvetica Neue" w:eastAsiaTheme="minorEastAsia" w:hAnsi="Helvetica Neue" w:cstheme="minorBidi"/>
          <w:b w:val="0"/>
          <w:bCs w:val="0"/>
          <w:color w:val="auto"/>
          <w:sz w:val="22"/>
          <w:szCs w:val="22"/>
        </w:rPr>
      </w:pPr>
      <w:r w:rsidRPr="009D4468">
        <w:rPr>
          <w:rFonts w:ascii="Helvetica Neue" w:eastAsiaTheme="minorEastAsia" w:hAnsi="Helvetica Neue" w:cstheme="minorBidi"/>
          <w:b w:val="0"/>
          <w:bCs w:val="0"/>
          <w:color w:val="auto"/>
          <w:sz w:val="22"/>
          <w:szCs w:val="22"/>
        </w:rPr>
        <w:t xml:space="preserve">Click </w:t>
      </w:r>
      <w:r>
        <w:rPr>
          <w:rFonts w:ascii="Helvetica Neue" w:eastAsiaTheme="minorEastAsia" w:hAnsi="Helvetica Neue" w:cstheme="minorBidi"/>
          <w:b w:val="0"/>
          <w:bCs w:val="0"/>
          <w:color w:val="auto"/>
          <w:sz w:val="22"/>
          <w:szCs w:val="22"/>
        </w:rPr>
        <w:t xml:space="preserve">the location of the center of the polygon and then a vertex. You can change the number of sides of the polygon from 3 to 20 using the pop-up window. </w:t>
      </w:r>
      <w:r w:rsidR="00EF73A8">
        <w:rPr>
          <w:rFonts w:ascii="Helvetica Neue" w:eastAsiaTheme="minorEastAsia" w:hAnsi="Helvetica Neue" w:cstheme="minorBidi"/>
          <w:b w:val="0"/>
          <w:bCs w:val="0"/>
          <w:color w:val="auto"/>
          <w:sz w:val="22"/>
          <w:szCs w:val="22"/>
        </w:rPr>
        <w:t xml:space="preserve">With 3 or 4 sides, the two regular polygon tools produce </w:t>
      </w:r>
      <w:r w:rsidR="00EF73A8" w:rsidRPr="00EF73A8">
        <w:rPr>
          <w:rFonts w:ascii="Calibri" w:eastAsia="Calibri" w:hAnsi="Calibri" w:cs="Calibri"/>
          <w:color w:val="2E5B9C"/>
          <w:sz w:val="24"/>
          <w:szCs w:val="24"/>
        </w:rPr>
        <w:t>equilateral triangles</w:t>
      </w:r>
      <w:r w:rsidR="00EF73A8">
        <w:rPr>
          <w:rFonts w:ascii="Helvetica Neue" w:eastAsiaTheme="minorEastAsia" w:hAnsi="Helvetica Neue" w:cstheme="minorBidi"/>
          <w:b w:val="0"/>
          <w:bCs w:val="0"/>
          <w:color w:val="auto"/>
          <w:sz w:val="22"/>
          <w:szCs w:val="22"/>
        </w:rPr>
        <w:t xml:space="preserve"> and </w:t>
      </w:r>
      <w:r w:rsidR="00EF73A8" w:rsidRPr="00EF73A8">
        <w:rPr>
          <w:rFonts w:ascii="Calibri" w:eastAsia="Calibri" w:hAnsi="Calibri" w:cs="Calibri"/>
          <w:color w:val="2E5B9C"/>
          <w:sz w:val="24"/>
          <w:szCs w:val="24"/>
        </w:rPr>
        <w:t>squares</w:t>
      </w:r>
      <w:r w:rsidR="00EF73A8">
        <w:rPr>
          <w:rFonts w:ascii="Helvetica Neue" w:eastAsiaTheme="minorEastAsia" w:hAnsi="Helvetica Neue" w:cstheme="minorBidi"/>
          <w:b w:val="0"/>
          <w:bCs w:val="0"/>
          <w:color w:val="auto"/>
          <w:sz w:val="22"/>
          <w:szCs w:val="22"/>
        </w:rPr>
        <w:t xml:space="preserve">. </w:t>
      </w:r>
    </w:p>
    <w:p w14:paraId="30841BF9" w14:textId="34AC8EF2" w:rsidR="009D4468" w:rsidRDefault="009D4468" w:rsidP="009D4468">
      <w:pPr>
        <w:pStyle w:val="Heading2"/>
        <w:spacing w:before="240" w:after="160"/>
        <w:rPr>
          <w:rFonts w:ascii="Calibri" w:eastAsia="Calibri" w:hAnsi="Calibri" w:cs="Calibri"/>
          <w:color w:val="2E5B9C"/>
        </w:rPr>
      </w:pPr>
      <w:r>
        <w:rPr>
          <w:rFonts w:ascii="Calibri" w:eastAsia="Calibri" w:hAnsi="Calibri" w:cs="Calibri"/>
          <w:color w:val="2E5B9C"/>
        </w:rPr>
        <w:t>Regular Polygon Side</w:t>
      </w:r>
    </w:p>
    <w:p w14:paraId="5731DBB3" w14:textId="6E2CB29B" w:rsidR="009D4468" w:rsidRPr="009D4468" w:rsidRDefault="009D4468" w:rsidP="009D4468">
      <w:pPr>
        <w:pStyle w:val="Heading2"/>
        <w:spacing w:before="240" w:after="160"/>
        <w:rPr>
          <w:rFonts w:ascii="Helvetica Neue" w:eastAsiaTheme="minorEastAsia" w:hAnsi="Helvetica Neue" w:cstheme="minorBidi"/>
          <w:b w:val="0"/>
          <w:bCs w:val="0"/>
          <w:color w:val="auto"/>
          <w:sz w:val="22"/>
          <w:szCs w:val="22"/>
        </w:rPr>
      </w:pPr>
      <w:r w:rsidRPr="009D4468">
        <w:rPr>
          <w:rFonts w:ascii="Helvetica Neue" w:eastAsiaTheme="minorEastAsia" w:hAnsi="Helvetica Neue" w:cstheme="minorBidi"/>
          <w:b w:val="0"/>
          <w:bCs w:val="0"/>
          <w:color w:val="auto"/>
          <w:sz w:val="22"/>
          <w:szCs w:val="22"/>
        </w:rPr>
        <w:t xml:space="preserve">Click </w:t>
      </w:r>
      <w:r>
        <w:rPr>
          <w:rFonts w:ascii="Helvetica Neue" w:eastAsiaTheme="minorEastAsia" w:hAnsi="Helvetica Neue" w:cstheme="minorBidi"/>
          <w:b w:val="0"/>
          <w:bCs w:val="0"/>
          <w:color w:val="auto"/>
          <w:sz w:val="22"/>
          <w:szCs w:val="22"/>
        </w:rPr>
        <w:t xml:space="preserve">the locations for two adjacent vertices and then click on either side of the segment defined by those two points to reflect the polygon in the direction that you want. </w:t>
      </w:r>
    </w:p>
    <w:p w14:paraId="2EC63D5E" w14:textId="77777777" w:rsidR="009D4468" w:rsidRPr="009D4468" w:rsidRDefault="009D4468" w:rsidP="009D4468"/>
    <w:p w14:paraId="660E716D" w14:textId="33E7F7B2" w:rsidR="00E52B2E" w:rsidRDefault="00E52B2E" w:rsidP="00E52B2E">
      <w:pPr>
        <w:pStyle w:val="Heading1"/>
        <w:spacing w:before="360" w:after="160"/>
        <w:rPr>
          <w:rFonts w:ascii="Calibri" w:eastAsia="Calibri" w:hAnsi="Calibri" w:cs="Calibri"/>
          <w:color w:val="2E5B9C"/>
          <w:sz w:val="26"/>
          <w:szCs w:val="26"/>
        </w:rPr>
      </w:pPr>
      <w:r w:rsidRPr="007168A0">
        <w:rPr>
          <w:rFonts w:ascii="Calibri" w:eastAsia="Calibri" w:hAnsi="Calibri" w:cs="Calibri"/>
          <w:color w:val="2E5B9C"/>
          <w:sz w:val="26"/>
          <w:szCs w:val="26"/>
        </w:rPr>
        <w:lastRenderedPageBreak/>
        <w:t xml:space="preserve">Triangle and </w:t>
      </w:r>
      <w:r w:rsidR="007168A0" w:rsidRPr="007168A0">
        <w:rPr>
          <w:rFonts w:ascii="Calibri" w:eastAsia="Calibri" w:hAnsi="Calibri" w:cs="Calibri"/>
          <w:color w:val="2E5B9C"/>
          <w:sz w:val="26"/>
          <w:szCs w:val="26"/>
        </w:rPr>
        <w:t>Q</w:t>
      </w:r>
      <w:r w:rsidRPr="007168A0">
        <w:rPr>
          <w:rFonts w:ascii="Calibri" w:eastAsia="Calibri" w:hAnsi="Calibri" w:cs="Calibri"/>
          <w:color w:val="2E5B9C"/>
          <w:sz w:val="26"/>
          <w:szCs w:val="26"/>
        </w:rPr>
        <w:t xml:space="preserve">uadrilateral </w:t>
      </w:r>
      <w:r w:rsidR="007168A0" w:rsidRPr="007168A0">
        <w:rPr>
          <w:rFonts w:ascii="Calibri" w:eastAsia="Calibri" w:hAnsi="Calibri" w:cs="Calibri"/>
          <w:color w:val="2E5B9C"/>
          <w:sz w:val="26"/>
          <w:szCs w:val="26"/>
        </w:rPr>
        <w:t>Tools</w:t>
      </w:r>
    </w:p>
    <w:p w14:paraId="536BE20C" w14:textId="669F06CC" w:rsidR="00410A91" w:rsidRPr="00410A91" w:rsidRDefault="00410A91" w:rsidP="00410A91">
      <w:r w:rsidRPr="00410A91">
        <w:rPr>
          <w:noProof/>
        </w:rPr>
        <w:drawing>
          <wp:inline distT="0" distB="0" distL="0" distR="0" wp14:anchorId="7DD4B73E" wp14:editId="5C09EFB4">
            <wp:extent cx="3096375" cy="557784"/>
            <wp:effectExtent l="0" t="0" r="2540" b="1270"/>
            <wp:docPr id="20801237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0123741" name=""/>
                    <pic:cNvPicPr/>
                  </pic:nvPicPr>
                  <pic:blipFill>
                    <a:blip r:embed="rId38"/>
                    <a:stretch>
                      <a:fillRect/>
                    </a:stretch>
                  </pic:blipFill>
                  <pic:spPr>
                    <a:xfrm>
                      <a:off x="0" y="0"/>
                      <a:ext cx="3096375" cy="557784"/>
                    </a:xfrm>
                    <a:prstGeom prst="rect">
                      <a:avLst/>
                    </a:prstGeom>
                  </pic:spPr>
                </pic:pic>
              </a:graphicData>
            </a:graphic>
          </wp:inline>
        </w:drawing>
      </w:r>
    </w:p>
    <w:p w14:paraId="53225B9B" w14:textId="256CA487" w:rsidR="00E52B2E" w:rsidRDefault="00E52B2E" w:rsidP="00E52B2E">
      <w:pPr>
        <w:spacing w:after="140"/>
      </w:pPr>
      <w:r>
        <w:rPr>
          <w:rFonts w:ascii="Calibri" w:eastAsia="Calibri" w:hAnsi="Calibri" w:cs="Calibri"/>
          <w:color w:val="1F2933"/>
        </w:rPr>
        <w:t xml:space="preserve">These tools create </w:t>
      </w:r>
      <w:r w:rsidR="00410A91">
        <w:rPr>
          <w:rFonts w:ascii="Calibri" w:eastAsia="Calibri" w:hAnsi="Calibri" w:cs="Calibri"/>
          <w:color w:val="1F2933"/>
        </w:rPr>
        <w:t xml:space="preserve">shapes that remain </w:t>
      </w:r>
      <w:r>
        <w:rPr>
          <w:rFonts w:ascii="Calibri" w:eastAsia="Calibri" w:hAnsi="Calibri" w:cs="Calibri"/>
          <w:color w:val="1F2933"/>
        </w:rPr>
        <w:t xml:space="preserve">constrained </w:t>
      </w:r>
      <w:r w:rsidR="00410A91">
        <w:rPr>
          <w:rFonts w:ascii="Calibri" w:eastAsia="Calibri" w:hAnsi="Calibri" w:cs="Calibri"/>
          <w:color w:val="1F2933"/>
        </w:rPr>
        <w:t>to keep their specific properties</w:t>
      </w:r>
      <w:r>
        <w:rPr>
          <w:rFonts w:ascii="Calibri" w:eastAsia="Calibri" w:hAnsi="Calibri" w:cs="Calibri"/>
          <w:color w:val="1F2933"/>
        </w:rPr>
        <w:t>.</w:t>
      </w:r>
      <w:r w:rsidR="00410A91">
        <w:rPr>
          <w:rFonts w:ascii="Calibri" w:eastAsia="Calibri" w:hAnsi="Calibri" w:cs="Calibri"/>
          <w:color w:val="1F2933"/>
        </w:rPr>
        <w:t xml:space="preserve"> Whenever a theorem involves a specific type of triangle or quadrilateral, these options should be used. </w:t>
      </w:r>
    </w:p>
    <w:p w14:paraId="6821308F" w14:textId="791ACBCF" w:rsidR="00E52B2E" w:rsidRDefault="00E52B2E" w:rsidP="00E52B2E">
      <w:pPr>
        <w:pStyle w:val="Heading2"/>
        <w:spacing w:before="240" w:after="160"/>
        <w:rPr>
          <w:rFonts w:ascii="Calibri" w:eastAsia="Calibri" w:hAnsi="Calibri" w:cs="Calibri"/>
          <w:color w:val="2E5B9C"/>
        </w:rPr>
      </w:pPr>
      <w:r>
        <w:rPr>
          <w:rFonts w:ascii="Calibri" w:eastAsia="Calibri" w:hAnsi="Calibri" w:cs="Calibri"/>
          <w:color w:val="2E5B9C"/>
        </w:rPr>
        <w:t xml:space="preserve">Right </w:t>
      </w:r>
      <w:r w:rsidR="00410A91">
        <w:rPr>
          <w:rFonts w:ascii="Calibri" w:eastAsia="Calibri" w:hAnsi="Calibri" w:cs="Calibri"/>
          <w:color w:val="2E5B9C"/>
        </w:rPr>
        <w:t>T</w:t>
      </w:r>
      <w:r>
        <w:rPr>
          <w:rFonts w:ascii="Calibri" w:eastAsia="Calibri" w:hAnsi="Calibri" w:cs="Calibri"/>
          <w:color w:val="2E5B9C"/>
        </w:rPr>
        <w:t>riangle</w:t>
      </w:r>
    </w:p>
    <w:p w14:paraId="53B54CB3" w14:textId="086D4CDE" w:rsidR="00410A91" w:rsidRDefault="006B51E3" w:rsidP="00410A91">
      <w:pPr>
        <w:rPr>
          <w:rFonts w:ascii="Calibri" w:eastAsia="Calibri" w:hAnsi="Calibri" w:cs="Calibri"/>
          <w:color w:val="1F2933"/>
        </w:rPr>
      </w:pPr>
      <w:r>
        <w:rPr>
          <w:rFonts w:ascii="Calibri" w:eastAsia="Calibri" w:hAnsi="Calibri" w:cs="Calibri"/>
          <w:color w:val="1F2933"/>
        </w:rPr>
        <w:t>C</w:t>
      </w:r>
      <w:r w:rsidR="00410A91">
        <w:rPr>
          <w:rFonts w:ascii="Calibri" w:eastAsia="Calibri" w:hAnsi="Calibri" w:cs="Calibri"/>
          <w:color w:val="1F2933"/>
        </w:rPr>
        <w:t xml:space="preserve">lick on </w:t>
      </w:r>
      <w:r>
        <w:rPr>
          <w:rFonts w:ascii="Calibri" w:eastAsia="Calibri" w:hAnsi="Calibri" w:cs="Calibri"/>
          <w:color w:val="1F2933"/>
        </w:rPr>
        <w:t>an endpoint for the hypotenuse, then the</w:t>
      </w:r>
      <w:r w:rsidR="00410A91">
        <w:rPr>
          <w:rFonts w:ascii="Calibri" w:eastAsia="Calibri" w:hAnsi="Calibri" w:cs="Calibri"/>
          <w:color w:val="1F2933"/>
        </w:rPr>
        <w:t xml:space="preserve"> vertex </w:t>
      </w:r>
      <w:r>
        <w:rPr>
          <w:rFonts w:ascii="Calibri" w:eastAsia="Calibri" w:hAnsi="Calibri" w:cs="Calibri"/>
          <w:color w:val="1F2933"/>
        </w:rPr>
        <w:t>of</w:t>
      </w:r>
      <w:r w:rsidR="00410A91">
        <w:rPr>
          <w:rFonts w:ascii="Calibri" w:eastAsia="Calibri" w:hAnsi="Calibri" w:cs="Calibri"/>
          <w:color w:val="1F2933"/>
        </w:rPr>
        <w:t xml:space="preserve"> the right angle </w:t>
      </w:r>
      <w:r>
        <w:rPr>
          <w:rFonts w:ascii="Calibri" w:eastAsia="Calibri" w:hAnsi="Calibri" w:cs="Calibri"/>
          <w:color w:val="1F2933"/>
        </w:rPr>
        <w:t>and then the final vertex</w:t>
      </w:r>
      <w:r w:rsidR="00410A91">
        <w:rPr>
          <w:rFonts w:ascii="Calibri" w:eastAsia="Calibri" w:hAnsi="Calibri" w:cs="Calibri"/>
          <w:color w:val="1F2933"/>
        </w:rPr>
        <w:t xml:space="preserve">. </w:t>
      </w:r>
    </w:p>
    <w:p w14:paraId="7C2E703C" w14:textId="65BFE6AB" w:rsidR="00410A91" w:rsidRDefault="00410A91" w:rsidP="00410A91">
      <w:pPr>
        <w:pStyle w:val="Heading2"/>
        <w:spacing w:before="240" w:after="160"/>
        <w:rPr>
          <w:rFonts w:ascii="Calibri" w:eastAsia="Calibri" w:hAnsi="Calibri" w:cs="Calibri"/>
          <w:color w:val="2E5B9C"/>
        </w:rPr>
      </w:pPr>
      <w:r>
        <w:rPr>
          <w:rFonts w:ascii="Calibri" w:eastAsia="Calibri" w:hAnsi="Calibri" w:cs="Calibri"/>
          <w:color w:val="2E5B9C"/>
        </w:rPr>
        <w:t>Isosceles Triangle</w:t>
      </w:r>
    </w:p>
    <w:p w14:paraId="1C94A503" w14:textId="05D3159C" w:rsidR="00410A91" w:rsidRDefault="00F122CC" w:rsidP="00410A91">
      <w:pPr>
        <w:rPr>
          <w:rFonts w:ascii="Calibri" w:eastAsia="Calibri" w:hAnsi="Calibri" w:cs="Calibri"/>
          <w:color w:val="1F2933"/>
        </w:rPr>
      </w:pPr>
      <w:r>
        <w:rPr>
          <w:rFonts w:ascii="Calibri" w:eastAsia="Calibri" w:hAnsi="Calibri" w:cs="Calibri"/>
          <w:color w:val="1F2933"/>
        </w:rPr>
        <w:t>The f</w:t>
      </w:r>
      <w:r w:rsidR="00410A91">
        <w:rPr>
          <w:rFonts w:ascii="Calibri" w:eastAsia="Calibri" w:hAnsi="Calibri" w:cs="Calibri"/>
          <w:color w:val="1F2933"/>
        </w:rPr>
        <w:t xml:space="preserve">irst </w:t>
      </w:r>
      <w:r w:rsidR="006B51E3">
        <w:rPr>
          <w:rFonts w:ascii="Calibri" w:eastAsia="Calibri" w:hAnsi="Calibri" w:cs="Calibri"/>
          <w:color w:val="1F2933"/>
        </w:rPr>
        <w:t>two clicks are</w:t>
      </w:r>
      <w:r w:rsidR="00410A91">
        <w:rPr>
          <w:rFonts w:ascii="Calibri" w:eastAsia="Calibri" w:hAnsi="Calibri" w:cs="Calibri"/>
          <w:color w:val="1F2933"/>
        </w:rPr>
        <w:t xml:space="preserve"> for </w:t>
      </w:r>
      <w:r w:rsidR="006B51E3">
        <w:rPr>
          <w:rFonts w:ascii="Calibri" w:eastAsia="Calibri" w:hAnsi="Calibri" w:cs="Calibri"/>
          <w:color w:val="1F2933"/>
        </w:rPr>
        <w:t>the</w:t>
      </w:r>
      <w:r w:rsidR="00410A91">
        <w:rPr>
          <w:rFonts w:ascii="Calibri" w:eastAsia="Calibri" w:hAnsi="Calibri" w:cs="Calibri"/>
          <w:color w:val="1F2933"/>
        </w:rPr>
        <w:t xml:space="preserve"> </w:t>
      </w:r>
      <w:r w:rsidR="006B51E3">
        <w:rPr>
          <w:rFonts w:ascii="Calibri" w:eastAsia="Calibri" w:hAnsi="Calibri" w:cs="Calibri"/>
          <w:color w:val="1F2933"/>
        </w:rPr>
        <w:t>endpoints of the base</w:t>
      </w:r>
      <w:r>
        <w:rPr>
          <w:rFonts w:ascii="Calibri" w:eastAsia="Calibri" w:hAnsi="Calibri" w:cs="Calibri"/>
          <w:color w:val="1F2933"/>
        </w:rPr>
        <w:t>. T</w:t>
      </w:r>
      <w:r w:rsidR="006B51E3">
        <w:rPr>
          <w:rFonts w:ascii="Calibri" w:eastAsia="Calibri" w:hAnsi="Calibri" w:cs="Calibri"/>
          <w:color w:val="1F2933"/>
        </w:rPr>
        <w:t xml:space="preserve">he third click </w:t>
      </w:r>
      <w:r>
        <w:rPr>
          <w:rFonts w:ascii="Calibri" w:eastAsia="Calibri" w:hAnsi="Calibri" w:cs="Calibri"/>
          <w:color w:val="1F2933"/>
        </w:rPr>
        <w:t>sets</w:t>
      </w:r>
      <w:r w:rsidR="006B51E3">
        <w:rPr>
          <w:rFonts w:ascii="Calibri" w:eastAsia="Calibri" w:hAnsi="Calibri" w:cs="Calibri"/>
          <w:color w:val="1F2933"/>
        </w:rPr>
        <w:t xml:space="preserve"> the apex of the triangle</w:t>
      </w:r>
      <w:r w:rsidR="00410A91">
        <w:rPr>
          <w:rFonts w:ascii="Calibri" w:eastAsia="Calibri" w:hAnsi="Calibri" w:cs="Calibri"/>
          <w:color w:val="1F2933"/>
        </w:rPr>
        <w:t xml:space="preserve">. </w:t>
      </w:r>
    </w:p>
    <w:p w14:paraId="56CD0C48" w14:textId="0ECE4734" w:rsidR="00410A91" w:rsidRDefault="00410A91" w:rsidP="00410A91">
      <w:pPr>
        <w:pStyle w:val="Heading2"/>
        <w:spacing w:before="240" w:after="160"/>
        <w:rPr>
          <w:rFonts w:ascii="Calibri" w:eastAsia="Calibri" w:hAnsi="Calibri" w:cs="Calibri"/>
          <w:color w:val="2E5B9C"/>
        </w:rPr>
      </w:pPr>
      <w:r>
        <w:rPr>
          <w:rFonts w:ascii="Calibri" w:eastAsia="Calibri" w:hAnsi="Calibri" w:cs="Calibri"/>
          <w:color w:val="2E5B9C"/>
        </w:rPr>
        <w:t>Rectangle</w:t>
      </w:r>
      <w:r w:rsidR="00AB765D">
        <w:rPr>
          <w:rFonts w:ascii="Calibri" w:eastAsia="Calibri" w:hAnsi="Calibri" w:cs="Calibri"/>
          <w:color w:val="2E5B9C"/>
        </w:rPr>
        <w:t xml:space="preserve"> and Parallelogram</w:t>
      </w:r>
    </w:p>
    <w:p w14:paraId="135CFBA7" w14:textId="7DB5824B" w:rsidR="00410A91" w:rsidRDefault="00F122CC" w:rsidP="00410A91">
      <w:pPr>
        <w:rPr>
          <w:rFonts w:ascii="Calibri" w:eastAsia="Calibri" w:hAnsi="Calibri" w:cs="Calibri"/>
          <w:color w:val="1F2933"/>
        </w:rPr>
      </w:pPr>
      <w:r>
        <w:rPr>
          <w:rFonts w:ascii="Calibri" w:eastAsia="Calibri" w:hAnsi="Calibri" w:cs="Calibri"/>
          <w:color w:val="1F2933"/>
        </w:rPr>
        <w:t xml:space="preserve">The first two clicks set the endpoints of one side. The third point completes an adjacent side. </w:t>
      </w:r>
      <w:r w:rsidR="00AB765D">
        <w:rPr>
          <w:rFonts w:ascii="Calibri" w:eastAsia="Calibri" w:hAnsi="Calibri" w:cs="Calibri"/>
          <w:color w:val="1F2933"/>
        </w:rPr>
        <w:t>The rest of the figure is determined by those three choices</w:t>
      </w:r>
      <w:r w:rsidR="00410A91">
        <w:rPr>
          <w:rFonts w:ascii="Calibri" w:eastAsia="Calibri" w:hAnsi="Calibri" w:cs="Calibri"/>
          <w:color w:val="1F2933"/>
        </w:rPr>
        <w:t xml:space="preserve">. </w:t>
      </w:r>
      <w:r w:rsidR="006B51E3">
        <w:rPr>
          <w:rFonts w:ascii="Calibri" w:eastAsia="Calibri" w:hAnsi="Calibri" w:cs="Calibri"/>
          <w:color w:val="1F2933"/>
        </w:rPr>
        <w:t>If you want a</w:t>
      </w:r>
      <w:r w:rsidR="00EF73A8">
        <w:rPr>
          <w:rFonts w:ascii="Calibri" w:eastAsia="Calibri" w:hAnsi="Calibri" w:cs="Calibri"/>
          <w:color w:val="1F2933"/>
        </w:rPr>
        <w:t xml:space="preserve"> square</w:t>
      </w:r>
      <w:r w:rsidR="006B51E3">
        <w:rPr>
          <w:rFonts w:ascii="Calibri" w:eastAsia="Calibri" w:hAnsi="Calibri" w:cs="Calibri"/>
          <w:color w:val="1F2933"/>
        </w:rPr>
        <w:t>, hold down shift before your third click and the sides will all be congruent (but the square is not constrained as such and can be turned back into a regular rectangle if you use the Select tool</w:t>
      </w:r>
      <w:r w:rsidR="00325B21">
        <w:rPr>
          <w:rFonts w:ascii="Calibri" w:eastAsia="Calibri" w:hAnsi="Calibri" w:cs="Calibri"/>
          <w:color w:val="1F2933"/>
        </w:rPr>
        <w:t>)</w:t>
      </w:r>
      <w:r w:rsidR="006B51E3">
        <w:rPr>
          <w:rFonts w:ascii="Calibri" w:eastAsia="Calibri" w:hAnsi="Calibri" w:cs="Calibri"/>
          <w:color w:val="1F2933"/>
        </w:rPr>
        <w:t xml:space="preserve">. </w:t>
      </w:r>
    </w:p>
    <w:p w14:paraId="3C8399D6" w14:textId="24D70974" w:rsidR="00AB765D" w:rsidRDefault="00AB765D" w:rsidP="00AB765D">
      <w:pPr>
        <w:pStyle w:val="Heading2"/>
        <w:spacing w:before="240" w:after="160"/>
        <w:rPr>
          <w:rFonts w:ascii="Calibri" w:eastAsia="Calibri" w:hAnsi="Calibri" w:cs="Calibri"/>
          <w:color w:val="2E5B9C"/>
        </w:rPr>
      </w:pPr>
      <w:r>
        <w:rPr>
          <w:rFonts w:ascii="Calibri" w:eastAsia="Calibri" w:hAnsi="Calibri" w:cs="Calibri"/>
          <w:noProof/>
          <w:color w:val="1F2933"/>
        </w:rPr>
        <mc:AlternateContent>
          <mc:Choice Requires="wpg">
            <w:drawing>
              <wp:anchor distT="0" distB="0" distL="114300" distR="114300" simplePos="0" relativeHeight="251659264" behindDoc="1" locked="0" layoutInCell="1" allowOverlap="1" wp14:anchorId="221D667E" wp14:editId="4F679B97">
                <wp:simplePos x="0" y="0"/>
                <wp:positionH relativeFrom="column">
                  <wp:posOffset>5363210</wp:posOffset>
                </wp:positionH>
                <wp:positionV relativeFrom="paragraph">
                  <wp:posOffset>113665</wp:posOffset>
                </wp:positionV>
                <wp:extent cx="1047750" cy="899160"/>
                <wp:effectExtent l="0" t="0" r="6350" b="15240"/>
                <wp:wrapTight wrapText="bothSides">
                  <wp:wrapPolygon edited="0">
                    <wp:start x="0" y="0"/>
                    <wp:lineTo x="0" y="21661"/>
                    <wp:lineTo x="14662" y="21661"/>
                    <wp:lineTo x="21469" y="21661"/>
                    <wp:lineTo x="21469" y="0"/>
                    <wp:lineTo x="0" y="0"/>
                  </wp:wrapPolygon>
                </wp:wrapTight>
                <wp:docPr id="1893631755" name="Group 15"/>
                <wp:cNvGraphicFramePr/>
                <a:graphic xmlns:a="http://schemas.openxmlformats.org/drawingml/2006/main">
                  <a:graphicData uri="http://schemas.microsoft.com/office/word/2010/wordprocessingGroup">
                    <wpg:wgp>
                      <wpg:cNvGrpSpPr/>
                      <wpg:grpSpPr>
                        <a:xfrm>
                          <a:off x="0" y="0"/>
                          <a:ext cx="1047750" cy="899160"/>
                          <a:chOff x="0" y="0"/>
                          <a:chExt cx="1047750" cy="899160"/>
                        </a:xfrm>
                      </wpg:grpSpPr>
                      <pic:pic xmlns:pic="http://schemas.openxmlformats.org/drawingml/2006/picture">
                        <pic:nvPicPr>
                          <pic:cNvPr id="733210072" name="Picture 1"/>
                          <pic:cNvPicPr>
                            <a:picLocks noChangeAspect="1"/>
                          </pic:cNvPicPr>
                        </pic:nvPicPr>
                        <pic:blipFill rotWithShape="1">
                          <a:blip r:embed="rId39"/>
                          <a:srcRect r="2422" b="819"/>
                          <a:stretch>
                            <a:fillRect/>
                          </a:stretch>
                        </pic:blipFill>
                        <pic:spPr bwMode="auto">
                          <a:xfrm>
                            <a:off x="0" y="0"/>
                            <a:ext cx="1047750" cy="899160"/>
                          </a:xfrm>
                          <a:prstGeom prst="rect">
                            <a:avLst/>
                          </a:prstGeom>
                          <a:ln>
                            <a:noFill/>
                          </a:ln>
                          <a:extLst>
                            <a:ext uri="{53640926-AAD7-44D8-BBD7-CCE9431645EC}">
                              <a14:shadowObscured xmlns:a14="http://schemas.microsoft.com/office/drawing/2010/main"/>
                            </a:ext>
                          </a:extLst>
                        </pic:spPr>
                      </pic:pic>
                      <wps:wsp>
                        <wps:cNvPr id="1421150848" name="Right Triangle 14"/>
                        <wps:cNvSpPr/>
                        <wps:spPr>
                          <a:xfrm flipH="1">
                            <a:off x="741680" y="76200"/>
                            <a:ext cx="304800" cy="822960"/>
                          </a:xfrm>
                          <a:prstGeom prst="rtTriangle">
                            <a:avLst/>
                          </a:prstGeom>
                          <a:solidFill>
                            <a:schemeClr val="bg1"/>
                          </a:solidFill>
                          <a:ln>
                            <a:solidFill>
                              <a:schemeClr val="bg1"/>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6986710D" id="Group 15" o:spid="_x0000_s1026" style="position:absolute;margin-left:422.3pt;margin-top:8.95pt;width:82.5pt;height:70.8pt;z-index:-251657216" coordsize="10477,8991"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">
                <v:shape id="Picture 1" o:spid="_x0000_s1027" type="#_x0000_t75" style="position:absolute;width:10477;height:899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">
                  <v:imagedata r:id="rId40" o:title="" cropbottom="537f" cropright="1587f"/>
                </v:shape>
                <v:shapetype id="_x0000_t6" coordsize="21600,21600" o:spt="6" path="m,l,21600r21600,xe">
                  <v:stroke joinstyle="miter"/>
                  <v:path gradientshapeok="t" o:connecttype="custom" o:connectlocs="0,0;0,10800;0,21600;10800,21600;21600,21600;10800,10800" textboxrect="1800,12600,12600,19800"/>
                </v:shapetype>
                <v:shape id="Right Triangle 14" o:spid="_x0000_s1028" type="#_x0000_t6" style="position:absolute;left:7416;top:762;width:3048;height:8229;flip:x;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" fillcolor="white [3212]" strokecolor="white [3212]"/>
                <w10:wrap type="tight"/>
              </v:group>
            </w:pict>
          </mc:Fallback>
        </mc:AlternateContent>
      </w:r>
      <w:r>
        <w:rPr>
          <w:rFonts w:ascii="Calibri" w:eastAsia="Calibri" w:hAnsi="Calibri" w:cs="Calibri"/>
          <w:color w:val="2E5B9C"/>
        </w:rPr>
        <w:t>Rhombus</w:t>
      </w:r>
    </w:p>
    <w:p w14:paraId="09BE9356" w14:textId="77777777" w:rsidR="004243EF" w:rsidRDefault="004243EF" w:rsidP="004243EF">
      <w:pPr>
        <w:rPr>
          <w:rFonts w:ascii="Calibri" w:eastAsia="Calibri" w:hAnsi="Calibri" w:cs="Calibri"/>
          <w:color w:val="1F2933"/>
        </w:rPr>
      </w:pPr>
      <w:r>
        <w:rPr>
          <w:rFonts w:ascii="Calibri" w:eastAsia="Calibri" w:hAnsi="Calibri" w:cs="Calibri"/>
          <w:color w:val="1F2933"/>
        </w:rPr>
        <w:t>The first two clicks set one side. This side determines the lengths of all of the sides. Click a third point to determine the angle along the dashed circle to complete the figure.</w:t>
      </w:r>
      <w:r w:rsidRPr="00AB765D">
        <w:rPr>
          <w:noProof/>
        </w:rPr>
        <w:t xml:space="preserve"> </w:t>
      </w:r>
    </w:p>
    <w:p w14:paraId="7A1C27EF" w14:textId="523079BA" w:rsidR="00AB765D" w:rsidRDefault="00AB765D" w:rsidP="00AB765D">
      <w:pPr>
        <w:pStyle w:val="Heading2"/>
        <w:spacing w:before="240" w:after="160"/>
        <w:rPr>
          <w:rFonts w:ascii="Calibri" w:eastAsia="Calibri" w:hAnsi="Calibri" w:cs="Calibri"/>
          <w:color w:val="2E5B9C"/>
        </w:rPr>
      </w:pPr>
      <w:r>
        <w:rPr>
          <w:rFonts w:ascii="Calibri" w:eastAsia="Calibri" w:hAnsi="Calibri" w:cs="Calibri"/>
          <w:color w:val="2E5B9C"/>
        </w:rPr>
        <w:t>Kite</w:t>
      </w:r>
    </w:p>
    <w:p w14:paraId="253504A5" w14:textId="74EB974D" w:rsidR="00AB765D" w:rsidRDefault="004243EF" w:rsidP="00AB765D">
      <w:pPr>
        <w:rPr>
          <w:rFonts w:ascii="Calibri" w:eastAsia="Calibri" w:hAnsi="Calibri" w:cs="Calibri"/>
          <w:color w:val="1F2933"/>
        </w:rPr>
      </w:pPr>
      <w:r>
        <w:rPr>
          <w:rFonts w:ascii="Calibri" w:eastAsia="Calibri" w:hAnsi="Calibri" w:cs="Calibri"/>
          <w:color w:val="1F2933"/>
        </w:rPr>
        <w:t xml:space="preserve">The first two clicks set the endpoints of one side; the third point completes an adjacent side. The rest of the figure is determined (by symmetry) by those three choices. </w:t>
      </w:r>
      <w:r w:rsidR="00AB765D">
        <w:rPr>
          <w:rFonts w:ascii="Calibri" w:eastAsia="Calibri" w:hAnsi="Calibri" w:cs="Calibri"/>
          <w:color w:val="1F2933"/>
        </w:rPr>
        <w:t xml:space="preserve"> </w:t>
      </w:r>
    </w:p>
    <w:p w14:paraId="6218987A" w14:textId="5E347E19" w:rsidR="00AB765D" w:rsidRDefault="00AB765D" w:rsidP="00AB765D">
      <w:pPr>
        <w:pStyle w:val="Heading2"/>
        <w:spacing w:before="240" w:after="160"/>
        <w:rPr>
          <w:rFonts w:ascii="Calibri" w:eastAsia="Calibri" w:hAnsi="Calibri" w:cs="Calibri"/>
          <w:color w:val="2E5B9C"/>
        </w:rPr>
      </w:pPr>
      <w:r>
        <w:rPr>
          <w:rFonts w:ascii="Calibri" w:eastAsia="Calibri" w:hAnsi="Calibri" w:cs="Calibri"/>
          <w:color w:val="2E5B9C"/>
        </w:rPr>
        <w:t>Trapezoid</w:t>
      </w:r>
    </w:p>
    <w:p w14:paraId="649E677F" w14:textId="42FBFD26" w:rsidR="00AB765D" w:rsidRDefault="004243EF" w:rsidP="00AB765D">
      <w:pPr>
        <w:rPr>
          <w:rFonts w:ascii="Calibri" w:eastAsia="Calibri" w:hAnsi="Calibri" w:cs="Calibri"/>
          <w:color w:val="1F2933"/>
        </w:rPr>
      </w:pPr>
      <w:r>
        <w:rPr>
          <w:rFonts w:ascii="Calibri" w:eastAsia="Calibri" w:hAnsi="Calibri" w:cs="Calibri"/>
          <w:color w:val="1F2933"/>
        </w:rPr>
        <w:t>The first two clicks set the endpoints of one side. The third point completes an adjacent side. The fourth point is constrained to a line parallel to the first side.</w:t>
      </w:r>
    </w:p>
    <w:p w14:paraId="7E1D88F7" w14:textId="2EDFBB0D" w:rsidR="00AB765D" w:rsidRDefault="00AB765D" w:rsidP="00AB765D">
      <w:pPr>
        <w:pStyle w:val="Heading2"/>
        <w:spacing w:before="240" w:after="160"/>
        <w:rPr>
          <w:rFonts w:ascii="Calibri" w:eastAsia="Calibri" w:hAnsi="Calibri" w:cs="Calibri"/>
          <w:color w:val="2E5B9C"/>
        </w:rPr>
      </w:pPr>
      <w:r>
        <w:rPr>
          <w:rFonts w:ascii="Calibri" w:eastAsia="Calibri" w:hAnsi="Calibri" w:cs="Calibri"/>
          <w:color w:val="2E5B9C"/>
        </w:rPr>
        <w:t>Isosceles Trapezoid</w:t>
      </w:r>
    </w:p>
    <w:p w14:paraId="1E1F4FA7" w14:textId="00E29B2B" w:rsidR="006B51E3" w:rsidRPr="00D45431" w:rsidRDefault="004243EF" w:rsidP="004243EF">
      <w:pPr>
        <w:rPr>
          <w:rFonts w:ascii="Calibri" w:eastAsia="Calibri" w:hAnsi="Calibri" w:cs="Calibri"/>
          <w:color w:val="1F2933"/>
        </w:rPr>
      </w:pPr>
      <w:r>
        <w:rPr>
          <w:rFonts w:ascii="Calibri" w:eastAsia="Calibri" w:hAnsi="Calibri" w:cs="Calibri"/>
          <w:color w:val="1F2933"/>
        </w:rPr>
        <w:t xml:space="preserve">The first two clicks set the endpoints of one side. The third point completes an adjacent side. The rest of the figure is determined (by symmetry) by those three choices.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03"/>
      </w:tblGrid>
      <w:tr w:rsidR="00E52B2E" w14:paraId="784C6F57" w14:textId="77777777" w:rsidTr="00F56D5F">
        <w:tc>
          <w:tcPr>
            <w:tcW w:w="9360" w:type="dxa"/>
            <w:tcBorders>
              <w:top w:val="single" w:sz="12" w:space="0" w:color="2E5B9C"/>
              <w:left w:val="single" w:sz="24" w:space="0" w:color="2E5B9C"/>
              <w:bottom w:val="single" w:sz="12" w:space="0" w:color="2E5B9C"/>
              <w:right w:val="single" w:sz="12" w:space="0" w:color="2E5B9C"/>
            </w:tcBorders>
            <w:shd w:val="clear" w:color="auto" w:fill="E8F0FA"/>
            <w:tcMar>
              <w:top w:w="80" w:type="dxa"/>
              <w:left w:w="120" w:type="dxa"/>
              <w:bottom w:w="80" w:type="dxa"/>
              <w:right w:w="120" w:type="dxa"/>
            </w:tcMar>
          </w:tcPr>
          <w:p w14:paraId="03217EDD" w14:textId="25ECE7BE" w:rsidR="00E52B2E" w:rsidRDefault="00471A96" w:rsidP="00F56D5F">
            <w:pPr>
              <w:spacing w:after="60"/>
            </w:pPr>
            <w:r>
              <w:rPr>
                <w:rFonts w:ascii="Calibri" w:eastAsia="Calibri" w:hAnsi="Calibri" w:cs="Calibri"/>
                <w:b/>
                <w:bCs/>
                <w:color w:val="2E5B9C"/>
                <w:sz w:val="20"/>
                <w:szCs w:val="20"/>
              </w:rPr>
              <w:t>T</w:t>
            </w:r>
            <w:r w:rsidR="00E52B2E">
              <w:rPr>
                <w:rFonts w:ascii="Calibri" w:eastAsia="Calibri" w:hAnsi="Calibri" w:cs="Calibri"/>
                <w:b/>
                <w:bCs/>
                <w:color w:val="2E5B9C"/>
                <w:sz w:val="20"/>
                <w:szCs w:val="20"/>
              </w:rPr>
              <w:t xml:space="preserve">ip — Constraints </w:t>
            </w:r>
            <w:r w:rsidR="00AB765D">
              <w:rPr>
                <w:rFonts w:ascii="Calibri" w:eastAsia="Calibri" w:hAnsi="Calibri" w:cs="Calibri"/>
                <w:b/>
                <w:bCs/>
                <w:color w:val="2E5B9C"/>
                <w:sz w:val="20"/>
                <w:szCs w:val="20"/>
              </w:rPr>
              <w:t>are better than</w:t>
            </w:r>
            <w:r w:rsidR="00E52B2E">
              <w:rPr>
                <w:rFonts w:ascii="Calibri" w:eastAsia="Calibri" w:hAnsi="Calibri" w:cs="Calibri"/>
                <w:b/>
                <w:bCs/>
                <w:color w:val="2E5B9C"/>
                <w:sz w:val="20"/>
                <w:szCs w:val="20"/>
              </w:rPr>
              <w:t xml:space="preserve"> freehand</w:t>
            </w:r>
          </w:p>
          <w:p w14:paraId="370C9211" w14:textId="6EBE734F" w:rsidR="00E52B2E" w:rsidRDefault="00E52B2E" w:rsidP="00F56D5F">
            <w:pPr>
              <w:spacing w:after="40"/>
            </w:pPr>
            <w:r>
              <w:rPr>
                <w:rFonts w:ascii="Calibri" w:eastAsia="Calibri" w:hAnsi="Calibri" w:cs="Calibri"/>
                <w:color w:val="1F2933"/>
                <w:sz w:val="20"/>
                <w:szCs w:val="20"/>
              </w:rPr>
              <w:t xml:space="preserve">If the proof needs a parallelogram, use the Parallelogram tool instead of four </w:t>
            </w:r>
            <w:r w:rsidR="00AB765D">
              <w:rPr>
                <w:rFonts w:ascii="Calibri" w:eastAsia="Calibri" w:hAnsi="Calibri" w:cs="Calibri"/>
                <w:color w:val="1F2933"/>
                <w:sz w:val="20"/>
                <w:szCs w:val="20"/>
              </w:rPr>
              <w:t>drawn</w:t>
            </w:r>
            <w:r>
              <w:rPr>
                <w:rFonts w:ascii="Calibri" w:eastAsia="Calibri" w:hAnsi="Calibri" w:cs="Calibri"/>
                <w:color w:val="1F2933"/>
                <w:sz w:val="20"/>
                <w:szCs w:val="20"/>
              </w:rPr>
              <w:t xml:space="preserve"> segments. The figure stays a parallelogram </w:t>
            </w:r>
            <w:r w:rsidR="00AB765D">
              <w:rPr>
                <w:rFonts w:ascii="Calibri" w:eastAsia="Calibri" w:hAnsi="Calibri" w:cs="Calibri"/>
                <w:color w:val="1F2933"/>
                <w:sz w:val="20"/>
                <w:szCs w:val="20"/>
              </w:rPr>
              <w:t>and will better represent the relationships being explored</w:t>
            </w:r>
            <w:r>
              <w:rPr>
                <w:rFonts w:ascii="Calibri" w:eastAsia="Calibri" w:hAnsi="Calibri" w:cs="Calibri"/>
                <w:color w:val="1F2933"/>
                <w:sz w:val="20"/>
                <w:szCs w:val="20"/>
              </w:rPr>
              <w:t>.</w:t>
            </w:r>
          </w:p>
        </w:tc>
      </w:tr>
    </w:tbl>
    <w:p w14:paraId="2758534B" w14:textId="539C7196" w:rsidR="00E52B2E" w:rsidRPr="00D45431" w:rsidRDefault="00D45431" w:rsidP="00E52B2E">
      <w:pPr>
        <w:pStyle w:val="Heading1"/>
        <w:spacing w:before="360" w:after="160"/>
        <w:rPr>
          <w:rFonts w:ascii="Calibri" w:eastAsia="Calibri" w:hAnsi="Calibri" w:cs="Calibri"/>
          <w:color w:val="2E5B9C"/>
        </w:rPr>
      </w:pPr>
      <w:r w:rsidRPr="00D45431">
        <w:rPr>
          <w:rFonts w:ascii="Calibri" w:eastAsia="Calibri" w:hAnsi="Calibri" w:cs="Calibri"/>
          <w:color w:val="2E5B9C"/>
        </w:rPr>
        <w:lastRenderedPageBreak/>
        <w:t>Construction</w:t>
      </w:r>
      <w:r w:rsidR="00E52B2E" w:rsidRPr="00D45431">
        <w:rPr>
          <w:rFonts w:ascii="Calibri" w:eastAsia="Calibri" w:hAnsi="Calibri" w:cs="Calibri"/>
          <w:color w:val="2E5B9C"/>
        </w:rPr>
        <w:t xml:space="preserve"> </w:t>
      </w:r>
      <w:r w:rsidR="007168A0" w:rsidRPr="00D45431">
        <w:rPr>
          <w:rFonts w:ascii="Calibri" w:eastAsia="Calibri" w:hAnsi="Calibri" w:cs="Calibri"/>
          <w:color w:val="2E5B9C"/>
        </w:rPr>
        <w:t>T</w:t>
      </w:r>
      <w:r w:rsidR="00E52B2E" w:rsidRPr="00D45431">
        <w:rPr>
          <w:rFonts w:ascii="Calibri" w:eastAsia="Calibri" w:hAnsi="Calibri" w:cs="Calibri"/>
          <w:color w:val="2E5B9C"/>
        </w:rPr>
        <w:t>ools</w:t>
      </w:r>
      <w:r w:rsidRPr="00D45431">
        <w:rPr>
          <w:rFonts w:ascii="Calibri" w:eastAsia="Calibri" w:hAnsi="Calibri" w:cs="Calibri"/>
          <w:color w:val="2E5B9C"/>
        </w:rPr>
        <w:t xml:space="preserve"> (CONSTRUCT)</w:t>
      </w:r>
    </w:p>
    <w:p w14:paraId="2BC8131C" w14:textId="39085AAC" w:rsidR="00D45431" w:rsidRDefault="00D45431" w:rsidP="00D45431">
      <w:r w:rsidRPr="00D45431">
        <w:rPr>
          <w:noProof/>
        </w:rPr>
        <w:drawing>
          <wp:inline distT="0" distB="0" distL="0" distR="0" wp14:anchorId="108B4909" wp14:editId="4CADC8D3">
            <wp:extent cx="1874520" cy="525625"/>
            <wp:effectExtent l="0" t="0" r="0" b="0"/>
            <wp:docPr id="11986561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8656107" name="Picture 1"/>
                    <pic:cNvPicPr/>
                  </pic:nvPicPr>
                  <pic:blipFill>
                    <a:blip r:embed="rId41"/>
                    <a:stretch>
                      <a:fillRect/>
                    </a:stretch>
                  </pic:blipFill>
                  <pic:spPr>
                    <a:xfrm>
                      <a:off x="0" y="0"/>
                      <a:ext cx="1874520" cy="525625"/>
                    </a:xfrm>
                    <a:prstGeom prst="rect">
                      <a:avLst/>
                    </a:prstGeom>
                  </pic:spPr>
                </pic:pic>
              </a:graphicData>
            </a:graphic>
          </wp:inline>
        </w:drawing>
      </w:r>
    </w:p>
    <w:p w14:paraId="418148D1" w14:textId="3B29B2E9" w:rsidR="00D45431" w:rsidRDefault="00D45431" w:rsidP="00D45431">
      <w:pPr>
        <w:pStyle w:val="Heading2"/>
        <w:spacing w:before="240" w:after="160"/>
        <w:rPr>
          <w:rFonts w:ascii="Calibri" w:eastAsia="Calibri" w:hAnsi="Calibri" w:cs="Calibri"/>
          <w:color w:val="2E5B9C"/>
        </w:rPr>
      </w:pPr>
      <w:r>
        <w:rPr>
          <w:rFonts w:ascii="Calibri" w:eastAsia="Calibri" w:hAnsi="Calibri" w:cs="Calibri"/>
          <w:color w:val="2E5B9C"/>
        </w:rPr>
        <w:t>Midpoint</w:t>
      </w:r>
    </w:p>
    <w:p w14:paraId="17D35AF6" w14:textId="073FCCE6" w:rsidR="00D45431" w:rsidRDefault="00D45431" w:rsidP="00D45431">
      <w:pPr>
        <w:rPr>
          <w:rFonts w:ascii="Calibri" w:eastAsia="Calibri" w:hAnsi="Calibri" w:cs="Calibri"/>
          <w:color w:val="1F2933"/>
        </w:rPr>
      </w:pPr>
      <w:r>
        <w:rPr>
          <w:rFonts w:ascii="Calibri" w:eastAsia="Calibri" w:hAnsi="Calibri" w:cs="Calibri"/>
          <w:color w:val="1F2933"/>
        </w:rPr>
        <w:t xml:space="preserve">Click on a segment to add its midpoint. If you hover </w:t>
      </w:r>
      <w:r w:rsidR="00802C9C">
        <w:rPr>
          <w:rFonts w:ascii="Calibri" w:eastAsia="Calibri" w:hAnsi="Calibri" w:cs="Calibri"/>
          <w:color w:val="1F2933"/>
        </w:rPr>
        <w:t>near</w:t>
      </w:r>
      <w:r>
        <w:rPr>
          <w:rFonts w:ascii="Calibri" w:eastAsia="Calibri" w:hAnsi="Calibri" w:cs="Calibri"/>
          <w:color w:val="1F2933"/>
        </w:rPr>
        <w:t xml:space="preserve"> a trisection point, that </w:t>
      </w:r>
      <w:r w:rsidR="00802C9C">
        <w:rPr>
          <w:rFonts w:ascii="Calibri" w:eastAsia="Calibri" w:hAnsi="Calibri" w:cs="Calibri"/>
          <w:color w:val="1F2933"/>
        </w:rPr>
        <w:t xml:space="preserve">point </w:t>
      </w:r>
      <w:r>
        <w:rPr>
          <w:rFonts w:ascii="Calibri" w:eastAsia="Calibri" w:hAnsi="Calibri" w:cs="Calibri"/>
          <w:color w:val="1F2933"/>
        </w:rPr>
        <w:t xml:space="preserve">will be added. </w:t>
      </w:r>
    </w:p>
    <w:p w14:paraId="6BA0DB1E" w14:textId="1FB75B71" w:rsidR="00D45431" w:rsidRDefault="00D45431" w:rsidP="00D45431">
      <w:pPr>
        <w:pStyle w:val="Heading2"/>
        <w:spacing w:before="240" w:after="160"/>
        <w:rPr>
          <w:rFonts w:ascii="Calibri" w:eastAsia="Calibri" w:hAnsi="Calibri" w:cs="Calibri"/>
          <w:color w:val="2E5B9C"/>
        </w:rPr>
      </w:pPr>
      <w:r>
        <w:rPr>
          <w:rFonts w:ascii="Calibri" w:eastAsia="Calibri" w:hAnsi="Calibri" w:cs="Calibri"/>
          <w:color w:val="2E5B9C"/>
        </w:rPr>
        <w:t>Altitude</w:t>
      </w:r>
    </w:p>
    <w:p w14:paraId="15031140" w14:textId="6C05D321" w:rsidR="00D45431" w:rsidRDefault="00D45431" w:rsidP="00D45431">
      <w:pPr>
        <w:rPr>
          <w:rFonts w:ascii="Calibri" w:eastAsia="Calibri" w:hAnsi="Calibri" w:cs="Calibri"/>
          <w:color w:val="1F2933"/>
        </w:rPr>
      </w:pPr>
      <w:r>
        <w:rPr>
          <w:rFonts w:ascii="Calibri" w:eastAsia="Calibri" w:hAnsi="Calibri" w:cs="Calibri"/>
          <w:color w:val="1F2933"/>
        </w:rPr>
        <w:t xml:space="preserve">Click on a vertex and then a segment, ray, or line to construct the segment from the vertex perpendicular to the chosen figure. </w:t>
      </w:r>
      <w:r w:rsidR="00802C9C">
        <w:rPr>
          <w:rFonts w:ascii="Calibri" w:eastAsia="Calibri" w:hAnsi="Calibri" w:cs="Calibri"/>
          <w:color w:val="1F2933"/>
        </w:rPr>
        <w:t>Depending on the location, the perpendicular may meet the extension of a segment rather than its visible portion.</w:t>
      </w:r>
      <w:r>
        <w:rPr>
          <w:rFonts w:ascii="Calibri" w:eastAsia="Calibri" w:hAnsi="Calibri" w:cs="Calibri"/>
          <w:color w:val="1F2933"/>
        </w:rPr>
        <w:t xml:space="preserve"> </w:t>
      </w:r>
    </w:p>
    <w:p w14:paraId="583BC921" w14:textId="3056D75E" w:rsidR="00D45431" w:rsidRDefault="00D45431" w:rsidP="00D45431">
      <w:pPr>
        <w:pStyle w:val="Heading2"/>
        <w:spacing w:before="240" w:after="160"/>
        <w:rPr>
          <w:rFonts w:ascii="Calibri" w:eastAsia="Calibri" w:hAnsi="Calibri" w:cs="Calibri"/>
          <w:color w:val="2E5B9C"/>
        </w:rPr>
      </w:pPr>
      <w:r>
        <w:rPr>
          <w:rFonts w:ascii="Calibri" w:eastAsia="Calibri" w:hAnsi="Calibri" w:cs="Calibri"/>
          <w:color w:val="2E5B9C"/>
        </w:rPr>
        <w:t>Parallel</w:t>
      </w:r>
    </w:p>
    <w:p w14:paraId="089FD0FB" w14:textId="0E90EF44" w:rsidR="00D45431" w:rsidRDefault="001C21A7" w:rsidP="001C21A7">
      <w:pPr>
        <w:rPr>
          <w:rFonts w:ascii="Calibri" w:eastAsia="Calibri" w:hAnsi="Calibri" w:cs="Calibri"/>
          <w:color w:val="1F2933"/>
        </w:rPr>
      </w:pPr>
      <w:r>
        <w:rPr>
          <w:rFonts w:ascii="Calibri" w:eastAsia="Calibri" w:hAnsi="Calibri" w:cs="Calibri"/>
          <w:noProof/>
          <w:color w:val="2E5B9C"/>
        </w:rPr>
        <mc:AlternateContent>
          <mc:Choice Requires="wpg">
            <w:drawing>
              <wp:anchor distT="0" distB="0" distL="114300" distR="114300" simplePos="0" relativeHeight="251667456" behindDoc="1" locked="0" layoutInCell="1" allowOverlap="1" wp14:anchorId="5F45D40F" wp14:editId="00217EA1">
                <wp:simplePos x="0" y="0"/>
                <wp:positionH relativeFrom="column">
                  <wp:posOffset>5336540</wp:posOffset>
                </wp:positionH>
                <wp:positionV relativeFrom="paragraph">
                  <wp:posOffset>9525</wp:posOffset>
                </wp:positionV>
                <wp:extent cx="661840" cy="576072"/>
                <wp:effectExtent l="0" t="0" r="11430" b="0"/>
                <wp:wrapTight wrapText="bothSides">
                  <wp:wrapPolygon edited="0">
                    <wp:start x="0" y="0"/>
                    <wp:lineTo x="0" y="20957"/>
                    <wp:lineTo x="21559" y="20957"/>
                    <wp:lineTo x="21559" y="0"/>
                    <wp:lineTo x="0" y="0"/>
                  </wp:wrapPolygon>
                </wp:wrapTight>
                <wp:docPr id="271915170" name="Group 1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661840" cy="576072"/>
                          <a:chOff x="0" y="0"/>
                          <a:chExt cx="882015" cy="767715"/>
                        </a:xfrm>
                      </wpg:grpSpPr>
                      <pic:pic xmlns:pic="http://schemas.openxmlformats.org/drawingml/2006/picture">
                        <pic:nvPicPr>
                          <pic:cNvPr id="1634266069" name="Picture 1"/>
                          <pic:cNvPicPr>
                            <a:picLocks noChangeAspect="1"/>
                          </pic:cNvPicPr>
                        </pic:nvPicPr>
                        <pic:blipFill>
                          <a:blip r:embed="rId42"/>
                          <a:stretch>
                            <a:fillRect/>
                          </a:stretch>
                        </pic:blipFill>
                        <pic:spPr>
                          <a:xfrm>
                            <a:off x="0" y="0"/>
                            <a:ext cx="882015" cy="767715"/>
                          </a:xfrm>
                          <a:prstGeom prst="rect">
                            <a:avLst/>
                          </a:prstGeom>
                        </pic:spPr>
                      </pic:pic>
                      <wps:wsp>
                        <wps:cNvPr id="1686271158" name="Rectangle 16"/>
                        <wps:cNvSpPr/>
                        <wps:spPr>
                          <a:xfrm>
                            <a:off x="304800" y="10160"/>
                            <a:ext cx="568960" cy="309880"/>
                          </a:xfrm>
                          <a:prstGeom prst="rect">
                            <a:avLst/>
                          </a:prstGeom>
                          <a:solidFill>
                            <a:schemeClr val="bg1"/>
                          </a:solidFill>
                          <a:ln>
                            <a:solidFill>
                              <a:schemeClr val="bg1"/>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84E9D45" id="Group 19" o:spid="_x0000_s1026" style="position:absolute;margin-left:420.2pt;margin-top:.75pt;width:52.1pt;height:45.35pt;z-index:-251649024;mso-width-relative:margin;mso-height-relative:margin" coordsize="8820,767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">
                <o:lock v:ext="edit" aspectratio="t"/>
                <v:shape id="Picture 1" o:spid="_x0000_s1027" type="#_x0000_t75" style="position:absolute;width:8820;height:767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">
                  <v:imagedata r:id="rId43" o:title=""/>
                </v:shape>
                <v:rect id="Rectangle 16" o:spid="_x0000_s1028" style="position:absolute;left:3048;top:101;width:5689;height:3099;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" fillcolor="white [3212]" strokecolor="white [3212]"/>
                <w10:wrap type="tight"/>
              </v:group>
            </w:pict>
          </mc:Fallback>
        </mc:AlternateContent>
      </w:r>
      <w:r>
        <w:rPr>
          <w:rFonts w:ascii="Calibri" w:eastAsia="Calibri" w:hAnsi="Calibri" w:cs="Calibri"/>
          <w:color w:val="1F2933"/>
        </w:rPr>
        <w:t xml:space="preserve">From the drop-down menu, choose whether you want your constructed figure to be a segment or a line. </w:t>
      </w:r>
      <w:r w:rsidR="00D45431">
        <w:rPr>
          <w:rFonts w:ascii="Calibri" w:eastAsia="Calibri" w:hAnsi="Calibri" w:cs="Calibri"/>
          <w:color w:val="1F2933"/>
        </w:rPr>
        <w:t>Click on a segment</w:t>
      </w:r>
      <w:r>
        <w:rPr>
          <w:rFonts w:ascii="Calibri" w:eastAsia="Calibri" w:hAnsi="Calibri" w:cs="Calibri"/>
          <w:color w:val="1F2933"/>
        </w:rPr>
        <w:t xml:space="preserve"> and then the point you want the parallel line to pass through. If you have constructed a segment, you can adjust the endpoints. If you want to switch between a line or segment, use the selection tool to choose the new figure and use the menu at the bottom of the canvas to change between the two options</w:t>
      </w:r>
      <w:r w:rsidR="00D45431">
        <w:rPr>
          <w:rFonts w:ascii="Calibri" w:eastAsia="Calibri" w:hAnsi="Calibri" w:cs="Calibri"/>
          <w:color w:val="1F2933"/>
        </w:rPr>
        <w:t xml:space="preserve">. </w:t>
      </w:r>
      <w:r w:rsidRPr="001C21A7">
        <w:rPr>
          <w:rFonts w:ascii="Calibri" w:eastAsia="Calibri" w:hAnsi="Calibri" w:cs="Calibri"/>
          <w:b/>
          <w:bCs/>
          <w:color w:val="1F2933"/>
        </w:rPr>
        <w:t>Tip:</w:t>
      </w:r>
      <w:r>
        <w:rPr>
          <w:rFonts w:ascii="Calibri" w:eastAsia="Calibri" w:hAnsi="Calibri" w:cs="Calibri"/>
          <w:color w:val="1F2933"/>
        </w:rPr>
        <w:t xml:space="preserve"> if your diagram has a segment that you have drawn or that is part of a polygon and you want a line in its place, you can use the parallel tool choosing Line, clicking on the segment, and then one of its endpoints. </w:t>
      </w:r>
    </w:p>
    <w:p w14:paraId="3CBF8CCD" w14:textId="38228067" w:rsidR="00D45431" w:rsidRDefault="00D45431" w:rsidP="00D45431">
      <w:pPr>
        <w:pStyle w:val="Heading2"/>
        <w:spacing w:before="240" w:after="160"/>
        <w:rPr>
          <w:rFonts w:ascii="Calibri" w:eastAsia="Calibri" w:hAnsi="Calibri" w:cs="Calibri"/>
          <w:color w:val="2E5B9C"/>
        </w:rPr>
      </w:pPr>
      <w:r>
        <w:rPr>
          <w:rFonts w:ascii="Calibri" w:eastAsia="Calibri" w:hAnsi="Calibri" w:cs="Calibri"/>
          <w:color w:val="2E5B9C"/>
        </w:rPr>
        <w:t>Perp</w:t>
      </w:r>
      <w:r w:rsidRPr="00D45431">
        <w:rPr>
          <w:rFonts w:ascii="Calibri" w:eastAsia="Calibri" w:hAnsi="Calibri" w:cs="Calibri"/>
          <w:b w:val="0"/>
          <w:bCs w:val="0"/>
          <w:color w:val="2E5B9C"/>
        </w:rPr>
        <w:t>endicular</w:t>
      </w:r>
      <w:r w:rsidRPr="00D45431">
        <w:rPr>
          <w:noProof/>
        </w:rPr>
        <w:t xml:space="preserve"> </w:t>
      </w:r>
    </w:p>
    <w:p w14:paraId="1B89664C" w14:textId="1EA4B4CE" w:rsidR="00D45431" w:rsidRDefault="001C21A7" w:rsidP="00D45431">
      <w:pPr>
        <w:rPr>
          <w:rFonts w:ascii="Calibri" w:eastAsia="Calibri" w:hAnsi="Calibri" w:cs="Calibri"/>
          <w:color w:val="1F2933"/>
        </w:rPr>
      </w:pPr>
      <w:r>
        <w:rPr>
          <w:rFonts w:ascii="Calibri" w:eastAsia="Calibri" w:hAnsi="Calibri" w:cs="Calibri"/>
          <w:noProof/>
          <w:color w:val="2E5B9C"/>
        </w:rPr>
        <mc:AlternateContent>
          <mc:Choice Requires="wpg">
            <w:drawing>
              <wp:anchor distT="0" distB="0" distL="114300" distR="114300" simplePos="0" relativeHeight="251664384" behindDoc="1" locked="0" layoutInCell="1" allowOverlap="1" wp14:anchorId="7FE05F9E" wp14:editId="38B48365">
                <wp:simplePos x="0" y="0"/>
                <wp:positionH relativeFrom="column">
                  <wp:posOffset>5337810</wp:posOffset>
                </wp:positionH>
                <wp:positionV relativeFrom="paragraph">
                  <wp:posOffset>22860</wp:posOffset>
                </wp:positionV>
                <wp:extent cx="643800" cy="566928"/>
                <wp:effectExtent l="0" t="0" r="4445" b="5080"/>
                <wp:wrapTight wrapText="bothSides">
                  <wp:wrapPolygon edited="0">
                    <wp:start x="0" y="0"/>
                    <wp:lineTo x="0" y="21309"/>
                    <wp:lineTo x="21323" y="21309"/>
                    <wp:lineTo x="21323" y="0"/>
                    <wp:lineTo x="0" y="0"/>
                  </wp:wrapPolygon>
                </wp:wrapTight>
                <wp:docPr id="1357586315" name="Group 18"/>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643800" cy="566928"/>
                          <a:chOff x="0" y="0"/>
                          <a:chExt cx="850900" cy="749300"/>
                        </a:xfrm>
                      </wpg:grpSpPr>
                      <pic:pic xmlns:pic="http://schemas.openxmlformats.org/drawingml/2006/picture">
                        <pic:nvPicPr>
                          <pic:cNvPr id="1906988426" name="Picture 1"/>
                          <pic:cNvPicPr>
                            <a:picLocks noChangeAspect="1"/>
                          </pic:cNvPicPr>
                        </pic:nvPicPr>
                        <pic:blipFill>
                          <a:blip r:embed="rId44"/>
                          <a:stretch>
                            <a:fillRect/>
                          </a:stretch>
                        </pic:blipFill>
                        <pic:spPr>
                          <a:xfrm>
                            <a:off x="0" y="0"/>
                            <a:ext cx="850900" cy="749300"/>
                          </a:xfrm>
                          <a:prstGeom prst="rect">
                            <a:avLst/>
                          </a:prstGeom>
                        </pic:spPr>
                      </pic:pic>
                      <wps:wsp>
                        <wps:cNvPr id="1938991321" name="Rectangle 16"/>
                        <wps:cNvSpPr>
                          <a:spLocks noChangeAspect="1"/>
                        </wps:cNvSpPr>
                        <wps:spPr>
                          <a:xfrm>
                            <a:off x="279400" y="0"/>
                            <a:ext cx="568960" cy="309880"/>
                          </a:xfrm>
                          <a:prstGeom prst="rect">
                            <a:avLst/>
                          </a:prstGeom>
                          <a:solidFill>
                            <a:schemeClr val="bg1"/>
                          </a:solidFill>
                          <a:ln>
                            <a:solidFill>
                              <a:schemeClr val="bg1"/>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71EDC67" id="Group 18" o:spid="_x0000_s1026" style="position:absolute;margin-left:420.3pt;margin-top:1.8pt;width:50.7pt;height:44.65pt;z-index:-251652096;mso-width-relative:margin;mso-height-relative:margin" coordsize="8509,7493"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">
                <o:lock v:ext="edit" aspectratio="t"/>
                <v:shape id="Picture 1" o:spid="_x0000_s1027" type="#_x0000_t75" style="position:absolute;width:8509;height:749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">
                  <v:imagedata r:id="rId45" o:title=""/>
                </v:shape>
                <v:rect id="Rectangle 16" o:spid="_x0000_s1028" style="position:absolute;left:2794;width:5689;height:309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" fillcolor="white [3212]" strokecolor="white [3212]">
                  <v:path arrowok="t"/>
                  <o:lock v:ext="edit" aspectratio="t"/>
                </v:rect>
                <w10:wrap type="tight"/>
              </v:group>
            </w:pict>
          </mc:Fallback>
        </mc:AlternateContent>
      </w:r>
      <w:r>
        <w:rPr>
          <w:rFonts w:ascii="Calibri" w:eastAsia="Calibri" w:hAnsi="Calibri" w:cs="Calibri"/>
          <w:color w:val="1F2933"/>
        </w:rPr>
        <w:t>From the drop-down menu, choose whether you want your constructed figure to be a segment or a line. Click on a segment and then the point you want the perpendicular to pass through. If you have constructed a segment, you can adjust the endpoints. If you want to switch between a line or segment, use the selection tool to choose the new figure and use the menu at the bottom of the canvas to change between the two options.</w:t>
      </w:r>
    </w:p>
    <w:p w14:paraId="5C46F0B7" w14:textId="64A90E06" w:rsidR="00D45431" w:rsidRDefault="00D45431" w:rsidP="00D45431">
      <w:pPr>
        <w:pStyle w:val="Heading2"/>
        <w:spacing w:before="240" w:after="160"/>
        <w:rPr>
          <w:rFonts w:ascii="Calibri" w:eastAsia="Calibri" w:hAnsi="Calibri" w:cs="Calibri"/>
          <w:color w:val="2E5B9C"/>
        </w:rPr>
      </w:pPr>
      <w:r>
        <w:rPr>
          <w:rFonts w:ascii="Calibri" w:eastAsia="Calibri" w:hAnsi="Calibri" w:cs="Calibri"/>
          <w:b w:val="0"/>
          <w:bCs w:val="0"/>
          <w:noProof/>
          <w:color w:val="2E5B9C"/>
        </w:rPr>
        <mc:AlternateContent>
          <mc:Choice Requires="wpg">
            <w:drawing>
              <wp:anchor distT="0" distB="0" distL="114300" distR="114300" simplePos="0" relativeHeight="251661312" behindDoc="1" locked="0" layoutInCell="1" allowOverlap="1" wp14:anchorId="6E31C691" wp14:editId="54C8DC33">
                <wp:simplePos x="0" y="0"/>
                <wp:positionH relativeFrom="column">
                  <wp:posOffset>5339080</wp:posOffset>
                </wp:positionH>
                <wp:positionV relativeFrom="paragraph">
                  <wp:posOffset>123825</wp:posOffset>
                </wp:positionV>
                <wp:extent cx="656640" cy="548640"/>
                <wp:effectExtent l="0" t="0" r="16510" b="0"/>
                <wp:wrapTight wrapText="bothSides">
                  <wp:wrapPolygon edited="0">
                    <wp:start x="0" y="0"/>
                    <wp:lineTo x="0" y="21000"/>
                    <wp:lineTo x="20890" y="21000"/>
                    <wp:lineTo x="21725" y="9500"/>
                    <wp:lineTo x="21725" y="0"/>
                    <wp:lineTo x="0" y="0"/>
                  </wp:wrapPolygon>
                </wp:wrapTight>
                <wp:docPr id="1757690309" name="Group 17"/>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656640" cy="548640"/>
                          <a:chOff x="0" y="0"/>
                          <a:chExt cx="868680" cy="725805"/>
                        </a:xfrm>
                      </wpg:grpSpPr>
                      <pic:pic xmlns:pic="http://schemas.openxmlformats.org/drawingml/2006/picture">
                        <pic:nvPicPr>
                          <pic:cNvPr id="1072989841" name="Picture 1"/>
                          <pic:cNvPicPr>
                            <a:picLocks noChangeAspect="1"/>
                          </pic:cNvPicPr>
                        </pic:nvPicPr>
                        <pic:blipFill>
                          <a:blip r:embed="rId46"/>
                          <a:stretch>
                            <a:fillRect/>
                          </a:stretch>
                        </pic:blipFill>
                        <pic:spPr>
                          <a:xfrm>
                            <a:off x="0" y="0"/>
                            <a:ext cx="822960" cy="725805"/>
                          </a:xfrm>
                          <a:prstGeom prst="rect">
                            <a:avLst/>
                          </a:prstGeom>
                        </pic:spPr>
                      </pic:pic>
                      <wps:wsp>
                        <wps:cNvPr id="1897543945" name="Rectangle 16"/>
                        <wps:cNvSpPr/>
                        <wps:spPr>
                          <a:xfrm>
                            <a:off x="299720" y="0"/>
                            <a:ext cx="568960" cy="309880"/>
                          </a:xfrm>
                          <a:prstGeom prst="rect">
                            <a:avLst/>
                          </a:prstGeom>
                          <a:solidFill>
                            <a:schemeClr val="bg1"/>
                          </a:solidFill>
                          <a:ln>
                            <a:solidFill>
                              <a:schemeClr val="bg1"/>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10D4221" id="Group 17" o:spid="_x0000_s1026" style="position:absolute;margin-left:420.4pt;margin-top:9.75pt;width:51.7pt;height:43.2pt;z-index:-251655168;mso-width-relative:margin;mso-height-relative:margin" coordsize="8686,725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">
                <o:lock v:ext="edit" aspectratio="t"/>
                <v:shape id="Picture 1" o:spid="_x0000_s1027" type="#_x0000_t75" style="position:absolute;width:8229;height:725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">
                  <v:imagedata r:id="rId47" o:title=""/>
                </v:shape>
                <v:rect id="Rectangle 16" o:spid="_x0000_s1028" style="position:absolute;left:2997;width:5689;height:309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" fillcolor="white [3212]" strokecolor="white [3212]"/>
                <w10:wrap type="tight"/>
              </v:group>
            </w:pict>
          </mc:Fallback>
        </mc:AlternateContent>
      </w:r>
      <w:r w:rsidRPr="00D45431">
        <w:rPr>
          <w:rFonts w:ascii="Calibri" w:eastAsia="Calibri" w:hAnsi="Calibri" w:cs="Calibri"/>
          <w:b w:val="0"/>
          <w:bCs w:val="0"/>
          <w:color w:val="2E5B9C"/>
        </w:rPr>
        <w:t xml:space="preserve">Angle </w:t>
      </w:r>
      <w:r>
        <w:rPr>
          <w:rFonts w:ascii="Calibri" w:eastAsia="Calibri" w:hAnsi="Calibri" w:cs="Calibri"/>
          <w:color w:val="2E5B9C"/>
        </w:rPr>
        <w:t>Bisect</w:t>
      </w:r>
      <w:r w:rsidRPr="00D45431">
        <w:rPr>
          <w:rFonts w:ascii="Calibri" w:eastAsia="Calibri" w:hAnsi="Calibri" w:cs="Calibri"/>
          <w:b w:val="0"/>
          <w:bCs w:val="0"/>
          <w:color w:val="2E5B9C"/>
        </w:rPr>
        <w:t>or</w:t>
      </w:r>
      <w:r w:rsidRPr="00D45431">
        <w:rPr>
          <w:noProof/>
        </w:rPr>
        <w:t xml:space="preserve"> </w:t>
      </w:r>
    </w:p>
    <w:p w14:paraId="288D7D24" w14:textId="22D70375" w:rsidR="00D45431" w:rsidRDefault="00D45431" w:rsidP="00D45431">
      <w:pPr>
        <w:rPr>
          <w:rFonts w:ascii="Calibri" w:eastAsia="Calibri" w:hAnsi="Calibri" w:cs="Calibri"/>
          <w:color w:val="1F2933"/>
        </w:rPr>
      </w:pPr>
      <w:r>
        <w:rPr>
          <w:rFonts w:ascii="Calibri" w:eastAsia="Calibri" w:hAnsi="Calibri" w:cs="Calibri"/>
          <w:color w:val="1F2933"/>
        </w:rPr>
        <w:t xml:space="preserve">Click on a </w:t>
      </w:r>
      <w:r w:rsidR="001C21A7">
        <w:rPr>
          <w:rFonts w:ascii="Calibri" w:eastAsia="Calibri" w:hAnsi="Calibri" w:cs="Calibri"/>
          <w:color w:val="1F2933"/>
        </w:rPr>
        <w:t>point or side for one ray of the angle to be bisected, then the vertex of the angle, and then a point or side of the other ray</w:t>
      </w:r>
      <w:r>
        <w:rPr>
          <w:rFonts w:ascii="Calibri" w:eastAsia="Calibri" w:hAnsi="Calibri" w:cs="Calibri"/>
          <w:color w:val="1F2933"/>
        </w:rPr>
        <w:t xml:space="preserve">. </w:t>
      </w:r>
      <w:r w:rsidR="001C21A7">
        <w:rPr>
          <w:rFonts w:ascii="Calibri" w:eastAsia="Calibri" w:hAnsi="Calibri" w:cs="Calibri"/>
          <w:color w:val="1F2933"/>
        </w:rPr>
        <w:t>Lastly, click again to determine the endpoint of the bisector if it is a segment or a point on the ray</w:t>
      </w:r>
      <w:r>
        <w:rPr>
          <w:rFonts w:ascii="Calibri" w:eastAsia="Calibri" w:hAnsi="Calibri" w:cs="Calibri"/>
          <w:color w:val="1F2933"/>
        </w:rPr>
        <w:t xml:space="preserve">. </w:t>
      </w:r>
    </w:p>
    <w:p w14:paraId="035C5398" w14:textId="2FEC92FB" w:rsidR="00D45431" w:rsidRDefault="00D45431" w:rsidP="00D45431">
      <w:pPr>
        <w:pStyle w:val="Heading2"/>
        <w:spacing w:before="240" w:after="160"/>
        <w:rPr>
          <w:rFonts w:ascii="Calibri" w:eastAsia="Calibri" w:hAnsi="Calibri" w:cs="Calibri"/>
          <w:color w:val="2E5B9C"/>
        </w:rPr>
      </w:pPr>
      <w:r>
        <w:rPr>
          <w:rFonts w:ascii="Calibri" w:eastAsia="Calibri" w:hAnsi="Calibri" w:cs="Calibri"/>
          <w:color w:val="2E5B9C"/>
        </w:rPr>
        <w:t>Tangent</w:t>
      </w:r>
    </w:p>
    <w:p w14:paraId="07FF9A6E" w14:textId="26F35A3A" w:rsidR="00D45431" w:rsidRDefault="00412188" w:rsidP="00D45431">
      <w:pPr>
        <w:rPr>
          <w:rFonts w:ascii="Calibri" w:eastAsia="Calibri" w:hAnsi="Calibri" w:cs="Calibri"/>
          <w:color w:val="1F2933"/>
        </w:rPr>
      </w:pPr>
      <w:r>
        <w:rPr>
          <w:rFonts w:ascii="Calibri" w:eastAsia="Calibri" w:hAnsi="Calibri" w:cs="Calibri"/>
          <w:color w:val="1F2933"/>
        </w:rPr>
        <w:t>Tangents to circles are segments or lines that intersect the circle in just one point (without passing through it). They have the property that they are perpendicular to the radius of the circle to the point of intersection. To construct a tangent, pick a point external to a circle</w:t>
      </w:r>
      <w:r w:rsidR="00D45431">
        <w:rPr>
          <w:rFonts w:ascii="Calibri" w:eastAsia="Calibri" w:hAnsi="Calibri" w:cs="Calibri"/>
          <w:color w:val="1F2933"/>
        </w:rPr>
        <w:t xml:space="preserve">. </w:t>
      </w:r>
      <w:r>
        <w:rPr>
          <w:rFonts w:ascii="Calibri" w:eastAsia="Calibri" w:hAnsi="Calibri" w:cs="Calibri"/>
          <w:color w:val="1F2933"/>
        </w:rPr>
        <w:t>Click on the point first and then near one side of the circle (there are two tangents possible). When you are close to where the tangent would touch the circle, the segment will snap to the circle</w:t>
      </w:r>
      <w:r w:rsidR="00485766">
        <w:rPr>
          <w:rFonts w:ascii="Calibri" w:eastAsia="Calibri" w:hAnsi="Calibri" w:cs="Calibri"/>
          <w:color w:val="1F2933"/>
        </w:rPr>
        <w:t>,</w:t>
      </w:r>
      <w:r>
        <w:rPr>
          <w:rFonts w:ascii="Calibri" w:eastAsia="Calibri" w:hAnsi="Calibri" w:cs="Calibri"/>
          <w:color w:val="1F2933"/>
        </w:rPr>
        <w:t xml:space="preserve"> and you can click to finish the construction. </w:t>
      </w:r>
    </w:p>
    <w:p w14:paraId="7E049F86" w14:textId="31313A90" w:rsidR="007168A0" w:rsidRPr="0069797C" w:rsidRDefault="007168A0" w:rsidP="007168A0">
      <w:pPr>
        <w:pStyle w:val="Heading1"/>
        <w:spacing w:before="360" w:after="160"/>
      </w:pPr>
      <w:r w:rsidRPr="0069797C">
        <w:rPr>
          <w:rFonts w:ascii="Calibri" w:eastAsia="Calibri" w:hAnsi="Calibri" w:cs="Calibri"/>
          <w:color w:val="2E5B9C"/>
        </w:rPr>
        <w:lastRenderedPageBreak/>
        <w:t>Mark</w:t>
      </w:r>
      <w:r w:rsidRPr="0069797C">
        <w:rPr>
          <w:rFonts w:ascii="Calibri" w:eastAsia="Calibri" w:hAnsi="Calibri" w:cs="Calibri"/>
          <w:b w:val="0"/>
          <w:bCs w:val="0"/>
          <w:color w:val="2E5B9C"/>
        </w:rPr>
        <w:t>ing Tools</w:t>
      </w:r>
    </w:p>
    <w:p w14:paraId="27DD96D2" w14:textId="17D838E8" w:rsidR="007168A0" w:rsidRDefault="00B41A61" w:rsidP="00285225">
      <w:pPr>
        <w:spacing w:after="80"/>
      </w:pPr>
      <w:r w:rsidRPr="00B41A61">
        <w:rPr>
          <w:noProof/>
        </w:rPr>
        <w:drawing>
          <wp:inline distT="0" distB="0" distL="0" distR="0" wp14:anchorId="364A886B" wp14:editId="5752D681">
            <wp:extent cx="1367414" cy="530352"/>
            <wp:effectExtent l="0" t="0" r="4445" b="3175"/>
            <wp:docPr id="8060291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6029172" name=""/>
                    <pic:cNvPicPr/>
                  </pic:nvPicPr>
                  <pic:blipFill>
                    <a:blip r:embed="rId48"/>
                    <a:stretch>
                      <a:fillRect/>
                    </a:stretch>
                  </pic:blipFill>
                  <pic:spPr>
                    <a:xfrm>
                      <a:off x="0" y="0"/>
                      <a:ext cx="1367414" cy="530352"/>
                    </a:xfrm>
                    <a:prstGeom prst="rect">
                      <a:avLst/>
                    </a:prstGeom>
                  </pic:spPr>
                </pic:pic>
              </a:graphicData>
            </a:graphic>
          </wp:inline>
        </w:drawing>
      </w:r>
    </w:p>
    <w:p w14:paraId="6926ED9C" w14:textId="6F6A11AB" w:rsidR="003E3D25" w:rsidRPr="003E3D25" w:rsidRDefault="003E3D25" w:rsidP="003E3D25">
      <w:pPr>
        <w:spacing w:after="80"/>
      </w:pPr>
      <w:r>
        <w:rPr>
          <w:rFonts w:ascii="Calibri" w:eastAsia="Calibri" w:hAnsi="Calibri" w:cs="Calibri"/>
          <w:noProof/>
          <w:color w:val="2E5B9C"/>
        </w:rPr>
        <mc:AlternateContent>
          <mc:Choice Requires="wpg">
            <w:drawing>
              <wp:anchor distT="0" distB="0" distL="114300" distR="114300" simplePos="0" relativeHeight="251670528" behindDoc="0" locked="0" layoutInCell="1" allowOverlap="1" wp14:anchorId="7399F231" wp14:editId="20039E2A">
                <wp:simplePos x="0" y="0"/>
                <wp:positionH relativeFrom="column">
                  <wp:posOffset>5354320</wp:posOffset>
                </wp:positionH>
                <wp:positionV relativeFrom="paragraph">
                  <wp:posOffset>770255</wp:posOffset>
                </wp:positionV>
                <wp:extent cx="1051560" cy="914400"/>
                <wp:effectExtent l="0" t="0" r="15240" b="0"/>
                <wp:wrapSquare wrapText="bothSides"/>
                <wp:docPr id="558782337" name="Group 20"/>
                <wp:cNvGraphicFramePr/>
                <a:graphic xmlns:a="http://schemas.openxmlformats.org/drawingml/2006/main">
                  <a:graphicData uri="http://schemas.microsoft.com/office/word/2010/wordprocessingGroup">
                    <wpg:wgp>
                      <wpg:cNvGrpSpPr/>
                      <wpg:grpSpPr>
                        <a:xfrm>
                          <a:off x="0" y="0"/>
                          <a:ext cx="1051560" cy="914400"/>
                          <a:chOff x="0" y="0"/>
                          <a:chExt cx="1051560" cy="914400"/>
                        </a:xfrm>
                      </wpg:grpSpPr>
                      <pic:pic xmlns:pic="http://schemas.openxmlformats.org/drawingml/2006/picture">
                        <pic:nvPicPr>
                          <pic:cNvPr id="925496082" name="Picture 1"/>
                          <pic:cNvPicPr>
                            <a:picLocks noChangeAspect="1"/>
                          </pic:cNvPicPr>
                        </pic:nvPicPr>
                        <pic:blipFill>
                          <a:blip r:embed="rId49"/>
                          <a:stretch>
                            <a:fillRect/>
                          </a:stretch>
                        </pic:blipFill>
                        <pic:spPr>
                          <a:xfrm>
                            <a:off x="0" y="0"/>
                            <a:ext cx="914400" cy="914400"/>
                          </a:xfrm>
                          <a:prstGeom prst="rect">
                            <a:avLst/>
                          </a:prstGeom>
                        </pic:spPr>
                      </pic:pic>
                      <wps:wsp>
                        <wps:cNvPr id="1723432688" name="Rectangle 16"/>
                        <wps:cNvSpPr/>
                        <wps:spPr>
                          <a:xfrm>
                            <a:off x="411480" y="0"/>
                            <a:ext cx="640080" cy="477520"/>
                          </a:xfrm>
                          <a:prstGeom prst="rect">
                            <a:avLst/>
                          </a:prstGeom>
                          <a:solidFill>
                            <a:schemeClr val="bg1"/>
                          </a:solidFill>
                          <a:ln>
                            <a:solidFill>
                              <a:schemeClr val="bg1"/>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34C3304A" id="Group 20" o:spid="_x0000_s1026" style="position:absolute;margin-left:421.6pt;margin-top:60.65pt;width:82.8pt;height:1in;z-index:251670528" coordsize="10515,9144"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">
                <v:shape id="Picture 1" o:spid="_x0000_s1027" type="#_x0000_t75" style="position:absolute;width:9144;height:914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">
                  <v:imagedata r:id="rId50" o:title=""/>
                </v:shape>
                <v:rect id="Rectangle 16" o:spid="_x0000_s1028" style="position:absolute;left:4114;width:6401;height:4775;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" fillcolor="white [3212]" strokecolor="white [3212]"/>
                <w10:wrap type="square"/>
              </v:group>
            </w:pict>
          </mc:Fallback>
        </mc:AlternateContent>
      </w:r>
      <w:r>
        <w:rPr>
          <w:rFonts w:ascii="Calibri" w:eastAsia="Calibri" w:hAnsi="Calibri" w:cs="Calibri"/>
          <w:color w:val="1F2933"/>
        </w:rPr>
        <w:t xml:space="preserve">Diagrams are essential to our ability to discover, and then keep track of, geometric relationships. Once objects are shown to be congruent or parallel, we can use an accepted mark to record that information visually. For congruent angles and segments and for parallel lines, we may have more than one pair that needs to be indicated, so the norm is to add more arcs, cross hatchings, or arrowheads. If two segments are congruent, they each get a single matching mark. If a second distinct pair is shown to be congruent, they each get two marks (using the </w:t>
      </w:r>
      <w:r w:rsidRPr="001A66A5">
        <w:rPr>
          <w:rFonts w:ascii="Calibri" w:eastAsia="Calibri" w:hAnsi="Calibri" w:cs="Calibri"/>
          <w:b/>
          <w:bCs/>
          <w:color w:val="1F2933"/>
        </w:rPr>
        <w:t>Mark Style</w:t>
      </w:r>
      <w:r>
        <w:rPr>
          <w:rFonts w:ascii="Calibri" w:eastAsia="Calibri" w:hAnsi="Calibri" w:cs="Calibri"/>
          <w:color w:val="1F2933"/>
        </w:rPr>
        <w:t xml:space="preserve"> menu), and so forth. The first three marking tools allow up to four marks. A mark’s number can be changed after it is made by redoing the marking process. If there are more than four pairs, the markings can be given colors using the paint tool to differentiate further. </w:t>
      </w:r>
    </w:p>
    <w:p w14:paraId="005DF8B6" w14:textId="3FD59737" w:rsidR="00285225" w:rsidRPr="00BD24F3" w:rsidRDefault="00285225" w:rsidP="00285225">
      <w:pPr>
        <w:pStyle w:val="Heading2"/>
        <w:spacing w:before="240" w:after="160"/>
        <w:rPr>
          <w:rFonts w:ascii="Calibri" w:eastAsia="Calibri" w:hAnsi="Calibri" w:cs="Calibri"/>
          <w:color w:val="2E5B9C"/>
        </w:rPr>
      </w:pPr>
      <w:r w:rsidRPr="00BD24F3">
        <w:rPr>
          <w:rFonts w:ascii="Calibri" w:eastAsia="Calibri" w:hAnsi="Calibri" w:cs="Calibri"/>
          <w:color w:val="2E5B9C"/>
        </w:rPr>
        <w:t>Congruent Angles</w:t>
      </w:r>
      <w:r w:rsidR="003E3D25" w:rsidRPr="00BD24F3">
        <w:rPr>
          <w:noProof/>
        </w:rPr>
        <w:t xml:space="preserve"> </w:t>
      </w:r>
    </w:p>
    <w:p w14:paraId="612C6CFC" w14:textId="4FCB6AA1" w:rsidR="00285225" w:rsidRPr="003E3D25" w:rsidRDefault="003E3D25" w:rsidP="00285225">
      <w:pPr>
        <w:spacing w:after="80"/>
      </w:pPr>
      <w:r>
        <w:rPr>
          <w:rFonts w:ascii="Calibri" w:eastAsia="Calibri" w:hAnsi="Calibri" w:cs="Calibri"/>
          <w:color w:val="1F2933"/>
        </w:rPr>
        <w:t>Choose</w:t>
      </w:r>
      <w:r w:rsidRPr="003E3D25">
        <w:rPr>
          <w:rFonts w:ascii="Calibri" w:eastAsia="Calibri" w:hAnsi="Calibri" w:cs="Calibri"/>
          <w:color w:val="1F2933"/>
        </w:rPr>
        <w:t xml:space="preserve"> the desired angle by </w:t>
      </w:r>
      <w:r>
        <w:rPr>
          <w:rFonts w:ascii="Calibri" w:eastAsia="Calibri" w:hAnsi="Calibri" w:cs="Calibri"/>
          <w:color w:val="1F2933"/>
        </w:rPr>
        <w:t>clicking a point on a ray of the angle, the vertex, and then a point on the other ray.</w:t>
      </w:r>
    </w:p>
    <w:p w14:paraId="3FAC3564" w14:textId="5667EA8A" w:rsidR="00285225" w:rsidRPr="003E3D25" w:rsidRDefault="00285225" w:rsidP="00285225">
      <w:pPr>
        <w:pStyle w:val="Heading2"/>
        <w:spacing w:before="240" w:after="160"/>
        <w:rPr>
          <w:rFonts w:ascii="Calibri" w:eastAsia="Calibri" w:hAnsi="Calibri" w:cs="Calibri"/>
          <w:color w:val="2E5B9C"/>
        </w:rPr>
      </w:pPr>
      <w:r w:rsidRPr="003E3D25">
        <w:rPr>
          <w:rFonts w:ascii="Calibri" w:eastAsia="Calibri" w:hAnsi="Calibri" w:cs="Calibri"/>
          <w:color w:val="2E5B9C"/>
        </w:rPr>
        <w:t>Congruent Segments</w:t>
      </w:r>
    </w:p>
    <w:p w14:paraId="4C891A9D" w14:textId="374ED1A9" w:rsidR="00285225" w:rsidRDefault="003E3D25" w:rsidP="00285225">
      <w:pPr>
        <w:spacing w:after="80"/>
      </w:pPr>
      <w:r>
        <w:rPr>
          <w:rFonts w:ascii="Calibri" w:eastAsia="Calibri" w:hAnsi="Calibri" w:cs="Calibri"/>
          <w:color w:val="1F2933"/>
        </w:rPr>
        <w:t xml:space="preserve">Choose the desired segment by clicking </w:t>
      </w:r>
      <w:r w:rsidR="00FA390B">
        <w:rPr>
          <w:rFonts w:ascii="Calibri" w:eastAsia="Calibri" w:hAnsi="Calibri" w:cs="Calibri"/>
          <w:color w:val="1F2933"/>
        </w:rPr>
        <w:t xml:space="preserve">the segment or both of </w:t>
      </w:r>
      <w:r>
        <w:rPr>
          <w:rFonts w:ascii="Calibri" w:eastAsia="Calibri" w:hAnsi="Calibri" w:cs="Calibri"/>
          <w:color w:val="1F2933"/>
        </w:rPr>
        <w:t xml:space="preserve">its endpoints. The segment must have been drawn or constructed. </w:t>
      </w:r>
    </w:p>
    <w:p w14:paraId="6B9D9AC1" w14:textId="5535316A" w:rsidR="00285225" w:rsidRDefault="00285225" w:rsidP="00285225">
      <w:pPr>
        <w:pStyle w:val="Heading2"/>
        <w:spacing w:before="240" w:after="160"/>
        <w:rPr>
          <w:rFonts w:ascii="Calibri" w:eastAsia="Calibri" w:hAnsi="Calibri" w:cs="Calibri"/>
          <w:color w:val="2E5B9C"/>
        </w:rPr>
      </w:pPr>
      <w:r>
        <w:rPr>
          <w:rFonts w:ascii="Calibri" w:eastAsia="Calibri" w:hAnsi="Calibri" w:cs="Calibri"/>
          <w:color w:val="2E5B9C"/>
        </w:rPr>
        <w:t>Parallel Segments or Lines</w:t>
      </w:r>
    </w:p>
    <w:p w14:paraId="1846CA2A" w14:textId="4B796380" w:rsidR="00285225" w:rsidRDefault="003E3D25" w:rsidP="00285225">
      <w:pPr>
        <w:spacing w:after="80"/>
      </w:pPr>
      <w:r>
        <w:rPr>
          <w:rFonts w:ascii="Calibri" w:eastAsia="Calibri" w:hAnsi="Calibri" w:cs="Calibri"/>
          <w:color w:val="1F2933"/>
        </w:rPr>
        <w:t xml:space="preserve">Click on a segment, ray, or line to add a parallel mark. </w:t>
      </w:r>
    </w:p>
    <w:p w14:paraId="16A83892" w14:textId="1E53E10F" w:rsidR="00285225" w:rsidRDefault="0038070B" w:rsidP="00285225">
      <w:pPr>
        <w:pStyle w:val="Heading2"/>
        <w:spacing w:before="240" w:after="160"/>
        <w:rPr>
          <w:rFonts w:ascii="Calibri" w:eastAsia="Calibri" w:hAnsi="Calibri" w:cs="Calibri"/>
          <w:color w:val="2E5B9C"/>
        </w:rPr>
      </w:pPr>
      <w:r>
        <w:rPr>
          <w:rFonts w:ascii="Calibri" w:eastAsia="Calibri" w:hAnsi="Calibri" w:cs="Calibri"/>
          <w:color w:val="2E5B9C"/>
        </w:rPr>
        <w:t>Self-Congruence</w:t>
      </w:r>
    </w:p>
    <w:p w14:paraId="4E8EF80E" w14:textId="039B4301" w:rsidR="00285225" w:rsidRPr="003E3D25" w:rsidRDefault="00BD24F3" w:rsidP="00285225">
      <w:pPr>
        <w:spacing w:after="80"/>
        <w:rPr>
          <w:b/>
          <w:bCs/>
        </w:rPr>
      </w:pPr>
      <w:r w:rsidRPr="00BD24F3">
        <w:rPr>
          <w:rFonts w:ascii="Calibri" w:eastAsia="Calibri" w:hAnsi="Calibri" w:cs="Calibri"/>
          <w:noProof/>
          <w:color w:val="1F2933"/>
        </w:rPr>
        <w:drawing>
          <wp:anchor distT="0" distB="0" distL="114300" distR="114300" simplePos="0" relativeHeight="251671552" behindDoc="0" locked="0" layoutInCell="1" allowOverlap="1" wp14:anchorId="52132A9E" wp14:editId="45D76329">
            <wp:simplePos x="0" y="0"/>
            <wp:positionH relativeFrom="column">
              <wp:posOffset>5217160</wp:posOffset>
            </wp:positionH>
            <wp:positionV relativeFrom="paragraph">
              <wp:posOffset>645795</wp:posOffset>
            </wp:positionV>
            <wp:extent cx="621665" cy="518160"/>
            <wp:effectExtent l="0" t="0" r="635" b="2540"/>
            <wp:wrapSquare wrapText="bothSides"/>
            <wp:docPr id="6471594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7159404" name=""/>
                    <pic:cNvPicPr/>
                  </pic:nvPicPr>
                  <pic:blipFill>
                    <a:blip r:embed="rId51">
                      <a:extLst>
                        <a:ext uri="{BEBA8EAE-BF5A-486C-A8C5-ECC9F3942E4B}">
                          <a14:imgProps xmlns:a14="http://schemas.microsoft.com/office/drawing/2010/main">
                            <a14:imgLayer r:embed="rId52">
                              <a14:imgEffect>
                                <a14:sharpenSoften amount="54000"/>
                              </a14:imgEffect>
                              <a14:imgEffect>
                                <a14:brightnessContrast contrast="-7000"/>
                              </a14:imgEffect>
                            </a14:imgLayer>
                          </a14:imgProps>
                        </a:ext>
                      </a:extLst>
                    </a:blip>
                    <a:stretch>
                      <a:fillRect/>
                    </a:stretch>
                  </pic:blipFill>
                  <pic:spPr>
                    <a:xfrm>
                      <a:off x="0" y="0"/>
                      <a:ext cx="621665" cy="518160"/>
                    </a:xfrm>
                    <a:prstGeom prst="rect">
                      <a:avLst/>
                    </a:prstGeom>
                  </pic:spPr>
                </pic:pic>
              </a:graphicData>
            </a:graphic>
            <wp14:sizeRelH relativeFrom="page">
              <wp14:pctWidth>0</wp14:pctWidth>
            </wp14:sizeRelH>
            <wp14:sizeRelV relativeFrom="page">
              <wp14:pctHeight>0</wp14:pctHeight>
            </wp14:sizeRelV>
          </wp:anchor>
        </w:drawing>
      </w:r>
      <w:r w:rsidR="003E3D25">
        <w:rPr>
          <w:rFonts w:ascii="Calibri" w:eastAsia="Calibri" w:hAnsi="Calibri" w:cs="Calibri"/>
          <w:color w:val="1F2933"/>
        </w:rPr>
        <w:t xml:space="preserve">There are many cases where two triangles that are being shown to be congruent share a side. </w:t>
      </w:r>
      <w:r>
        <w:rPr>
          <w:rFonts w:ascii="Calibri" w:eastAsia="Calibri" w:hAnsi="Calibri" w:cs="Calibri"/>
          <w:color w:val="1F2933"/>
        </w:rPr>
        <w:t>T</w:t>
      </w:r>
      <w:r w:rsidR="003E3D25">
        <w:rPr>
          <w:rFonts w:ascii="Calibri" w:eastAsia="Calibri" w:hAnsi="Calibri" w:cs="Calibri"/>
          <w:color w:val="1F2933"/>
        </w:rPr>
        <w:t xml:space="preserve">hat side </w:t>
      </w:r>
      <w:r>
        <w:rPr>
          <w:rFonts w:ascii="Calibri" w:eastAsia="Calibri" w:hAnsi="Calibri" w:cs="Calibri"/>
          <w:color w:val="1F2933"/>
        </w:rPr>
        <w:t xml:space="preserve">may </w:t>
      </w:r>
      <w:r w:rsidR="003E3D25">
        <w:rPr>
          <w:rFonts w:ascii="Calibri" w:eastAsia="Calibri" w:hAnsi="Calibri" w:cs="Calibri"/>
          <w:color w:val="1F2933"/>
        </w:rPr>
        <w:t>be use</w:t>
      </w:r>
      <w:r>
        <w:rPr>
          <w:rFonts w:ascii="Calibri" w:eastAsia="Calibri" w:hAnsi="Calibri" w:cs="Calibri"/>
          <w:color w:val="1F2933"/>
        </w:rPr>
        <w:t>ful</w:t>
      </w:r>
      <w:r w:rsidR="003E3D25">
        <w:rPr>
          <w:rFonts w:ascii="Calibri" w:eastAsia="Calibri" w:hAnsi="Calibri" w:cs="Calibri"/>
          <w:color w:val="1F2933"/>
        </w:rPr>
        <w:t xml:space="preserve"> as a corresponding side that is congruent between the two triangles. In the proof, we would have a claim such as</w:t>
      </w:r>
      <w:r>
        <w:rPr>
          <w:rFonts w:ascii="Calibri" w:eastAsia="Calibri" w:hAnsi="Calibri" w:cs="Calibri"/>
          <w:color w:val="1F2933"/>
        </w:rPr>
        <w:t xml:space="preserve"> </w:t>
      </w:r>
      <w:r w:rsidR="003E3D25" w:rsidRPr="00BD24F3">
        <w:rPr>
          <w:rFonts w:ascii="Calibri" w:eastAsia="Calibri" w:hAnsi="Calibri" w:cs="Calibri"/>
          <w:noProof/>
          <w:color w:val="1F2933"/>
          <w:position w:val="-6"/>
        </w:rPr>
        <w:drawing>
          <wp:inline distT="0" distB="0" distL="0" distR="0" wp14:anchorId="4E1F5A7E" wp14:editId="5EB575DD">
            <wp:extent cx="355600" cy="145875"/>
            <wp:effectExtent l="0" t="0" r="0" b="0"/>
            <wp:docPr id="5602837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0283753" name=""/>
                    <pic:cNvPicPr/>
                  </pic:nvPicPr>
                  <pic:blipFill rotWithShape="1">
                    <a:blip r:embed="rId53"/>
                    <a:srcRect l="5018" t="1" r="7064" b="-1"/>
                    <a:stretch>
                      <a:fillRect/>
                    </a:stretch>
                  </pic:blipFill>
                  <pic:spPr bwMode="auto">
                    <a:xfrm>
                      <a:off x="0" y="0"/>
                      <a:ext cx="356647" cy="146304"/>
                    </a:xfrm>
                    <a:prstGeom prst="rect">
                      <a:avLst/>
                    </a:prstGeom>
                    <a:ln>
                      <a:noFill/>
                    </a:ln>
                    <a:extLst>
                      <a:ext uri="{53640926-AAD7-44D8-BBD7-CCE9431645EC}">
                        <a14:shadowObscured xmlns:a14="http://schemas.microsoft.com/office/drawing/2010/main"/>
                      </a:ext>
                    </a:extLst>
                  </pic:spPr>
                </pic:pic>
              </a:graphicData>
            </a:graphic>
          </wp:inline>
        </w:drawing>
      </w:r>
      <w:r>
        <w:rPr>
          <w:rFonts w:ascii="Calibri" w:eastAsia="Calibri" w:hAnsi="Calibri" w:cs="Calibri"/>
          <w:color w:val="1F2933"/>
        </w:rPr>
        <w:t xml:space="preserve"> </w:t>
      </w:r>
      <w:r w:rsidR="003E3D25" w:rsidRPr="003E3D25">
        <w:rPr>
          <w:rFonts w:ascii="Calibri" w:eastAsia="Calibri" w:hAnsi="Calibri" w:cs="Calibri"/>
          <w:color w:val="1F2933"/>
        </w:rPr>
        <w:t>with</w:t>
      </w:r>
      <w:r w:rsidR="003E3D25">
        <w:rPr>
          <w:rFonts w:ascii="Calibri" w:eastAsia="Calibri" w:hAnsi="Calibri" w:cs="Calibri"/>
          <w:color w:val="1F2933"/>
        </w:rPr>
        <w:t xml:space="preserve"> the reflexive property of congruence as the justification. But how do we </w:t>
      </w:r>
      <w:r>
        <w:rPr>
          <w:rFonts w:ascii="Calibri" w:eastAsia="Calibri" w:hAnsi="Calibri" w:cs="Calibri"/>
          <w:color w:val="1F2933"/>
        </w:rPr>
        <w:t>mark</w:t>
      </w:r>
      <w:r w:rsidR="003E3D25">
        <w:rPr>
          <w:rFonts w:ascii="Calibri" w:eastAsia="Calibri" w:hAnsi="Calibri" w:cs="Calibri"/>
          <w:color w:val="1F2933"/>
        </w:rPr>
        <w:t xml:space="preserve"> </w:t>
      </w:r>
      <w:r>
        <w:rPr>
          <w:rFonts w:ascii="Calibri" w:eastAsia="Calibri" w:hAnsi="Calibri" w:cs="Calibri"/>
          <w:color w:val="1F2933"/>
        </w:rPr>
        <w:t xml:space="preserve">in our diagram </w:t>
      </w:r>
      <w:r w:rsidR="003E3D25">
        <w:rPr>
          <w:rFonts w:ascii="Calibri" w:eastAsia="Calibri" w:hAnsi="Calibri" w:cs="Calibri"/>
          <w:color w:val="1F2933"/>
        </w:rPr>
        <w:t xml:space="preserve">that we are using that segment </w:t>
      </w:r>
      <w:r>
        <w:rPr>
          <w:rFonts w:ascii="Calibri" w:eastAsia="Calibri" w:hAnsi="Calibri" w:cs="Calibri"/>
          <w:color w:val="1F2933"/>
        </w:rPr>
        <w:t>as one of the premises for triangle congruence</w:t>
      </w:r>
      <w:r w:rsidR="003E3D25">
        <w:rPr>
          <w:rFonts w:ascii="Calibri" w:eastAsia="Calibri" w:hAnsi="Calibri" w:cs="Calibri"/>
          <w:color w:val="1F2933"/>
        </w:rPr>
        <w:t xml:space="preserve">? </w:t>
      </w:r>
      <w:r>
        <w:rPr>
          <w:rFonts w:ascii="Calibri" w:eastAsia="Calibri" w:hAnsi="Calibri" w:cs="Calibri"/>
          <w:color w:val="1F2933"/>
        </w:rPr>
        <w:t>To do so</w:t>
      </w:r>
      <w:r w:rsidR="003E3D25">
        <w:rPr>
          <w:rFonts w:ascii="Calibri" w:eastAsia="Calibri" w:hAnsi="Calibri" w:cs="Calibri"/>
          <w:color w:val="1F2933"/>
        </w:rPr>
        <w:t>, we present the original Making Math invention of the Self Congruence mark</w:t>
      </w:r>
      <w:r w:rsidR="004825D2">
        <w:rPr>
          <w:rFonts w:ascii="Calibri" w:eastAsia="Calibri" w:hAnsi="Calibri" w:cs="Calibri"/>
          <w:color w:val="1F2933"/>
        </w:rPr>
        <w:t xml:space="preserve"> (free to use without royalties as with all of our materials)</w:t>
      </w:r>
      <w:r w:rsidR="003E3D25">
        <w:rPr>
          <w:rFonts w:ascii="Calibri" w:eastAsia="Calibri" w:hAnsi="Calibri" w:cs="Calibri"/>
          <w:color w:val="1F2933"/>
        </w:rPr>
        <w:t xml:space="preserve">. It is a circle turning back and pointing to the segment showing that the segment is congruent to itself. </w:t>
      </w:r>
    </w:p>
    <w:p w14:paraId="5BA903D3" w14:textId="78DECE96" w:rsidR="007168A0" w:rsidRDefault="007168A0" w:rsidP="00E52B2E">
      <w:pPr>
        <w:spacing w:after="8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03"/>
      </w:tblGrid>
      <w:tr w:rsidR="00471A96" w14:paraId="0BF9B7FE" w14:textId="77777777" w:rsidTr="00471A96">
        <w:trPr>
          <w:trHeight w:val="1375"/>
        </w:trPr>
        <w:tc>
          <w:tcPr>
            <w:tcW w:w="9360" w:type="dxa"/>
            <w:tcBorders>
              <w:top w:val="single" w:sz="12" w:space="0" w:color="2E5B9C"/>
              <w:left w:val="single" w:sz="24" w:space="0" w:color="2E5B9C"/>
              <w:bottom w:val="single" w:sz="12" w:space="0" w:color="2E5B9C"/>
              <w:right w:val="single" w:sz="12" w:space="0" w:color="2E5B9C"/>
            </w:tcBorders>
            <w:shd w:val="clear" w:color="auto" w:fill="E8F0FA"/>
            <w:tcMar>
              <w:top w:w="80" w:type="dxa"/>
              <w:left w:w="120" w:type="dxa"/>
              <w:bottom w:w="80" w:type="dxa"/>
              <w:right w:w="120" w:type="dxa"/>
            </w:tcMar>
          </w:tcPr>
          <w:p w14:paraId="764FF16E" w14:textId="40844B6D" w:rsidR="00471A96" w:rsidRDefault="00471A96" w:rsidP="00F56D5F">
            <w:pPr>
              <w:spacing w:after="60"/>
            </w:pPr>
            <w:r>
              <w:rPr>
                <w:rFonts w:ascii="Calibri" w:eastAsia="Calibri" w:hAnsi="Calibri" w:cs="Calibri"/>
                <w:b/>
                <w:bCs/>
                <w:color w:val="2E5B9C"/>
                <w:sz w:val="20"/>
                <w:szCs w:val="20"/>
              </w:rPr>
              <w:t>Tip — More room for your canvas</w:t>
            </w:r>
          </w:p>
          <w:p w14:paraId="73EDFC6C" w14:textId="159118B5" w:rsidR="00471A96" w:rsidRPr="00471A96" w:rsidRDefault="00471A96" w:rsidP="00471A96">
            <w:pPr>
              <w:spacing w:after="0"/>
              <w:rPr>
                <w:color w:val="E36C0A" w:themeColor="accent6" w:themeShade="BF"/>
              </w:rPr>
            </w:pPr>
            <w:r>
              <w:rPr>
                <w:rFonts w:ascii="Calibri" w:eastAsia="Calibri" w:hAnsi="Calibri" w:cs="Calibri"/>
                <w:color w:val="1F2933"/>
                <w:sz w:val="20"/>
                <w:szCs w:val="20"/>
              </w:rPr>
              <w:t xml:space="preserve">You can use the </w:t>
            </w:r>
            <w:r w:rsidR="001810E9">
              <w:rPr>
                <w:rFonts w:ascii="Calibri" w:eastAsia="Calibri" w:hAnsi="Calibri" w:cs="Calibri"/>
                <w:color w:val="1F2933"/>
                <w:sz w:val="20"/>
                <w:szCs w:val="20"/>
              </w:rPr>
              <w:t>Z</w:t>
            </w:r>
            <w:r w:rsidRPr="001810E9">
              <w:rPr>
                <w:rFonts w:ascii="Calibri" w:eastAsia="Calibri" w:hAnsi="Calibri" w:cs="Calibri"/>
                <w:b/>
                <w:bCs/>
                <w:color w:val="1F2933"/>
                <w:sz w:val="20"/>
                <w:szCs w:val="20"/>
              </w:rPr>
              <w:t xml:space="preserve">oom </w:t>
            </w:r>
            <w:r w:rsidR="001810E9">
              <w:rPr>
                <w:rFonts w:ascii="Calibri" w:eastAsia="Calibri" w:hAnsi="Calibri" w:cs="Calibri"/>
                <w:b/>
                <w:bCs/>
                <w:color w:val="1F2933"/>
                <w:sz w:val="20"/>
                <w:szCs w:val="20"/>
              </w:rPr>
              <w:t>O</w:t>
            </w:r>
            <w:r w:rsidRPr="001810E9">
              <w:rPr>
                <w:rFonts w:ascii="Calibri" w:eastAsia="Calibri" w:hAnsi="Calibri" w:cs="Calibri"/>
                <w:b/>
                <w:bCs/>
                <w:color w:val="1F2933"/>
                <w:sz w:val="20"/>
                <w:szCs w:val="20"/>
              </w:rPr>
              <w:t>ut</w:t>
            </w:r>
            <w:r>
              <w:rPr>
                <w:rFonts w:ascii="Calibri" w:eastAsia="Calibri" w:hAnsi="Calibri" w:cs="Calibri"/>
                <w:color w:val="1F2933"/>
                <w:sz w:val="20"/>
                <w:szCs w:val="20"/>
              </w:rPr>
              <w:t xml:space="preserve"> button to make more room on your canvas. The tool menus take up a fair amount of screen space. If you type Control</w:t>
            </w:r>
            <w:r w:rsidR="00802C9C">
              <w:rPr>
                <w:rFonts w:ascii="Calibri" w:eastAsia="Calibri" w:hAnsi="Calibri" w:cs="Calibri"/>
                <w:color w:val="1F2933"/>
                <w:sz w:val="20"/>
                <w:szCs w:val="20"/>
              </w:rPr>
              <w:t>/Command (CTR/Cmd)</w:t>
            </w:r>
            <w:r>
              <w:rPr>
                <w:rFonts w:ascii="Calibri" w:eastAsia="Calibri" w:hAnsi="Calibri" w:cs="Calibri"/>
                <w:color w:val="1F2933"/>
                <w:sz w:val="20"/>
                <w:szCs w:val="20"/>
              </w:rPr>
              <w:t xml:space="preserve"> and – (control minus), the entire browser window will zoom out, shrinking the tool menus. If you do this once or twice, the menus will fit on one line and give you more canvas space. Alternatively, Control</w:t>
            </w:r>
            <w:r w:rsidR="00802C9C">
              <w:rPr>
                <w:rFonts w:ascii="Calibri" w:eastAsia="Calibri" w:hAnsi="Calibri" w:cs="Calibri"/>
                <w:color w:val="1F2933"/>
                <w:sz w:val="20"/>
                <w:szCs w:val="20"/>
              </w:rPr>
              <w:t>/Command</w:t>
            </w:r>
            <w:r>
              <w:rPr>
                <w:rFonts w:ascii="Calibri" w:eastAsia="Calibri" w:hAnsi="Calibri" w:cs="Calibri"/>
                <w:color w:val="1F2933"/>
                <w:sz w:val="20"/>
                <w:szCs w:val="20"/>
              </w:rPr>
              <w:t xml:space="preserve"> and + will make your tools bigger and easier to read.</w:t>
            </w:r>
          </w:p>
        </w:tc>
      </w:tr>
    </w:tbl>
    <w:p w14:paraId="37A3BC78" w14:textId="49BC0668" w:rsidR="00E52B2E" w:rsidRPr="00471A96" w:rsidRDefault="00E52B2E" w:rsidP="00471A96">
      <w:pPr>
        <w:pStyle w:val="Heading1"/>
        <w:spacing w:before="360" w:after="160"/>
      </w:pPr>
      <w:r>
        <w:rPr>
          <w:rFonts w:ascii="Calibri" w:eastAsia="Calibri" w:hAnsi="Calibri" w:cs="Calibri"/>
          <w:color w:val="2E5B9C"/>
        </w:rPr>
        <w:lastRenderedPageBreak/>
        <w:t xml:space="preserve">Checklist before moving to Proof </w:t>
      </w:r>
      <w:r w:rsidR="001810E9">
        <w:rPr>
          <w:rFonts w:ascii="Calibri" w:eastAsia="Calibri" w:hAnsi="Calibri" w:cs="Calibri"/>
          <w:color w:val="2E5B9C"/>
        </w:rPr>
        <w:t>M</w:t>
      </w:r>
      <w:r>
        <w:rPr>
          <w:rFonts w:ascii="Calibri" w:eastAsia="Calibri" w:hAnsi="Calibri" w:cs="Calibri"/>
          <w:color w:val="2E5B9C"/>
        </w:rPr>
        <w:t>ode</w:t>
      </w:r>
    </w:p>
    <w:p w14:paraId="3DB22274" w14:textId="77777777" w:rsidR="00471A96" w:rsidRDefault="00471A96" w:rsidP="006911EF">
      <w:pPr>
        <w:pStyle w:val="ListParagraph"/>
        <w:numPr>
          <w:ilvl w:val="0"/>
          <w:numId w:val="24"/>
        </w:numPr>
        <w:spacing w:after="120"/>
        <w:contextualSpacing w:val="0"/>
      </w:pPr>
      <w:r>
        <w:t>Are all of the premises in your conjecture represented in your diagram?</w:t>
      </w:r>
    </w:p>
    <w:p w14:paraId="4F604824" w14:textId="56A64358" w:rsidR="00471A96" w:rsidRPr="00471A96" w:rsidRDefault="00471A96" w:rsidP="006911EF">
      <w:pPr>
        <w:pStyle w:val="ListParagraph"/>
        <w:numPr>
          <w:ilvl w:val="0"/>
          <w:numId w:val="24"/>
        </w:numPr>
        <w:spacing w:after="120"/>
        <w:contextualSpacing w:val="0"/>
      </w:pPr>
      <w:r>
        <w:t>Are the relationships in your theorem constructed and not just sketched/approximated (e.g., is a parallelogram built with its properties)?</w:t>
      </w:r>
    </w:p>
    <w:p w14:paraId="448A687C" w14:textId="7038FFA2" w:rsidR="00471A96" w:rsidRDefault="00471A96" w:rsidP="006911EF">
      <w:pPr>
        <w:pStyle w:val="ListParagraph"/>
        <w:numPr>
          <w:ilvl w:val="0"/>
          <w:numId w:val="24"/>
        </w:numPr>
        <w:spacing w:after="120"/>
        <w:contextualSpacing w:val="0"/>
      </w:pPr>
      <w:r>
        <w:t xml:space="preserve">Are any constructions and auxiliary lines that you think will assist in your proof in place? You can always come back to Diagram </w:t>
      </w:r>
      <w:r w:rsidR="001810E9">
        <w:t>M</w:t>
      </w:r>
      <w:r>
        <w:t xml:space="preserve">ode if, as you work on your proof, you recognize the need for additional segments and notations. </w:t>
      </w:r>
    </w:p>
    <w:p w14:paraId="4972D531" w14:textId="5511CB1A" w:rsidR="00471A96" w:rsidRDefault="00471A96" w:rsidP="006911EF">
      <w:pPr>
        <w:pStyle w:val="ListParagraph"/>
        <w:numPr>
          <w:ilvl w:val="0"/>
          <w:numId w:val="24"/>
        </w:numPr>
        <w:spacing w:after="120"/>
        <w:contextualSpacing w:val="0"/>
      </w:pPr>
      <w:r>
        <w:t xml:space="preserve">Are the points in your diagram labeled the way you want? </w:t>
      </w:r>
    </w:p>
    <w:tbl>
      <w:tblPr>
        <w:tblpPr w:leftFromText="180" w:rightFromText="180" w:vertAnchor="text" w:horzAnchor="margin" w:tblpY="2150"/>
        <w:tblW w:w="9690" w:type="dxa"/>
        <w:tblLayout w:type="fixed"/>
        <w:tblLook w:val="04A0" w:firstRow="1" w:lastRow="0" w:firstColumn="1" w:lastColumn="0" w:noHBand="0" w:noVBand="1"/>
      </w:tblPr>
      <w:tblGrid>
        <w:gridCol w:w="9690"/>
      </w:tblGrid>
      <w:tr w:rsidR="00901D82" w14:paraId="60FEEAE5" w14:textId="77777777" w:rsidTr="00901D82">
        <w:trPr>
          <w:cantSplit/>
        </w:trPr>
        <w:tc>
          <w:tcPr>
            <w:tcW w:w="9690" w:type="dxa"/>
            <w:tcBorders>
              <w:top w:val="single" w:sz="12" w:space="0" w:color="2E5B9C"/>
              <w:left w:val="single" w:sz="24" w:space="0" w:color="2E5B9C"/>
              <w:bottom w:val="single" w:sz="12" w:space="0" w:color="2E5B9C"/>
              <w:right w:val="single" w:sz="12" w:space="0" w:color="2E5B9C"/>
            </w:tcBorders>
            <w:shd w:val="clear" w:color="auto" w:fill="E8F0FA"/>
          </w:tcPr>
          <w:p w14:paraId="46CFDFD0" w14:textId="77777777" w:rsidR="00901D82" w:rsidRPr="0038070B" w:rsidRDefault="00901D82" w:rsidP="00901D82">
            <w:r w:rsidRPr="0038070B">
              <w:rPr>
                <w:rFonts w:eastAsia="Helvetica Neue" w:cs="Helvetica Neue"/>
                <w:b/>
                <w:color w:val="2E5B9C"/>
              </w:rPr>
              <w:t>Next steps — Building your proof</w:t>
            </w:r>
          </w:p>
          <w:p w14:paraId="2FCA1836" w14:textId="77777777" w:rsidR="00901D82" w:rsidRPr="0038070B" w:rsidRDefault="00901D82" w:rsidP="00901D82">
            <w:pPr>
              <w:rPr>
                <w:bCs/>
              </w:rPr>
            </w:pPr>
            <w:r w:rsidRPr="0038070B">
              <w:rPr>
                <w:bCs/>
              </w:rPr>
              <w:t xml:space="preserve">Steps One through Three (see page 2) established your goal and a matching diagram. Now you start to add pieces of your proof (until they connect your givens to your conclusion). </w:t>
            </w:r>
          </w:p>
          <w:p w14:paraId="770FADCD" w14:textId="77777777" w:rsidR="00901D82" w:rsidRPr="0038070B" w:rsidRDefault="00901D82" w:rsidP="00901D82">
            <w:pPr>
              <w:rPr>
                <w:rFonts w:eastAsia="Helvetica Neue" w:cs="Helvetica Neue"/>
                <w:color w:val="1F2933"/>
              </w:rPr>
            </w:pPr>
            <w:r w:rsidRPr="0038070B">
              <w:rPr>
                <w:rFonts w:eastAsia="Helvetica Neue" w:cs="Helvetica Neue"/>
                <w:b/>
                <w:bCs/>
                <w:color w:val="2D5B9C"/>
              </w:rPr>
              <w:t xml:space="preserve">Step Four: </w:t>
            </w:r>
            <w:r w:rsidRPr="0038070B">
              <w:t>Add deduction claims in the middle columns. For each claim, choose a justification from the Justifications Library.</w:t>
            </w:r>
          </w:p>
          <w:p w14:paraId="2F8B77AD" w14:textId="77777777" w:rsidR="00901D82" w:rsidRPr="0038070B" w:rsidRDefault="00901D82" w:rsidP="00901D82">
            <w:pPr>
              <w:rPr>
                <w:rFonts w:eastAsia="Helvetica Neue" w:cs="Helvetica Neue"/>
                <w:color w:val="1F2933"/>
              </w:rPr>
            </w:pPr>
            <w:r w:rsidRPr="00901D82">
              <w:rPr>
                <w:rFonts w:eastAsia="Helvetica Neue" w:cs="Helvetica Neue"/>
                <w:b/>
                <w:bCs/>
                <w:color w:val="2D5B9C"/>
              </w:rPr>
              <w:t xml:space="preserve">Step Five: </w:t>
            </w:r>
            <w:r w:rsidRPr="0038070B">
              <w:t>Connect each supporting conclusion port to the matching premise port of the claim it supports.</w:t>
            </w:r>
          </w:p>
          <w:p w14:paraId="147AF866" w14:textId="77777777" w:rsidR="00901D82" w:rsidRPr="0038070B" w:rsidRDefault="00901D82" w:rsidP="00901D82">
            <w:pPr>
              <w:rPr>
                <w:rFonts w:eastAsia="Helvetica Neue" w:cs="Helvetica Neue"/>
                <w:color w:val="1F2933"/>
              </w:rPr>
            </w:pPr>
            <w:r w:rsidRPr="00901D82">
              <w:rPr>
                <w:rFonts w:eastAsia="Helvetica Neue" w:cs="Helvetica Neue"/>
                <w:b/>
                <w:bCs/>
                <w:color w:val="2D5B9C"/>
              </w:rPr>
              <w:t xml:space="preserve">Step Six: </w:t>
            </w:r>
            <w:r w:rsidRPr="0038070B">
              <w:t xml:space="preserve">Read any orange proofreading notes and </w:t>
            </w:r>
            <w:r>
              <w:t>correct the issues noted</w:t>
            </w:r>
            <w:r w:rsidRPr="0038070B">
              <w:t>.</w:t>
            </w:r>
          </w:p>
          <w:p w14:paraId="4C981EA5" w14:textId="77777777" w:rsidR="00901D82" w:rsidRPr="0038070B" w:rsidRDefault="00901D82" w:rsidP="00901D82">
            <w:pPr>
              <w:rPr>
                <w:rFonts w:eastAsia="Helvetica Neue" w:cs="Helvetica Neue"/>
                <w:color w:val="1F2933"/>
              </w:rPr>
            </w:pPr>
            <w:r w:rsidRPr="00901D82">
              <w:rPr>
                <w:rFonts w:eastAsia="Helvetica Neue" w:cs="Helvetica Neue"/>
                <w:b/>
                <w:bCs/>
                <w:color w:val="2D5B9C"/>
              </w:rPr>
              <w:t xml:space="preserve">Step Seven: </w:t>
            </w:r>
            <w:r w:rsidRPr="0038070B">
              <w:t>When every required premise has a connection, GPS can mark the proof Q.E.D. This means the structure is complete — not that GPS has verified the mathematics.</w:t>
            </w:r>
          </w:p>
          <w:p w14:paraId="02DC85A0" w14:textId="77777777" w:rsidR="00901D82" w:rsidRDefault="00901D82" w:rsidP="00901D82">
            <w:pPr>
              <w:spacing w:after="0"/>
              <w:rPr>
                <w:rFonts w:eastAsia="Helvetica Neue" w:cs="Helvetica Neue"/>
                <w:color w:val="1F2933"/>
                <w:sz w:val="20"/>
              </w:rPr>
            </w:pPr>
            <w:r w:rsidRPr="00901D82">
              <w:rPr>
                <w:rFonts w:eastAsia="Helvetica Neue" w:cs="Helvetica Neue"/>
                <w:b/>
                <w:bCs/>
                <w:color w:val="2D5B9C"/>
              </w:rPr>
              <w:t xml:space="preserve">Step Eight: </w:t>
            </w:r>
            <w:r w:rsidRPr="0038070B">
              <w:t xml:space="preserve">Save your .geoproof project. When you are ready to share it, export the proof as </w:t>
            </w:r>
            <w:r>
              <w:t xml:space="preserve">a </w:t>
            </w:r>
            <w:r w:rsidRPr="0038070B">
              <w:t xml:space="preserve">PDF or HTML </w:t>
            </w:r>
            <w:r>
              <w:t xml:space="preserve">document </w:t>
            </w:r>
            <w:r w:rsidRPr="0038070B">
              <w:t xml:space="preserve">or </w:t>
            </w:r>
            <w:r>
              <w:t>view</w:t>
            </w:r>
            <w:r w:rsidRPr="0038070B">
              <w:t xml:space="preserve"> the 4-Column Format.</w:t>
            </w:r>
          </w:p>
        </w:tc>
      </w:tr>
    </w:tbl>
    <w:p w14:paraId="37AE7A0A" w14:textId="3D0A1C9B" w:rsidR="00471A96" w:rsidRDefault="00471A96" w:rsidP="006911EF">
      <w:pPr>
        <w:pStyle w:val="ListParagraph"/>
        <w:numPr>
          <w:ilvl w:val="0"/>
          <w:numId w:val="24"/>
        </w:numPr>
        <w:spacing w:after="120"/>
        <w:contextualSpacing w:val="0"/>
      </w:pPr>
      <w:r>
        <w:t xml:space="preserve">Have you added marks and painted or dashed any shapes to guide you and your readers in understanding the diagram? </w:t>
      </w:r>
    </w:p>
    <w:p w14:paraId="279332D5" w14:textId="142ADF6B" w:rsidR="00D13C5B" w:rsidRPr="00901D82" w:rsidRDefault="00471A96" w:rsidP="00901D82">
      <w:pPr>
        <w:pStyle w:val="ListParagraph"/>
        <w:numPr>
          <w:ilvl w:val="0"/>
          <w:numId w:val="24"/>
        </w:numPr>
        <w:spacing w:after="120"/>
        <w:contextualSpacing w:val="0"/>
      </w:pPr>
      <w:r>
        <w:t>Have you saved your work as a .geoproof file in a folder for this project?</w:t>
      </w:r>
      <w:r w:rsidR="006B51E3">
        <w:t xml:space="preserve"> When you do, give it a meaningful name such as “</w:t>
      </w:r>
      <w:r w:rsidR="006B51E3">
        <w:rPr>
          <w:i/>
          <w:iCs/>
        </w:rPr>
        <w:t>Title-name-version#.geoproof</w:t>
      </w:r>
      <w:r w:rsidR="006B51E3">
        <w:t xml:space="preserve">”. For example, “TrapezoidBisectors-Rafi1.geoproof”. If you save new versions as you work, you will be able to backtrack to a good starting point should a direction you are pursuing not work out. </w:t>
      </w:r>
      <w:r w:rsidR="00D13C5B" w:rsidRPr="00901D82">
        <w:rPr>
          <w:rFonts w:asciiTheme="majorHAnsi" w:eastAsia="Helvetica Neue" w:hAnsiTheme="majorHAnsi" w:cstheme="majorHAnsi"/>
          <w:b/>
          <w:color w:val="2E5B9C"/>
          <w:sz w:val="32"/>
          <w:szCs w:val="21"/>
        </w:rPr>
        <w:br w:type="page"/>
      </w:r>
    </w:p>
    <w:p w14:paraId="371B2ECD" w14:textId="71A59293" w:rsidR="000B1A18" w:rsidRPr="00D13C5B" w:rsidRDefault="00E80965" w:rsidP="00E80965">
      <w:pPr>
        <w:spacing w:before="320" w:after="160"/>
        <w:rPr>
          <w:rFonts w:asciiTheme="majorHAnsi" w:eastAsia="Helvetica Neue" w:hAnsiTheme="majorHAnsi" w:cstheme="majorHAnsi"/>
          <w:b/>
          <w:color w:val="2E5B9C"/>
          <w:sz w:val="32"/>
          <w:szCs w:val="21"/>
        </w:rPr>
      </w:pPr>
      <w:r w:rsidRPr="006B51E3">
        <w:rPr>
          <w:rFonts w:asciiTheme="majorHAnsi" w:eastAsia="Helvetica Neue" w:hAnsiTheme="majorHAnsi" w:cstheme="majorHAnsi"/>
          <w:b/>
          <w:color w:val="2E5B9C"/>
          <w:sz w:val="32"/>
          <w:szCs w:val="21"/>
        </w:rPr>
        <w:lastRenderedPageBreak/>
        <w:t xml:space="preserve">Proof </w:t>
      </w:r>
      <w:r w:rsidR="001810E9">
        <w:rPr>
          <w:rFonts w:asciiTheme="majorHAnsi" w:eastAsia="Helvetica Neue" w:hAnsiTheme="majorHAnsi" w:cstheme="majorHAnsi"/>
          <w:b/>
          <w:color w:val="2E5B9C"/>
          <w:sz w:val="32"/>
          <w:szCs w:val="21"/>
        </w:rPr>
        <w:t>M</w:t>
      </w:r>
      <w:r w:rsidRPr="006B51E3">
        <w:rPr>
          <w:rFonts w:asciiTheme="majorHAnsi" w:eastAsia="Helvetica Neue" w:hAnsiTheme="majorHAnsi" w:cstheme="majorHAnsi"/>
          <w:b/>
          <w:color w:val="2E5B9C"/>
          <w:sz w:val="32"/>
          <w:szCs w:val="21"/>
        </w:rPr>
        <w:t>ode</w:t>
      </w:r>
      <w:bookmarkStart w:id="3" w:name="Proofmode"/>
      <w:bookmarkEnd w:id="3"/>
    </w:p>
    <w:p w14:paraId="28DF4611" w14:textId="3E5B090C" w:rsidR="000B1A18" w:rsidRDefault="00000000">
      <w:pPr>
        <w:spacing w:after="160"/>
      </w:pPr>
      <w:r>
        <w:rPr>
          <w:rFonts w:eastAsia="Helvetica Neue" w:cs="Helvetica Neue"/>
          <w:color w:val="1F2933"/>
        </w:rPr>
        <w:t xml:space="preserve">Proof </w:t>
      </w:r>
      <w:r w:rsidR="001810E9">
        <w:rPr>
          <w:rFonts w:eastAsia="Helvetica Neue" w:cs="Helvetica Neue"/>
          <w:color w:val="1F2933"/>
        </w:rPr>
        <w:t>M</w:t>
      </w:r>
      <w:r>
        <w:rPr>
          <w:rFonts w:eastAsia="Helvetica Neue" w:cs="Helvetica Neue"/>
          <w:color w:val="1F2933"/>
        </w:rPr>
        <w:t xml:space="preserve">ode is a </w:t>
      </w:r>
      <w:r w:rsidR="006B51E3">
        <w:rPr>
          <w:rFonts w:eastAsia="Helvetica Neue" w:cs="Helvetica Neue"/>
          <w:color w:val="1F2933"/>
        </w:rPr>
        <w:t xml:space="preserve">two-dimensional board with columns numbered from </w:t>
      </w:r>
      <w:r>
        <w:rPr>
          <w:rFonts w:eastAsia="Helvetica Neue" w:cs="Helvetica Neue"/>
          <w:color w:val="1F2933"/>
        </w:rPr>
        <w:t xml:space="preserve">left-to-right. Premises </w:t>
      </w:r>
      <w:r w:rsidR="006B51E3">
        <w:rPr>
          <w:rFonts w:eastAsia="Helvetica Neue" w:cs="Helvetica Neue"/>
          <w:color w:val="1F2933"/>
        </w:rPr>
        <w:t>are placed</w:t>
      </w:r>
      <w:r>
        <w:rPr>
          <w:rFonts w:eastAsia="Helvetica Neue" w:cs="Helvetica Neue"/>
          <w:color w:val="1F2933"/>
        </w:rPr>
        <w:t xml:space="preserve"> to the left of the claims they support. Colored connector curves show the argument structure at a glance</w:t>
      </w:r>
      <w:r w:rsidR="006B51E3">
        <w:rPr>
          <w:rFonts w:eastAsia="Helvetica Neue" w:cs="Helvetica Neue"/>
          <w:color w:val="1F2933"/>
        </w:rPr>
        <w:t xml:space="preserve"> linking </w:t>
      </w:r>
      <w:r w:rsidR="00E5624C">
        <w:rPr>
          <w:rFonts w:eastAsia="Helvetica Neue" w:cs="Helvetica Neue"/>
          <w:color w:val="1F2933"/>
        </w:rPr>
        <w:t xml:space="preserve">conclusions of </w:t>
      </w:r>
      <w:r w:rsidR="006B51E3">
        <w:rPr>
          <w:rFonts w:eastAsia="Helvetica Neue" w:cs="Helvetica Neue"/>
          <w:color w:val="1F2933"/>
        </w:rPr>
        <w:t xml:space="preserve">proven claims to </w:t>
      </w:r>
      <w:r w:rsidR="00E5624C">
        <w:rPr>
          <w:rFonts w:eastAsia="Helvetica Neue" w:cs="Helvetica Neue"/>
          <w:color w:val="1F2933"/>
        </w:rPr>
        <w:t xml:space="preserve">serve as the premises of new </w:t>
      </w:r>
      <w:r w:rsidR="006B51E3">
        <w:rPr>
          <w:rFonts w:eastAsia="Helvetica Neue" w:cs="Helvetica Neue"/>
          <w:color w:val="1F2933"/>
        </w:rPr>
        <w:t>claims. Proofs involve syllogisms</w:t>
      </w:r>
      <w:r w:rsidR="00E5624C">
        <w:rPr>
          <w:rFonts w:eastAsia="Helvetica Neue" w:cs="Helvetica Neue"/>
          <w:color w:val="1F2933"/>
        </w:rPr>
        <w:t xml:space="preserve"> – </w:t>
      </w:r>
      <w:r w:rsidR="006B51E3">
        <w:rPr>
          <w:rFonts w:eastAsia="Helvetica Neue" w:cs="Helvetica Neue"/>
          <w:color w:val="1F2933"/>
        </w:rPr>
        <w:t>connections from one if-then statement to the next</w:t>
      </w:r>
      <w:r>
        <w:rPr>
          <w:rFonts w:eastAsia="Helvetica Neue" w:cs="Helvetica Neue"/>
          <w:color w:val="1F2933"/>
        </w:rPr>
        <w:t>.</w:t>
      </w:r>
      <w:r w:rsidR="006B51E3">
        <w:rPr>
          <w:rFonts w:eastAsia="Helvetica Neue" w:cs="Helvetica Neue"/>
          <w:color w:val="1F2933"/>
        </w:rPr>
        <w:t xml:space="preserve"> Proof </w:t>
      </w:r>
      <w:r w:rsidR="001810E9">
        <w:rPr>
          <w:rFonts w:eastAsia="Helvetica Neue" w:cs="Helvetica Neue"/>
          <w:color w:val="1F2933"/>
        </w:rPr>
        <w:t>M</w:t>
      </w:r>
      <w:r w:rsidR="006B51E3">
        <w:rPr>
          <w:rFonts w:eastAsia="Helvetica Neue" w:cs="Helvetica Neue"/>
          <w:color w:val="1F2933"/>
        </w:rPr>
        <w:t xml:space="preserve">ode supports you in developing those connections rigorously and communicating them visually. </w:t>
      </w:r>
    </w:p>
    <w:p w14:paraId="188FC615" w14:textId="77777777" w:rsidR="000B1A18" w:rsidRDefault="00000000" w:rsidP="00680968">
      <w:r>
        <w:rPr>
          <w:noProof/>
        </w:rPr>
        <w:drawing>
          <wp:inline distT="0" distB="0" distL="0" distR="0" wp14:anchorId="2D7382F9" wp14:editId="31B2F842">
            <wp:extent cx="6120473" cy="2993592"/>
            <wp:effectExtent l="0" t="0" r="127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54"/>
                    <a:stretch>
                      <a:fillRect/>
                    </a:stretch>
                  </pic:blipFill>
                  <pic:spPr>
                    <a:xfrm>
                      <a:off x="0" y="0"/>
                      <a:ext cx="6152206" cy="3009113"/>
                    </a:xfrm>
                    <a:prstGeom prst="rect">
                      <a:avLst/>
                    </a:prstGeom>
                  </pic:spPr>
                </pic:pic>
              </a:graphicData>
            </a:graphic>
          </wp:inline>
        </w:drawing>
      </w:r>
    </w:p>
    <w:p w14:paraId="5EAEC72E" w14:textId="0BCD3F1A" w:rsidR="000B1A18" w:rsidRDefault="00000000">
      <w:pPr>
        <w:spacing w:after="240"/>
        <w:jc w:val="center"/>
      </w:pPr>
      <w:r>
        <w:rPr>
          <w:rFonts w:eastAsia="Helvetica Neue" w:cs="Helvetica Neue"/>
          <w:i/>
          <w:color w:val="5C6B7A"/>
          <w:sz w:val="18"/>
        </w:rPr>
        <w:t xml:space="preserve">Proof </w:t>
      </w:r>
      <w:r w:rsidR="001810E9">
        <w:rPr>
          <w:rFonts w:eastAsia="Helvetica Neue" w:cs="Helvetica Neue"/>
          <w:i/>
          <w:color w:val="5C6B7A"/>
          <w:sz w:val="18"/>
        </w:rPr>
        <w:t>M</w:t>
      </w:r>
      <w:r>
        <w:rPr>
          <w:rFonts w:eastAsia="Helvetica Neue" w:cs="Helvetica Neue"/>
          <w:i/>
          <w:color w:val="5C6B7A"/>
          <w:sz w:val="18"/>
        </w:rPr>
        <w:t xml:space="preserve">ode with </w:t>
      </w:r>
      <w:r w:rsidR="00A70B67">
        <w:rPr>
          <w:rFonts w:eastAsia="Helvetica Neue" w:cs="Helvetica Neue"/>
          <w:i/>
          <w:color w:val="5C6B7A"/>
          <w:sz w:val="18"/>
        </w:rPr>
        <w:t>g</w:t>
      </w:r>
      <w:r>
        <w:rPr>
          <w:rFonts w:eastAsia="Helvetica Neue" w:cs="Helvetica Neue"/>
          <w:i/>
          <w:color w:val="5C6B7A"/>
          <w:sz w:val="18"/>
        </w:rPr>
        <w:t xml:space="preserve">ivens, </w:t>
      </w:r>
      <w:r w:rsidR="00A70B67">
        <w:rPr>
          <w:rFonts w:eastAsia="Helvetica Neue" w:cs="Helvetica Neue"/>
          <w:i/>
          <w:color w:val="5C6B7A"/>
          <w:sz w:val="18"/>
        </w:rPr>
        <w:t>claims</w:t>
      </w:r>
      <w:r>
        <w:rPr>
          <w:rFonts w:eastAsia="Helvetica Neue" w:cs="Helvetica Neue"/>
          <w:i/>
          <w:color w:val="5C6B7A"/>
          <w:sz w:val="18"/>
        </w:rPr>
        <w:t xml:space="preserve">, </w:t>
      </w:r>
      <w:r w:rsidR="00A70B67">
        <w:rPr>
          <w:rFonts w:eastAsia="Helvetica Neue" w:cs="Helvetica Neue"/>
          <w:i/>
          <w:color w:val="5C6B7A"/>
          <w:sz w:val="18"/>
        </w:rPr>
        <w:t xml:space="preserve">the theorem’s conclusion (To Prove), </w:t>
      </w:r>
      <w:r>
        <w:rPr>
          <w:rFonts w:eastAsia="Helvetica Neue" w:cs="Helvetica Neue"/>
          <w:i/>
          <w:color w:val="5C6B7A"/>
          <w:sz w:val="18"/>
        </w:rPr>
        <w:t xml:space="preserve">connectors, and </w:t>
      </w:r>
      <w:r w:rsidR="00A70B67">
        <w:rPr>
          <w:rFonts w:eastAsia="Helvetica Neue" w:cs="Helvetica Neue"/>
          <w:i/>
          <w:color w:val="5C6B7A"/>
          <w:sz w:val="18"/>
        </w:rPr>
        <w:t xml:space="preserve">the </w:t>
      </w:r>
      <w:r>
        <w:rPr>
          <w:rFonts w:eastAsia="Helvetica Neue" w:cs="Helvetica Neue"/>
          <w:i/>
          <w:color w:val="5C6B7A"/>
          <w:sz w:val="18"/>
        </w:rPr>
        <w:t>diagram reference.</w:t>
      </w:r>
    </w:p>
    <w:p w14:paraId="5BF09E4A" w14:textId="45BF4732" w:rsidR="00D13C5B" w:rsidRPr="00D13C5B" w:rsidRDefault="00A70B67" w:rsidP="00D13C5B">
      <w:pPr>
        <w:spacing w:before="320" w:after="160"/>
        <w:rPr>
          <w:rFonts w:asciiTheme="majorHAnsi" w:eastAsia="Helvetica Neue" w:hAnsiTheme="majorHAnsi" w:cstheme="majorHAnsi"/>
          <w:b/>
          <w:color w:val="2E5B9C"/>
          <w:sz w:val="28"/>
          <w:szCs w:val="20"/>
        </w:rPr>
      </w:pPr>
      <w:r>
        <w:rPr>
          <w:rFonts w:asciiTheme="majorHAnsi" w:eastAsia="Helvetica Neue" w:hAnsiTheme="majorHAnsi" w:cstheme="majorHAnsi"/>
          <w:b/>
          <w:color w:val="2E5B9C"/>
          <w:sz w:val="28"/>
          <w:szCs w:val="20"/>
        </w:rPr>
        <w:t xml:space="preserve">An Outline of Working </w:t>
      </w:r>
      <w:r w:rsidR="00D13C5B" w:rsidRPr="00D13C5B">
        <w:rPr>
          <w:rFonts w:asciiTheme="majorHAnsi" w:eastAsia="Helvetica Neue" w:hAnsiTheme="majorHAnsi" w:cstheme="majorHAnsi"/>
          <w:b/>
          <w:color w:val="2E5B9C"/>
          <w:sz w:val="28"/>
          <w:szCs w:val="20"/>
        </w:rPr>
        <w:t>in Proof Mode</w:t>
      </w:r>
    </w:p>
    <w:p w14:paraId="1E83BF74" w14:textId="459B4F04" w:rsidR="000341B9" w:rsidRPr="000341B9" w:rsidRDefault="000341B9" w:rsidP="00D13C5B">
      <w:pPr>
        <w:pStyle w:val="ListNumber"/>
        <w:spacing w:after="80"/>
      </w:pPr>
      <w:r>
        <w:rPr>
          <w:rFonts w:eastAsia="Helvetica Neue" w:cs="Helvetica Neue"/>
          <w:color w:val="1F2933"/>
        </w:rPr>
        <w:t xml:space="preserve">Once you have completed a diagram, click </w:t>
      </w:r>
      <w:r w:rsidRPr="001810E9">
        <w:rPr>
          <w:rFonts w:eastAsia="Helvetica Neue" w:cs="Helvetica Neue"/>
          <w:b/>
          <w:bCs/>
          <w:color w:val="1F2933"/>
        </w:rPr>
        <w:t>Proof</w:t>
      </w:r>
      <w:r>
        <w:rPr>
          <w:rFonts w:eastAsia="Helvetica Neue" w:cs="Helvetica Neue"/>
          <w:color w:val="1F2933"/>
        </w:rPr>
        <w:t xml:space="preserve"> at the top of the GPS window.</w:t>
      </w:r>
    </w:p>
    <w:p w14:paraId="1362A390" w14:textId="48113C6B" w:rsidR="00D13C5B" w:rsidRDefault="000341B9" w:rsidP="00D13C5B">
      <w:pPr>
        <w:pStyle w:val="ListNumber"/>
        <w:spacing w:after="80"/>
      </w:pPr>
      <w:r>
        <w:rPr>
          <w:rFonts w:eastAsia="Helvetica Neue" w:cs="Helvetica Neue"/>
          <w:color w:val="1F2933"/>
        </w:rPr>
        <w:t xml:space="preserve">If you have not done so already, </w:t>
      </w:r>
      <w:r w:rsidR="00A70B67">
        <w:rPr>
          <w:rFonts w:eastAsia="Helvetica Neue" w:cs="Helvetica Neue"/>
          <w:color w:val="1F2933"/>
        </w:rPr>
        <w:t>n</w:t>
      </w:r>
      <w:r w:rsidR="00D13C5B">
        <w:rPr>
          <w:rFonts w:eastAsia="Helvetica Neue" w:cs="Helvetica Neue"/>
          <w:color w:val="1F2933"/>
        </w:rPr>
        <w:t xml:space="preserve">ame </w:t>
      </w:r>
      <w:r w:rsidR="00A70B67">
        <w:rPr>
          <w:rFonts w:eastAsia="Helvetica Neue" w:cs="Helvetica Neue"/>
          <w:color w:val="1F2933"/>
        </w:rPr>
        <w:t>your</w:t>
      </w:r>
      <w:r w:rsidR="00D13C5B">
        <w:rPr>
          <w:rFonts w:eastAsia="Helvetica Neue" w:cs="Helvetica Neue"/>
          <w:color w:val="1F2933"/>
        </w:rPr>
        <w:t xml:space="preserve"> theorem </w:t>
      </w:r>
      <w:r w:rsidR="00BB66D5">
        <w:rPr>
          <w:rFonts w:eastAsia="Helvetica Neue" w:cs="Helvetica Neue"/>
          <w:color w:val="1F2933"/>
        </w:rPr>
        <w:t xml:space="preserve">in place of “Untitled Theorem” </w:t>
      </w:r>
      <w:r w:rsidR="00D13C5B">
        <w:rPr>
          <w:rFonts w:eastAsia="Helvetica Neue" w:cs="Helvetica Neue"/>
          <w:color w:val="1F2933"/>
        </w:rPr>
        <w:t xml:space="preserve">and write the theorem statement in </w:t>
      </w:r>
      <w:r w:rsidR="00A70B67">
        <w:rPr>
          <w:rFonts w:eastAsia="Helvetica Neue" w:cs="Helvetica Neue"/>
          <w:color w:val="1F2933"/>
        </w:rPr>
        <w:t>English</w:t>
      </w:r>
      <w:r w:rsidR="00BB66D5">
        <w:rPr>
          <w:rFonts w:eastAsia="Helvetica Neue" w:cs="Helvetica Neue"/>
          <w:color w:val="1F2933"/>
        </w:rPr>
        <w:t xml:space="preserve"> in place of “State what you want to prove.”</w:t>
      </w:r>
      <w:r w:rsidR="00A70B67">
        <w:rPr>
          <w:rFonts w:eastAsia="Helvetica Neue" w:cs="Helvetica Neue"/>
          <w:color w:val="1F2933"/>
        </w:rPr>
        <w:t xml:space="preserve"> (see the bottom of </w:t>
      </w:r>
      <w:hyperlink w:anchor="GettingStarted" w:history="1">
        <w:r w:rsidR="00A70B67" w:rsidRPr="00A70B67">
          <w:rPr>
            <w:rStyle w:val="Hyperlink"/>
            <w:rFonts w:eastAsia="Helvetica Neue" w:cs="Helvetica Neue"/>
          </w:rPr>
          <w:t xml:space="preserve">page 2 </w:t>
        </w:r>
      </w:hyperlink>
      <w:r w:rsidR="00A70B67">
        <w:rPr>
          <w:rFonts w:eastAsia="Helvetica Neue" w:cs="Helvetica Neue"/>
          <w:color w:val="1F2933"/>
        </w:rPr>
        <w:t>for an example)</w:t>
      </w:r>
      <w:r w:rsidR="00D13C5B">
        <w:rPr>
          <w:rFonts w:eastAsia="Helvetica Neue" w:cs="Helvetica Neue"/>
          <w:color w:val="1F2933"/>
        </w:rPr>
        <w:t>.</w:t>
      </w:r>
    </w:p>
    <w:p w14:paraId="4A2992F2" w14:textId="38737094" w:rsidR="00D13C5B" w:rsidRDefault="00F656A4" w:rsidP="00D13C5B">
      <w:pPr>
        <w:pStyle w:val="ListNumber"/>
        <w:spacing w:after="80"/>
      </w:pPr>
      <w:r w:rsidRPr="001A47D8">
        <w:rPr>
          <w:rFonts w:eastAsia="Helvetica Neue" w:cs="Helvetica Neue"/>
          <w:noProof/>
          <w:color w:val="1F2933"/>
          <w:sz w:val="20"/>
        </w:rPr>
        <w:drawing>
          <wp:anchor distT="0" distB="0" distL="114300" distR="114300" simplePos="0" relativeHeight="251681792" behindDoc="1" locked="0" layoutInCell="1" allowOverlap="1" wp14:anchorId="373A52D1" wp14:editId="73040311">
            <wp:simplePos x="0" y="0"/>
            <wp:positionH relativeFrom="column">
              <wp:posOffset>1985101</wp:posOffset>
            </wp:positionH>
            <wp:positionV relativeFrom="paragraph">
              <wp:posOffset>-635</wp:posOffset>
            </wp:positionV>
            <wp:extent cx="1104900" cy="188595"/>
            <wp:effectExtent l="0" t="0" r="0" b="1905"/>
            <wp:wrapTight wrapText="bothSides">
              <wp:wrapPolygon edited="1">
                <wp:start x="1710" y="0"/>
                <wp:lineTo x="1865" y="16136"/>
                <wp:lineTo x="19331" y="16136"/>
                <wp:lineTo x="19642" y="0"/>
                <wp:lineTo x="1710" y="0"/>
              </wp:wrapPolygon>
            </wp:wrapTight>
            <wp:docPr id="17249819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9380292" name=""/>
                    <pic:cNvPicPr/>
                  </pic:nvPicPr>
                  <pic:blipFill>
                    <a:blip r:embed="rId14"/>
                    <a:stretch>
                      <a:fillRect/>
                    </a:stretch>
                  </pic:blipFill>
                  <pic:spPr>
                    <a:xfrm>
                      <a:off x="0" y="0"/>
                      <a:ext cx="1104900" cy="188595"/>
                    </a:xfrm>
                    <a:prstGeom prst="rect">
                      <a:avLst/>
                    </a:prstGeom>
                  </pic:spPr>
                </pic:pic>
              </a:graphicData>
            </a:graphic>
            <wp14:sizeRelH relativeFrom="page">
              <wp14:pctWidth>0</wp14:pctWidth>
            </wp14:sizeRelH>
            <wp14:sizeRelV relativeFrom="page">
              <wp14:pctHeight>0</wp14:pctHeight>
            </wp14:sizeRelV>
          </wp:anchor>
        </w:drawing>
      </w:r>
      <w:r w:rsidR="00A70B67">
        <w:rPr>
          <w:rFonts w:eastAsia="Helvetica Neue" w:cs="Helvetica Neue"/>
          <w:color w:val="1F2933"/>
        </w:rPr>
        <w:t xml:space="preserve">In the </w:t>
      </w:r>
      <w:r>
        <w:rPr>
          <w:rFonts w:eastAsia="Helvetica Neue" w:cs="Helvetica Neue"/>
          <w:color w:val="1F2933"/>
        </w:rPr>
        <w:t xml:space="preserve">first column, click the  button (or the </w:t>
      </w:r>
      <w:r w:rsidRPr="00F656A4">
        <w:rPr>
          <w:rFonts w:eastAsia="Helvetica Neue" w:cs="Helvetica Neue"/>
          <w:noProof/>
          <w:color w:val="1F2933"/>
          <w:position w:val="-4"/>
        </w:rPr>
        <w:drawing>
          <wp:inline distT="0" distB="0" distL="0" distR="0" wp14:anchorId="4F124594" wp14:editId="1A861628">
            <wp:extent cx="146304" cy="146304"/>
            <wp:effectExtent l="0" t="0" r="6350" b="6350"/>
            <wp:docPr id="19722308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2230857" name=""/>
                    <pic:cNvPicPr/>
                  </pic:nvPicPr>
                  <pic:blipFill>
                    <a:blip r:embed="rId55"/>
                    <a:stretch>
                      <a:fillRect/>
                    </a:stretch>
                  </pic:blipFill>
                  <pic:spPr>
                    <a:xfrm>
                      <a:off x="0" y="0"/>
                      <a:ext cx="146304" cy="146304"/>
                    </a:xfrm>
                    <a:prstGeom prst="rect">
                      <a:avLst/>
                    </a:prstGeom>
                  </pic:spPr>
                </pic:pic>
              </a:graphicData>
            </a:graphic>
          </wp:inline>
        </w:drawing>
      </w:r>
      <w:r>
        <w:rPr>
          <w:rFonts w:eastAsia="Helvetica Neue" w:cs="Helvetica Neue"/>
          <w:color w:val="1F2933"/>
        </w:rPr>
        <w:t xml:space="preserve"> header) for each of the premises in your conjecture. State all givens and claims in terms of the points and figures labeled in your diagram. For </w:t>
      </w:r>
      <w:r w:rsidR="00BB66D5">
        <w:rPr>
          <w:rFonts w:eastAsia="Helvetica Neue" w:cs="Helvetica Neue"/>
          <w:color w:val="1F2933"/>
        </w:rPr>
        <w:t>each</w:t>
      </w:r>
      <w:r>
        <w:rPr>
          <w:rFonts w:eastAsia="Helvetica Neue" w:cs="Helvetica Neue"/>
          <w:color w:val="1F2933"/>
        </w:rPr>
        <w:t xml:space="preserve"> given, you will need to identify the type of information.</w:t>
      </w:r>
    </w:p>
    <w:p w14:paraId="37F71A44" w14:textId="32BBB501" w:rsidR="00D13C5B" w:rsidRDefault="00F656A4" w:rsidP="00D13C5B">
      <w:pPr>
        <w:pStyle w:val="ListNumber"/>
        <w:spacing w:after="80"/>
      </w:pPr>
      <w:r>
        <w:rPr>
          <w:rFonts w:eastAsia="Helvetica Neue" w:cs="Helvetica Neue"/>
          <w:color w:val="1F2933"/>
        </w:rPr>
        <w:t>In the final column</w:t>
      </w:r>
      <w:r w:rsidR="00616113">
        <w:rPr>
          <w:rFonts w:eastAsia="Helvetica Neue" w:cs="Helvetica Neue"/>
          <w:color w:val="1F2933"/>
        </w:rPr>
        <w:t xml:space="preserve"> (</w:t>
      </w:r>
      <w:r w:rsidR="00616113" w:rsidRPr="00616113">
        <w:rPr>
          <w:rFonts w:eastAsia="Helvetica Neue" w:cs="Helvetica Neue"/>
          <w:noProof/>
          <w:color w:val="1F2933"/>
          <w:position w:val="-4"/>
        </w:rPr>
        <w:drawing>
          <wp:inline distT="0" distB="0" distL="0" distR="0" wp14:anchorId="75703BEA" wp14:editId="1B8693D2">
            <wp:extent cx="173736" cy="173736"/>
            <wp:effectExtent l="0" t="0" r="4445" b="4445"/>
            <wp:docPr id="12892882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9288226" name=""/>
                    <pic:cNvPicPr/>
                  </pic:nvPicPr>
                  <pic:blipFill>
                    <a:blip r:embed="rId56"/>
                    <a:stretch>
                      <a:fillRect/>
                    </a:stretch>
                  </pic:blipFill>
                  <pic:spPr>
                    <a:xfrm>
                      <a:off x="0" y="0"/>
                      <a:ext cx="173736" cy="173736"/>
                    </a:xfrm>
                    <a:prstGeom prst="rect">
                      <a:avLst/>
                    </a:prstGeom>
                  </pic:spPr>
                </pic:pic>
              </a:graphicData>
            </a:graphic>
          </wp:inline>
        </w:drawing>
      </w:r>
      <w:r w:rsidR="00616113">
        <w:rPr>
          <w:rFonts w:eastAsia="Helvetica Neue" w:cs="Helvetica Neue"/>
          <w:color w:val="1F2933"/>
        </w:rPr>
        <w:t>)</w:t>
      </w:r>
      <w:r>
        <w:rPr>
          <w:rFonts w:eastAsia="Helvetica Neue" w:cs="Helvetica Neue"/>
          <w:color w:val="1F2933"/>
        </w:rPr>
        <w:t>, a</w:t>
      </w:r>
      <w:r w:rsidR="00D13C5B">
        <w:rPr>
          <w:rFonts w:eastAsia="Helvetica Neue" w:cs="Helvetica Neue"/>
          <w:color w:val="1F2933"/>
        </w:rPr>
        <w:t>dd the To Prove claim(s)</w:t>
      </w:r>
      <w:r w:rsidR="00BB66D5">
        <w:rPr>
          <w:rFonts w:eastAsia="Helvetica Neue" w:cs="Helvetica Neue"/>
          <w:color w:val="1F2933"/>
        </w:rPr>
        <w:t xml:space="preserve"> in terms of the points and figures in the diagram</w:t>
      </w:r>
      <w:r w:rsidR="00D13C5B">
        <w:rPr>
          <w:rFonts w:eastAsia="Helvetica Neue" w:cs="Helvetica Neue"/>
          <w:color w:val="1F2933"/>
        </w:rPr>
        <w:t>.</w:t>
      </w:r>
    </w:p>
    <w:p w14:paraId="1DB78011" w14:textId="3EAF3953" w:rsidR="00D13C5B" w:rsidRDefault="006424D1" w:rsidP="00301311">
      <w:pPr>
        <w:pStyle w:val="ListNumber"/>
        <w:spacing w:after="80"/>
      </w:pPr>
      <w:r>
        <w:rPr>
          <w:rFonts w:eastAsia="Helvetica Neue" w:cs="Helvetica Neue"/>
          <w:color w:val="1F2933"/>
        </w:rPr>
        <w:t>You must enter the Givens and To Prove before you will be allowed to enter any intermedia</w:t>
      </w:r>
      <w:r w:rsidR="00B76796">
        <w:rPr>
          <w:rFonts w:eastAsia="Helvetica Neue" w:cs="Helvetica Neue"/>
          <w:color w:val="1F2933"/>
        </w:rPr>
        <w:t>te</w:t>
      </w:r>
      <w:r>
        <w:rPr>
          <w:rFonts w:eastAsia="Helvetica Neue" w:cs="Helvetica Neue"/>
          <w:color w:val="1F2933"/>
        </w:rPr>
        <w:t xml:space="preserve"> claims. </w:t>
      </w:r>
      <w:r w:rsidR="00F656A4">
        <w:rPr>
          <w:rFonts w:eastAsia="Helvetica Neue" w:cs="Helvetica Neue"/>
          <w:color w:val="1F2933"/>
        </w:rPr>
        <w:t>In the middle columns, add</w:t>
      </w:r>
      <w:r w:rsidR="00D13C5B">
        <w:rPr>
          <w:rFonts w:eastAsia="Helvetica Neue" w:cs="Helvetica Neue"/>
          <w:color w:val="1F2933"/>
        </w:rPr>
        <w:t xml:space="preserve"> deduction claims </w:t>
      </w:r>
      <w:r w:rsidR="00F656A4">
        <w:rPr>
          <w:rFonts w:eastAsia="Helvetica Neue" w:cs="Helvetica Neue"/>
          <w:color w:val="1F2933"/>
        </w:rPr>
        <w:t xml:space="preserve">that </w:t>
      </w:r>
      <w:r w:rsidR="00BB66D5">
        <w:rPr>
          <w:rFonts w:eastAsia="Helvetica Neue" w:cs="Helvetica Neue"/>
          <w:color w:val="1F2933"/>
        </w:rPr>
        <w:t>follow from</w:t>
      </w:r>
      <w:r w:rsidR="00F656A4">
        <w:rPr>
          <w:rFonts w:eastAsia="Helvetica Neue" w:cs="Helvetica Neue"/>
          <w:color w:val="1F2933"/>
        </w:rPr>
        <w:t xml:space="preserve"> the </w:t>
      </w:r>
      <w:r w:rsidR="00BB66D5">
        <w:rPr>
          <w:rFonts w:eastAsia="Helvetica Neue" w:cs="Helvetica Neue"/>
          <w:color w:val="1F2933"/>
        </w:rPr>
        <w:t>givens</w:t>
      </w:r>
      <w:r w:rsidR="00F656A4">
        <w:rPr>
          <w:rFonts w:eastAsia="Helvetica Neue" w:cs="Helvetica Neue"/>
          <w:color w:val="1F2933"/>
        </w:rPr>
        <w:t xml:space="preserve"> and </w:t>
      </w:r>
      <w:r w:rsidR="00BB66D5">
        <w:rPr>
          <w:rFonts w:eastAsia="Helvetica Neue" w:cs="Helvetica Neue"/>
          <w:color w:val="1F2933"/>
        </w:rPr>
        <w:t>lead to your To Prove</w:t>
      </w:r>
      <w:r w:rsidR="00D13C5B">
        <w:rPr>
          <w:rFonts w:eastAsia="Helvetica Neue" w:cs="Helvetica Neue"/>
          <w:color w:val="1F2933"/>
        </w:rPr>
        <w:t>.</w:t>
      </w:r>
      <w:r w:rsidR="00F656A4">
        <w:rPr>
          <w:rFonts w:eastAsia="Helvetica Neue" w:cs="Helvetica Neue"/>
          <w:color w:val="1F2933"/>
        </w:rPr>
        <w:t xml:space="preserve"> Add new columns with the plus symbols (</w:t>
      </w:r>
      <w:r w:rsidR="00F656A4" w:rsidRPr="00F656A4">
        <w:rPr>
          <w:rFonts w:eastAsia="Helvetica Neue" w:cs="Helvetica Neue"/>
          <w:noProof/>
          <w:color w:val="1F2933"/>
          <w:position w:val="-4"/>
        </w:rPr>
        <w:drawing>
          <wp:inline distT="0" distB="0" distL="0" distR="0" wp14:anchorId="4EDEDC9D" wp14:editId="14E199A9">
            <wp:extent cx="142258" cy="146050"/>
            <wp:effectExtent l="0" t="0" r="0" b="0"/>
            <wp:docPr id="5454707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470786" name=""/>
                    <pic:cNvPicPr/>
                  </pic:nvPicPr>
                  <pic:blipFill rotWithShape="1">
                    <a:blip r:embed="rId57">
                      <a:extLst>
                        <a:ext uri="{BEBA8EAE-BF5A-486C-A8C5-ECC9F3942E4B}">
                          <a14:imgProps xmlns:a14="http://schemas.microsoft.com/office/drawing/2010/main">
                            <a14:imgLayer r:embed="rId58">
                              <a14:imgEffect>
                                <a14:brightnessContrast contrast="-40000"/>
                              </a14:imgEffect>
                            </a14:imgLayer>
                          </a14:imgProps>
                        </a:ext>
                      </a:extLst>
                    </a:blip>
                    <a:srcRect l="4239" t="-3" r="6699" b="4753"/>
                    <a:stretch>
                      <a:fillRect/>
                    </a:stretch>
                  </pic:blipFill>
                  <pic:spPr bwMode="auto">
                    <a:xfrm>
                      <a:off x="0" y="0"/>
                      <a:ext cx="144215" cy="148059"/>
                    </a:xfrm>
                    <a:prstGeom prst="rect">
                      <a:avLst/>
                    </a:prstGeom>
                    <a:ln>
                      <a:noFill/>
                    </a:ln>
                    <a:extLst>
                      <a:ext uri="{53640926-AAD7-44D8-BBD7-CCE9431645EC}">
                        <a14:shadowObscured xmlns:a14="http://schemas.microsoft.com/office/drawing/2010/main"/>
                      </a:ext>
                    </a:extLst>
                  </pic:spPr>
                </pic:pic>
              </a:graphicData>
            </a:graphic>
          </wp:inline>
        </w:drawing>
      </w:r>
      <w:r w:rsidR="00F656A4">
        <w:rPr>
          <w:rFonts w:eastAsia="Helvetica Neue" w:cs="Helvetica Neue"/>
          <w:color w:val="1F2933"/>
        </w:rPr>
        <w:t>)</w:t>
      </w:r>
      <w:r w:rsidR="00301311">
        <w:rPr>
          <w:rFonts w:eastAsia="Helvetica Neue" w:cs="Helvetica Neue"/>
          <w:color w:val="1F2933"/>
        </w:rPr>
        <w:t xml:space="preserve"> </w:t>
      </w:r>
      <w:r w:rsidR="00DE1DC1">
        <w:rPr>
          <w:rFonts w:eastAsia="Helvetica Neue" w:cs="Helvetica Neue"/>
          <w:color w:val="1F2933"/>
        </w:rPr>
        <w:t xml:space="preserve">by each column </w:t>
      </w:r>
      <w:r w:rsidR="00301311">
        <w:rPr>
          <w:rFonts w:eastAsia="Helvetica Neue" w:cs="Helvetica Neue"/>
          <w:color w:val="1F2933"/>
        </w:rPr>
        <w:t xml:space="preserve">when you need room for </w:t>
      </w:r>
      <w:r w:rsidR="00DE1DC1">
        <w:rPr>
          <w:rFonts w:eastAsia="Helvetica Neue" w:cs="Helvetica Neue"/>
          <w:color w:val="1F2933"/>
        </w:rPr>
        <w:t xml:space="preserve">new </w:t>
      </w:r>
      <w:r w:rsidR="00301311">
        <w:rPr>
          <w:rFonts w:eastAsia="Helvetica Neue" w:cs="Helvetica Neue"/>
          <w:color w:val="1F2933"/>
        </w:rPr>
        <w:t xml:space="preserve">claims that follow from </w:t>
      </w:r>
      <w:r w:rsidR="00DE1DC1">
        <w:rPr>
          <w:rFonts w:eastAsia="Helvetica Neue" w:cs="Helvetica Neue"/>
          <w:color w:val="1F2933"/>
        </w:rPr>
        <w:t xml:space="preserve">or precede </w:t>
      </w:r>
      <w:r w:rsidR="00301311">
        <w:rPr>
          <w:rFonts w:eastAsia="Helvetica Neue" w:cs="Helvetica Neue"/>
          <w:color w:val="1F2933"/>
        </w:rPr>
        <w:t>other</w:t>
      </w:r>
      <w:r w:rsidR="00DE1DC1">
        <w:rPr>
          <w:rFonts w:eastAsia="Helvetica Neue" w:cs="Helvetica Neue"/>
          <w:color w:val="1F2933"/>
        </w:rPr>
        <w:t>s</w:t>
      </w:r>
      <w:r w:rsidR="00301311">
        <w:rPr>
          <w:rFonts w:eastAsia="Helvetica Neue" w:cs="Helvetica Neue"/>
          <w:color w:val="1F2933"/>
        </w:rPr>
        <w:t>. Claims that build on earlier ones must be to the right of the</w:t>
      </w:r>
      <w:r w:rsidR="00BB66D5">
        <w:rPr>
          <w:rFonts w:eastAsia="Helvetica Neue" w:cs="Helvetica Neue"/>
          <w:color w:val="1F2933"/>
        </w:rPr>
        <w:t xml:space="preserve"> claims that support their</w:t>
      </w:r>
      <w:r w:rsidR="00301311">
        <w:rPr>
          <w:rFonts w:eastAsia="Helvetica Neue" w:cs="Helvetica Neue"/>
          <w:color w:val="1F2933"/>
        </w:rPr>
        <w:t xml:space="preserve"> premi</w:t>
      </w:r>
      <w:r w:rsidR="00BB66D5">
        <w:rPr>
          <w:rFonts w:eastAsia="Helvetica Neue" w:cs="Helvetica Neue"/>
          <w:color w:val="1F2933"/>
        </w:rPr>
        <w:t>s</w:t>
      </w:r>
      <w:r w:rsidR="00301311">
        <w:rPr>
          <w:rFonts w:eastAsia="Helvetica Neue" w:cs="Helvetica Neue"/>
          <w:color w:val="1F2933"/>
        </w:rPr>
        <w:t>e</w:t>
      </w:r>
      <w:r w:rsidR="00BB66D5">
        <w:rPr>
          <w:rFonts w:eastAsia="Helvetica Neue" w:cs="Helvetica Neue"/>
          <w:color w:val="1F2933"/>
        </w:rPr>
        <w:t>s</w:t>
      </w:r>
      <w:r w:rsidR="00301311">
        <w:rPr>
          <w:rFonts w:eastAsia="Helvetica Neue" w:cs="Helvetica Neue"/>
          <w:color w:val="1F2933"/>
        </w:rPr>
        <w:t xml:space="preserve">. </w:t>
      </w:r>
      <w:r w:rsidR="00F656A4" w:rsidRPr="00301311">
        <w:rPr>
          <w:rFonts w:eastAsia="Helvetica Neue" w:cs="Helvetica Neue"/>
          <w:color w:val="1F2933"/>
        </w:rPr>
        <w:t>For each claim, c</w:t>
      </w:r>
      <w:r w:rsidR="00D13C5B" w:rsidRPr="00301311">
        <w:rPr>
          <w:rFonts w:eastAsia="Helvetica Neue" w:cs="Helvetica Neue"/>
          <w:color w:val="1F2933"/>
        </w:rPr>
        <w:t xml:space="preserve">hoose </w:t>
      </w:r>
      <w:r w:rsidR="00F656A4" w:rsidRPr="00301311">
        <w:rPr>
          <w:rFonts w:eastAsia="Helvetica Neue" w:cs="Helvetica Neue"/>
          <w:color w:val="1F2933"/>
        </w:rPr>
        <w:t xml:space="preserve">a </w:t>
      </w:r>
      <w:r w:rsidR="00D13C5B" w:rsidRPr="00301311">
        <w:rPr>
          <w:rFonts w:eastAsia="Helvetica Neue" w:cs="Helvetica Neue"/>
          <w:color w:val="1F2933"/>
        </w:rPr>
        <w:t>justification from the library.</w:t>
      </w:r>
    </w:p>
    <w:p w14:paraId="23B8CC17" w14:textId="1AE26581" w:rsidR="00D13C5B" w:rsidRDefault="00D13C5B" w:rsidP="00D13C5B">
      <w:pPr>
        <w:pStyle w:val="ListNumber"/>
        <w:spacing w:after="80"/>
      </w:pPr>
      <w:r>
        <w:rPr>
          <w:rFonts w:eastAsia="Helvetica Neue" w:cs="Helvetica Neue"/>
          <w:color w:val="1F2933"/>
        </w:rPr>
        <w:t xml:space="preserve">Drag connectors from </w:t>
      </w:r>
      <w:r w:rsidR="00F656A4">
        <w:rPr>
          <w:rFonts w:eastAsia="Helvetica Neue" w:cs="Helvetica Neue"/>
          <w:color w:val="1F2933"/>
        </w:rPr>
        <w:t>conclusion</w:t>
      </w:r>
      <w:r w:rsidR="00301311">
        <w:rPr>
          <w:rFonts w:eastAsia="Helvetica Neue" w:cs="Helvetica Neue"/>
          <w:color w:val="1F2933"/>
        </w:rPr>
        <w:t xml:space="preserve"> port</w:t>
      </w:r>
      <w:r w:rsidR="00F656A4">
        <w:rPr>
          <w:rFonts w:eastAsia="Helvetica Neue" w:cs="Helvetica Neue"/>
          <w:color w:val="1F2933"/>
        </w:rPr>
        <w:t>s</w:t>
      </w:r>
      <w:r>
        <w:rPr>
          <w:rFonts w:eastAsia="Helvetica Neue" w:cs="Helvetica Neue"/>
          <w:color w:val="1F2933"/>
        </w:rPr>
        <w:t xml:space="preserve"> to matching premise </w:t>
      </w:r>
      <w:r w:rsidR="00301311">
        <w:rPr>
          <w:rFonts w:eastAsia="Helvetica Neue" w:cs="Helvetica Neue"/>
          <w:color w:val="1F2933"/>
        </w:rPr>
        <w:t>port</w:t>
      </w:r>
      <w:r>
        <w:rPr>
          <w:rFonts w:eastAsia="Helvetica Neue" w:cs="Helvetica Neue"/>
          <w:color w:val="1F2933"/>
        </w:rPr>
        <w:t>s.</w:t>
      </w:r>
    </w:p>
    <w:p w14:paraId="037A65E0" w14:textId="4DD5EEB0" w:rsidR="00D13C5B" w:rsidRDefault="00D13C5B" w:rsidP="00D13C5B">
      <w:pPr>
        <w:pStyle w:val="ListNumber"/>
        <w:spacing w:after="80"/>
      </w:pPr>
      <w:r>
        <w:rPr>
          <w:rFonts w:eastAsia="Helvetica Neue" w:cs="Helvetica Neue"/>
          <w:color w:val="1F2933"/>
        </w:rPr>
        <w:lastRenderedPageBreak/>
        <w:t>Read proofreading notes</w:t>
      </w:r>
      <w:r w:rsidR="00301311">
        <w:rPr>
          <w:rFonts w:eastAsia="Helvetica Neue" w:cs="Helvetica Neue"/>
          <w:color w:val="1F2933"/>
        </w:rPr>
        <w:t xml:space="preserve"> that GPS adds in orange </w:t>
      </w:r>
      <w:r w:rsidR="00BB66D5">
        <w:rPr>
          <w:rFonts w:eastAsia="Helvetica Neue" w:cs="Helvetica Neue"/>
          <w:color w:val="1F2933"/>
        </w:rPr>
        <w:t>and</w:t>
      </w:r>
      <w:r>
        <w:rPr>
          <w:rFonts w:eastAsia="Helvetica Neue" w:cs="Helvetica Neue"/>
          <w:color w:val="1F2933"/>
        </w:rPr>
        <w:t xml:space="preserve"> fix </w:t>
      </w:r>
      <w:r w:rsidR="00BB66D5">
        <w:rPr>
          <w:rFonts w:eastAsia="Helvetica Neue" w:cs="Helvetica Neue"/>
          <w:color w:val="1F2933"/>
        </w:rPr>
        <w:t>the noted</w:t>
      </w:r>
      <w:r>
        <w:rPr>
          <w:rFonts w:eastAsia="Helvetica Neue" w:cs="Helvetica Neue"/>
          <w:color w:val="1F2933"/>
        </w:rPr>
        <w:t xml:space="preserve"> issues.</w:t>
      </w:r>
    </w:p>
    <w:p w14:paraId="09A2FBD9" w14:textId="4F07D0F5" w:rsidR="00D13C5B" w:rsidRDefault="00D13C5B" w:rsidP="00D13C5B">
      <w:pPr>
        <w:pStyle w:val="ListNumber"/>
        <w:spacing w:after="80"/>
      </w:pPr>
      <w:r>
        <w:rPr>
          <w:rFonts w:eastAsia="Helvetica Neue" w:cs="Helvetica Neue"/>
          <w:color w:val="1F2933"/>
        </w:rPr>
        <w:t xml:space="preserve">When </w:t>
      </w:r>
      <w:r w:rsidR="00BB66D5">
        <w:rPr>
          <w:rFonts w:eastAsia="Helvetica Neue" w:cs="Helvetica Neue"/>
          <w:color w:val="1F2933"/>
        </w:rPr>
        <w:t>all of your premises have a connection, you will be prompted to add “</w:t>
      </w:r>
      <w:r>
        <w:rPr>
          <w:rFonts w:eastAsia="Helvetica Neue" w:cs="Helvetica Neue"/>
          <w:color w:val="1F2933"/>
        </w:rPr>
        <w:t>Q.E.D.</w:t>
      </w:r>
      <w:r w:rsidR="00BB66D5">
        <w:rPr>
          <w:rFonts w:eastAsia="Helvetica Neue" w:cs="Helvetica Neue"/>
          <w:color w:val="1F2933"/>
        </w:rPr>
        <w:t>” or some other celebratory indicator.</w:t>
      </w:r>
    </w:p>
    <w:p w14:paraId="50BA588B" w14:textId="30B5BAC3" w:rsidR="00D13C5B" w:rsidRPr="001A7CD5" w:rsidRDefault="00C201C5">
      <w:pPr>
        <w:spacing w:before="240" w:after="160"/>
        <w:rPr>
          <w:rFonts w:asciiTheme="majorHAnsi" w:eastAsia="Helvetica Neue" w:hAnsiTheme="majorHAnsi" w:cstheme="majorHAnsi"/>
          <w:b/>
          <w:color w:val="2E5B9C"/>
          <w:sz w:val="28"/>
        </w:rPr>
      </w:pPr>
      <w:r w:rsidRPr="001A7CD5">
        <w:rPr>
          <w:rFonts w:asciiTheme="majorHAnsi" w:eastAsia="Helvetica Neue" w:hAnsiTheme="majorHAnsi" w:cstheme="majorHAnsi"/>
          <w:b/>
          <w:color w:val="2E5B9C"/>
          <w:sz w:val="28"/>
        </w:rPr>
        <w:t xml:space="preserve">Proofs are made up of </w:t>
      </w:r>
      <w:r w:rsidR="001A7CD5" w:rsidRPr="001A7CD5">
        <w:rPr>
          <w:rFonts w:asciiTheme="majorHAnsi" w:eastAsia="Helvetica Neue" w:hAnsiTheme="majorHAnsi" w:cstheme="majorHAnsi"/>
          <w:b/>
          <w:color w:val="2E5B9C"/>
          <w:sz w:val="28"/>
        </w:rPr>
        <w:t xml:space="preserve">connected </w:t>
      </w:r>
      <w:r w:rsidRPr="001A7CD5">
        <w:rPr>
          <w:rFonts w:asciiTheme="majorHAnsi" w:eastAsia="Helvetica Neue" w:hAnsiTheme="majorHAnsi" w:cstheme="majorHAnsi"/>
          <w:b/>
          <w:color w:val="2E5B9C"/>
          <w:sz w:val="28"/>
        </w:rPr>
        <w:t>claim boxes</w:t>
      </w:r>
      <w:bookmarkStart w:id="4" w:name="Claimbox"/>
      <w:bookmarkEnd w:id="4"/>
    </w:p>
    <w:p w14:paraId="739E2BE6" w14:textId="16EFC71D" w:rsidR="001A7CD5" w:rsidRDefault="001A7CD5">
      <w:pPr>
        <w:spacing w:before="240" w:after="160"/>
        <w:rPr>
          <w:rFonts w:eastAsia="Helvetica Neue" w:cs="Helvetica Neue"/>
          <w:color w:val="1F2933"/>
        </w:rPr>
      </w:pPr>
      <w:r>
        <w:rPr>
          <w:rFonts w:eastAsia="Helvetica Neue" w:cs="Helvetica Neue"/>
          <w:color w:val="1F2933"/>
        </w:rPr>
        <w:t>In proof mode, claim boxes are added and then linked together into a logical argument that justifies the conclusion</w:t>
      </w:r>
      <w:r w:rsidR="00DC2C56">
        <w:rPr>
          <w:rFonts w:eastAsia="Helvetica Neue" w:cs="Helvetica Neue"/>
          <w:color w:val="1F2933"/>
        </w:rPr>
        <w:t xml:space="preserve"> </w:t>
      </w:r>
      <w:r w:rsidR="00111F01">
        <w:rPr>
          <w:rFonts w:eastAsia="Helvetica Neue" w:cs="Helvetica Neue"/>
          <w:color w:val="1F2933"/>
        </w:rPr>
        <w:t>of your conjecture (which, if your work is correct, graduates to become a theorem!)</w:t>
      </w:r>
      <w:r>
        <w:rPr>
          <w:rFonts w:eastAsia="Helvetica Neue" w:cs="Helvetica Neue"/>
          <w:color w:val="1F2933"/>
        </w:rPr>
        <w:t>. Here is an example of a claim box and its components:</w:t>
      </w:r>
    </w:p>
    <w:p w14:paraId="19A7E913" w14:textId="2CA0B94C" w:rsidR="001A7CD5" w:rsidRDefault="001A7CD5" w:rsidP="001A7CD5">
      <w:pPr>
        <w:spacing w:before="240" w:after="160"/>
        <w:jc w:val="center"/>
        <w:rPr>
          <w:rFonts w:eastAsia="Helvetica Neue" w:cs="Helvetica Neue"/>
          <w:color w:val="1F2933"/>
        </w:rPr>
      </w:pPr>
      <w:r>
        <w:rPr>
          <w:rFonts w:eastAsia="Helvetica Neue" w:cs="Helvetica Neue"/>
          <w:noProof/>
          <w:color w:val="1F2933"/>
        </w:rPr>
        <mc:AlternateContent>
          <mc:Choice Requires="wpg">
            <w:drawing>
              <wp:anchor distT="0" distB="0" distL="114300" distR="114300" simplePos="0" relativeHeight="251714560" behindDoc="0" locked="0" layoutInCell="1" allowOverlap="1" wp14:anchorId="2CF16A22" wp14:editId="4095EA06">
                <wp:simplePos x="0" y="0"/>
                <wp:positionH relativeFrom="column">
                  <wp:posOffset>171533</wp:posOffset>
                </wp:positionH>
                <wp:positionV relativeFrom="paragraph">
                  <wp:posOffset>78137</wp:posOffset>
                </wp:positionV>
                <wp:extent cx="6002635" cy="1773933"/>
                <wp:effectExtent l="0" t="0" r="5080" b="4445"/>
                <wp:wrapNone/>
                <wp:docPr id="664031757" name="Group 38"/>
                <wp:cNvGraphicFramePr/>
                <a:graphic xmlns:a="http://schemas.openxmlformats.org/drawingml/2006/main">
                  <a:graphicData uri="http://schemas.microsoft.com/office/word/2010/wordprocessingGroup">
                    <wpg:wgp>
                      <wpg:cNvGrpSpPr/>
                      <wpg:grpSpPr>
                        <a:xfrm>
                          <a:off x="0" y="0"/>
                          <a:ext cx="6002635" cy="1773933"/>
                          <a:chOff x="-73414" y="25544"/>
                          <a:chExt cx="6002635" cy="1773933"/>
                        </a:xfrm>
                      </wpg:grpSpPr>
                      <wpg:grpSp>
                        <wpg:cNvPr id="1071942135" name="Group 30"/>
                        <wpg:cNvGrpSpPr/>
                        <wpg:grpSpPr>
                          <a:xfrm>
                            <a:off x="1584308" y="25544"/>
                            <a:ext cx="2476500" cy="1587211"/>
                            <a:chOff x="0" y="25544"/>
                            <a:chExt cx="2476500" cy="1587211"/>
                          </a:xfrm>
                        </wpg:grpSpPr>
                        <pic:pic xmlns:pic="http://schemas.openxmlformats.org/drawingml/2006/picture">
                          <pic:nvPicPr>
                            <pic:cNvPr id="1623377100" name="Picture 1"/>
                            <pic:cNvPicPr>
                              <a:picLocks noChangeAspect="1"/>
                            </pic:cNvPicPr>
                          </pic:nvPicPr>
                          <pic:blipFill>
                            <a:blip r:embed="rId59"/>
                            <a:srcRect/>
                            <a:stretch/>
                          </pic:blipFill>
                          <pic:spPr>
                            <a:xfrm>
                              <a:off x="0" y="25544"/>
                              <a:ext cx="2476500" cy="1587211"/>
                            </a:xfrm>
                            <a:prstGeom prst="rect">
                              <a:avLst/>
                            </a:prstGeom>
                          </pic:spPr>
                        </pic:pic>
                        <pic:pic xmlns:pic="http://schemas.openxmlformats.org/drawingml/2006/picture">
                          <pic:nvPicPr>
                            <pic:cNvPr id="284450478" name="Picture 1"/>
                            <pic:cNvPicPr>
                              <a:picLocks noChangeAspect="1"/>
                            </pic:cNvPicPr>
                          </pic:nvPicPr>
                          <pic:blipFill>
                            <a:blip r:embed="rId60"/>
                            <a:stretch>
                              <a:fillRect/>
                            </a:stretch>
                          </pic:blipFill>
                          <pic:spPr>
                            <a:xfrm>
                              <a:off x="325985" y="737973"/>
                              <a:ext cx="141605" cy="188595"/>
                            </a:xfrm>
                            <a:prstGeom prst="rect">
                              <a:avLst/>
                            </a:prstGeom>
                          </pic:spPr>
                        </pic:pic>
                      </wpg:grpSp>
                      <wpg:grpSp>
                        <wpg:cNvPr id="1396773728" name="Group 32"/>
                        <wpg:cNvGrpSpPr/>
                        <wpg:grpSpPr>
                          <a:xfrm>
                            <a:off x="796581" y="83615"/>
                            <a:ext cx="2870799" cy="356364"/>
                            <a:chOff x="-20022" y="-20022"/>
                            <a:chExt cx="2870799" cy="356364"/>
                          </a:xfrm>
                        </wpg:grpSpPr>
                        <wps:wsp>
                          <wps:cNvPr id="416058246" name="Text Box 29"/>
                          <wps:cNvSpPr txBox="1"/>
                          <wps:spPr>
                            <a:xfrm>
                              <a:off x="-20022" y="57265"/>
                              <a:ext cx="640569" cy="195593"/>
                            </a:xfrm>
                            <a:prstGeom prst="rect">
                              <a:avLst/>
                            </a:prstGeom>
                            <a:solidFill>
                              <a:schemeClr val="lt1"/>
                            </a:solidFill>
                            <a:ln w="6350">
                              <a:noFill/>
                            </a:ln>
                          </wps:spPr>
                          <wps:txbx>
                            <w:txbxContent>
                              <w:p w14:paraId="22C61F4B" w14:textId="3C4A5D38" w:rsidR="001A7CD5" w:rsidRPr="001A7CD5" w:rsidRDefault="001A7CD5">
                                <w:pPr>
                                  <w:rPr>
                                    <w:color w:val="0070C0"/>
                                  </w:rPr>
                                </w:pPr>
                                <w:r w:rsidRPr="001A7CD5">
                                  <w:rPr>
                                    <w:color w:val="0070C0"/>
                                  </w:rPr>
                                  <w:t>The claim</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619007554" name="Straight Arrow Connector 11"/>
                          <wps:cNvCnPr/>
                          <wps:spPr>
                            <a:xfrm>
                              <a:off x="605878" y="154994"/>
                              <a:ext cx="609390" cy="0"/>
                            </a:xfrm>
                            <a:prstGeom prst="straightConnector1">
                              <a:avLst/>
                            </a:prstGeom>
                            <a:ln w="19050">
                              <a:solidFill>
                                <a:srgbClr val="0070C0"/>
                              </a:solidFill>
                              <a:tailEnd type="stealth"/>
                            </a:ln>
                            <a:effectLst/>
                          </wps:spPr>
                          <wps:style>
                            <a:lnRef idx="1">
                              <a:schemeClr val="accent6"/>
                            </a:lnRef>
                            <a:fillRef idx="0">
                              <a:schemeClr val="accent6"/>
                            </a:fillRef>
                            <a:effectRef idx="0">
                              <a:schemeClr val="accent6"/>
                            </a:effectRef>
                            <a:fontRef idx="minor">
                              <a:schemeClr val="tx1"/>
                            </a:fontRef>
                          </wps:style>
                          <wps:bodyPr/>
                        </wps:wsp>
                        <wps:wsp>
                          <wps:cNvPr id="1947322549" name="Oval 31"/>
                          <wps:cNvSpPr/>
                          <wps:spPr>
                            <a:xfrm>
                              <a:off x="1252750" y="-20022"/>
                              <a:ext cx="1598027" cy="356364"/>
                            </a:xfrm>
                            <a:prstGeom prst="ellipse">
                              <a:avLst/>
                            </a:prstGeom>
                            <a:noFill/>
                            <a:ln>
                              <a:solidFill>
                                <a:srgbClr val="0070C0"/>
                              </a:solidFill>
                            </a:ln>
                            <a:effectLst>
                              <a:outerShdw blurRad="25400" dist="12700" dir="2700000" algn="tl" rotWithShape="0">
                                <a:prstClr val="black">
                                  <a:alpha val="40000"/>
                                </a:prstClr>
                              </a:outerShdw>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829804884" name="Group 35"/>
                        <wpg:cNvGrpSpPr/>
                        <wpg:grpSpPr>
                          <a:xfrm>
                            <a:off x="-73414" y="468380"/>
                            <a:ext cx="1721224" cy="699135"/>
                            <a:chOff x="-73414" y="40044"/>
                            <a:chExt cx="1721224" cy="699135"/>
                          </a:xfrm>
                        </wpg:grpSpPr>
                        <wpg:grpSp>
                          <wpg:cNvPr id="476588122" name="Group 33"/>
                          <wpg:cNvGrpSpPr/>
                          <wpg:grpSpPr>
                            <a:xfrm>
                              <a:off x="-73414" y="296285"/>
                              <a:ext cx="1528680" cy="195593"/>
                              <a:chOff x="-73414" y="40044"/>
                              <a:chExt cx="1528680" cy="195593"/>
                            </a:xfrm>
                          </wpg:grpSpPr>
                          <wps:wsp>
                            <wps:cNvPr id="1208141725" name="Text Box 29"/>
                            <wps:cNvSpPr txBox="1"/>
                            <wps:spPr>
                              <a:xfrm>
                                <a:off x="-73414" y="40044"/>
                                <a:ext cx="884104" cy="195593"/>
                              </a:xfrm>
                              <a:prstGeom prst="rect">
                                <a:avLst/>
                              </a:prstGeom>
                              <a:solidFill>
                                <a:schemeClr val="lt1"/>
                              </a:solidFill>
                              <a:ln w="6350">
                                <a:noFill/>
                              </a:ln>
                            </wps:spPr>
                            <wps:txbx>
                              <w:txbxContent>
                                <w:p w14:paraId="077F1F7E" w14:textId="0682F2B9" w:rsidR="001A7CD5" w:rsidRPr="001A7CD5" w:rsidRDefault="001A7CD5" w:rsidP="001A7CD5">
                                  <w:pPr>
                                    <w:rPr>
                                      <w:color w:val="0070C0"/>
                                    </w:rPr>
                                  </w:pPr>
                                  <w:r>
                                    <w:rPr>
                                      <w:color w:val="0070C0"/>
                                    </w:rPr>
                                    <w:t>Premise ports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119172612" name="Straight Arrow Connector 11"/>
                            <wps:cNvCnPr/>
                            <wps:spPr>
                              <a:xfrm>
                                <a:off x="845876" y="137773"/>
                                <a:ext cx="609390" cy="0"/>
                              </a:xfrm>
                              <a:prstGeom prst="straightConnector1">
                                <a:avLst/>
                              </a:prstGeom>
                              <a:ln w="19050">
                                <a:solidFill>
                                  <a:srgbClr val="0070C0"/>
                                </a:solidFill>
                                <a:tailEnd type="stealth"/>
                              </a:ln>
                              <a:effectLst/>
                            </wps:spPr>
                            <wps:style>
                              <a:lnRef idx="1">
                                <a:schemeClr val="accent6"/>
                              </a:lnRef>
                              <a:fillRef idx="0">
                                <a:schemeClr val="accent6"/>
                              </a:fillRef>
                              <a:effectRef idx="0">
                                <a:schemeClr val="accent6"/>
                              </a:effectRef>
                              <a:fontRef idx="minor">
                                <a:schemeClr val="tx1"/>
                              </a:fontRef>
                            </wps:style>
                            <wps:bodyPr/>
                          </wps:wsp>
                        </wpg:grpSp>
                        <wps:wsp>
                          <wps:cNvPr id="1389948869" name="Left Brace 34"/>
                          <wps:cNvSpPr/>
                          <wps:spPr>
                            <a:xfrm>
                              <a:off x="1484476" y="40044"/>
                              <a:ext cx="163334" cy="699135"/>
                            </a:xfrm>
                            <a:prstGeom prst="leftBrace">
                              <a:avLst>
                                <a:gd name="adj1" fmla="val 58386"/>
                                <a:gd name="adj2" fmla="val 50700"/>
                              </a:avLst>
                            </a:prstGeom>
                            <a:ln w="19050"/>
                            <a:effectLst/>
                          </wps:spPr>
                          <wps:style>
                            <a:lnRef idx="2">
                              <a:schemeClr val="accent1"/>
                            </a:lnRef>
                            <a:fillRef idx="0">
                              <a:schemeClr val="accent1"/>
                            </a:fillRef>
                            <a:effectRef idx="1">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185121203" name="Text Box 29"/>
                        <wps:cNvSpPr txBox="1"/>
                        <wps:spPr>
                          <a:xfrm>
                            <a:off x="4382222" y="82664"/>
                            <a:ext cx="699247" cy="194945"/>
                          </a:xfrm>
                          <a:prstGeom prst="rect">
                            <a:avLst/>
                          </a:prstGeom>
                          <a:solidFill>
                            <a:schemeClr val="lt1"/>
                          </a:solidFill>
                          <a:ln w="6350">
                            <a:noFill/>
                          </a:ln>
                        </wps:spPr>
                        <wps:txbx>
                          <w:txbxContent>
                            <w:p w14:paraId="262AFD3E" w14:textId="73E8210F" w:rsidR="001A7CD5" w:rsidRPr="001A7CD5" w:rsidRDefault="001A7CD5" w:rsidP="001A7CD5">
                              <w:pPr>
                                <w:rPr>
                                  <w:color w:val="0070C0"/>
                                </w:rPr>
                              </w:pPr>
                              <w:r>
                                <w:rPr>
                                  <w:color w:val="0070C0"/>
                                </w:rPr>
                                <w:t>Delete box</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019178548" name="Straight Arrow Connector 11"/>
                        <wps:cNvCnPr/>
                        <wps:spPr>
                          <a:xfrm flipH="1">
                            <a:off x="4059492" y="175503"/>
                            <a:ext cx="278721" cy="0"/>
                          </a:xfrm>
                          <a:prstGeom prst="straightConnector1">
                            <a:avLst/>
                          </a:prstGeom>
                          <a:ln w="19050">
                            <a:solidFill>
                              <a:srgbClr val="0070C0"/>
                            </a:solidFill>
                            <a:tailEnd type="stealth"/>
                          </a:ln>
                          <a:effectLst/>
                        </wps:spPr>
                        <wps:style>
                          <a:lnRef idx="1">
                            <a:schemeClr val="accent6"/>
                          </a:lnRef>
                          <a:fillRef idx="0">
                            <a:schemeClr val="accent6"/>
                          </a:fillRef>
                          <a:effectRef idx="0">
                            <a:schemeClr val="accent6"/>
                          </a:effectRef>
                          <a:fontRef idx="minor">
                            <a:schemeClr val="tx1"/>
                          </a:fontRef>
                        </wps:style>
                        <wps:bodyPr/>
                      </wps:wsp>
                      <wpg:grpSp>
                        <wpg:cNvPr id="596891006" name="Group 36"/>
                        <wpg:cNvGrpSpPr/>
                        <wpg:grpSpPr>
                          <a:xfrm>
                            <a:off x="4059980" y="707705"/>
                            <a:ext cx="1869241" cy="195593"/>
                            <a:chOff x="20022" y="13348"/>
                            <a:chExt cx="1869241" cy="195593"/>
                          </a:xfrm>
                        </wpg:grpSpPr>
                        <wps:wsp>
                          <wps:cNvPr id="1821459877" name="Text Box 29"/>
                          <wps:cNvSpPr txBox="1"/>
                          <wps:spPr>
                            <a:xfrm>
                              <a:off x="348963" y="13348"/>
                              <a:ext cx="1540300" cy="195593"/>
                            </a:xfrm>
                            <a:prstGeom prst="rect">
                              <a:avLst/>
                            </a:prstGeom>
                            <a:solidFill>
                              <a:schemeClr val="lt1"/>
                            </a:solidFill>
                            <a:ln w="6350">
                              <a:noFill/>
                            </a:ln>
                          </wps:spPr>
                          <wps:txbx>
                            <w:txbxContent>
                              <w:p w14:paraId="717E76A7" w14:textId="22498C5C" w:rsidR="001A7CD5" w:rsidRPr="001A7CD5" w:rsidRDefault="001A7CD5" w:rsidP="001A7CD5">
                                <w:pPr>
                                  <w:rPr>
                                    <w:color w:val="0070C0"/>
                                  </w:rPr>
                                </w:pPr>
                                <w:r>
                                  <w:rPr>
                                    <w:color w:val="0070C0"/>
                                  </w:rPr>
                                  <w:t>Conclusion port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91027692" name="Straight Arrow Connector 11"/>
                          <wps:cNvCnPr/>
                          <wps:spPr>
                            <a:xfrm flipH="1">
                              <a:off x="20022" y="111077"/>
                              <a:ext cx="278130" cy="0"/>
                            </a:xfrm>
                            <a:prstGeom prst="straightConnector1">
                              <a:avLst/>
                            </a:prstGeom>
                            <a:ln w="19050">
                              <a:solidFill>
                                <a:srgbClr val="0070C0"/>
                              </a:solidFill>
                              <a:tailEnd type="stealth"/>
                            </a:ln>
                            <a:effectLst/>
                          </wps:spPr>
                          <wps:style>
                            <a:lnRef idx="1">
                              <a:schemeClr val="accent6"/>
                            </a:lnRef>
                            <a:fillRef idx="0">
                              <a:schemeClr val="accent6"/>
                            </a:fillRef>
                            <a:effectRef idx="0">
                              <a:schemeClr val="accent6"/>
                            </a:effectRef>
                            <a:fontRef idx="minor">
                              <a:schemeClr val="tx1"/>
                            </a:fontRef>
                          </wps:style>
                          <wps:bodyPr/>
                        </wps:wsp>
                      </wpg:grpSp>
                      <wps:wsp>
                        <wps:cNvPr id="697446859" name="Text Box 29"/>
                        <wps:cNvSpPr txBox="1"/>
                        <wps:spPr>
                          <a:xfrm>
                            <a:off x="2241727" y="1568713"/>
                            <a:ext cx="699135" cy="194945"/>
                          </a:xfrm>
                          <a:prstGeom prst="rect">
                            <a:avLst/>
                          </a:prstGeom>
                          <a:noFill/>
                          <a:ln w="6350">
                            <a:noFill/>
                          </a:ln>
                        </wps:spPr>
                        <wps:txbx>
                          <w:txbxContent>
                            <w:p w14:paraId="14F175B3" w14:textId="4E98ABEA" w:rsidR="001A7CD5" w:rsidRPr="001A7CD5" w:rsidRDefault="001A7CD5" w:rsidP="001A7CD5">
                              <w:pPr>
                                <w:rPr>
                                  <w:color w:val="0070C0"/>
                                </w:rPr>
                              </w:pPr>
                              <w:r>
                                <w:rPr>
                                  <w:color w:val="0070C0"/>
                                </w:rPr>
                                <w:t>Grab bar</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852885266" name="Curved Connector 37"/>
                        <wps:cNvCnPr/>
                        <wps:spPr>
                          <a:xfrm rot="16200000" flipV="1">
                            <a:off x="2014282" y="1461611"/>
                            <a:ext cx="166370" cy="233680"/>
                          </a:xfrm>
                          <a:prstGeom prst="curvedConnector3">
                            <a:avLst>
                              <a:gd name="adj1" fmla="val -14520"/>
                            </a:avLst>
                          </a:prstGeom>
                          <a:ln w="19050">
                            <a:solidFill>
                              <a:srgbClr val="0070C0"/>
                            </a:solidFill>
                            <a:tailEnd type="stealth"/>
                          </a:ln>
                          <a:effectLst/>
                        </wps:spPr>
                        <wps:style>
                          <a:lnRef idx="1">
                            <a:schemeClr val="accent6"/>
                          </a:lnRef>
                          <a:fillRef idx="0">
                            <a:schemeClr val="accent6"/>
                          </a:fillRef>
                          <a:effectRef idx="0">
                            <a:schemeClr val="accent6"/>
                          </a:effectRef>
                          <a:fontRef idx="minor">
                            <a:schemeClr val="tx1"/>
                          </a:fontRef>
                        </wps:style>
                        <wps:bodyPr/>
                      </wps:wsp>
                      <wps:wsp>
                        <wps:cNvPr id="1891056287" name="Text Box 29"/>
                        <wps:cNvSpPr txBox="1"/>
                        <wps:spPr>
                          <a:xfrm>
                            <a:off x="3862973" y="1584308"/>
                            <a:ext cx="1070875" cy="215169"/>
                          </a:xfrm>
                          <a:prstGeom prst="rect">
                            <a:avLst/>
                          </a:prstGeom>
                          <a:solidFill>
                            <a:schemeClr val="lt1"/>
                          </a:solidFill>
                          <a:ln w="6350">
                            <a:noFill/>
                          </a:ln>
                        </wps:spPr>
                        <wps:txbx>
                          <w:txbxContent>
                            <w:p w14:paraId="66AB76D5" w14:textId="687FAAF2" w:rsidR="001A7CD5" w:rsidRPr="001A7CD5" w:rsidRDefault="001A7CD5" w:rsidP="001A7CD5">
                              <w:pPr>
                                <w:rPr>
                                  <w:color w:val="0070C0"/>
                                </w:rPr>
                              </w:pPr>
                              <w:r>
                                <w:rPr>
                                  <w:color w:val="0070C0"/>
                                </w:rPr>
                                <w:t>The justification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949095257" name="Curved Connector 37"/>
                        <wps:cNvCnPr/>
                        <wps:spPr>
                          <a:xfrm rot="16200000" flipV="1">
                            <a:off x="3519156" y="1326606"/>
                            <a:ext cx="261423" cy="425192"/>
                          </a:xfrm>
                          <a:prstGeom prst="curvedConnector3">
                            <a:avLst>
                              <a:gd name="adj1" fmla="val -14520"/>
                            </a:avLst>
                          </a:prstGeom>
                          <a:ln w="19050">
                            <a:solidFill>
                              <a:srgbClr val="0070C0"/>
                            </a:solidFill>
                            <a:tailEnd type="stealth"/>
                          </a:ln>
                          <a:effectLst/>
                        </wps:spPr>
                        <wps:style>
                          <a:lnRef idx="1">
                            <a:schemeClr val="accent6"/>
                          </a:lnRef>
                          <a:fillRef idx="0">
                            <a:schemeClr val="accent6"/>
                          </a:fillRef>
                          <a:effectRef idx="0">
                            <a:schemeClr val="accent6"/>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2CF16A22" id="Group 38" o:spid="_x0000_s1041" style="position:absolute;left:0;text-align:left;margin-left:13.5pt;margin-top:6.15pt;width:472.65pt;height:139.7pt;z-index:251714560;mso-position-horizontal-relative:text;mso-position-vertical-relative:text;mso-width-relative:margin;mso-height-relative:margin" coordorigin="-734,255" coordsize="60026,17739"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">
                <v:group id="Group 30" o:spid="_x0000_s1042" style="position:absolute;left:15843;top:255;width:24765;height:15872" coordorigin=",255" coordsize="24765,1587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">
                  <v:shape id="Picture 1" o:spid="_x0000_s1043" type="#_x0000_t75" style="position:absolute;top:255;width:24765;height:1587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">
                    <v:imagedata r:id="rId61" o:title=""/>
                  </v:shape>
                  <v:shape id="Picture 1" o:spid="_x0000_s1044" type="#_x0000_t75" style="position:absolute;left:3259;top:7379;width:1416;height:188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">
                    <v:imagedata r:id="rId62" o:title=""/>
                  </v:shape>
                </v:group>
                <v:group id="Group 32" o:spid="_x0000_s1045" style="position:absolute;left:7965;top:836;width:28708;height:3563" coordorigin="-200,-200" coordsize="28707,356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">
                  <v:shape id="Text Box 29" o:spid="_x0000_s1046" type="#_x0000_t202" style="position:absolute;left:-200;top:572;width:6405;height:195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" fillcolor="white [3201]" stroked="f" strokeweight=".5pt">
                    <v:textbox inset="0,0,0,0">
                      <w:txbxContent>
                        <w:p w14:paraId="22C61F4B" w14:textId="3C4A5D38" w:rsidR="001A7CD5" w:rsidRPr="001A7CD5" w:rsidRDefault="001A7CD5">
                          <w:pPr>
                            <w:rPr>
                              <w:color w:val="0070C0"/>
                            </w:rPr>
                          </w:pPr>
                          <w:r w:rsidRPr="001A7CD5">
                            <w:rPr>
                              <w:color w:val="0070C0"/>
                            </w:rPr>
                            <w:t>The claim</w:t>
                          </w:r>
                        </w:p>
                      </w:txbxContent>
                    </v:textbox>
                  </v:shape>
                  <v:shapetype id="_x0000_t32" coordsize="21600,21600" o:spt="32" o:oned="t" path="m,l21600,21600e" filled="f">
                    <v:path arrowok="t" fillok="f" o:connecttype="none"/>
                    <o:lock v:ext="edit" shapetype="t"/>
                  </v:shapetype>
                  <v:shape id="Straight Arrow Connector 11" o:spid="_x0000_s1047" type="#_x0000_t32" style="position:absolute;left:6058;top:1549;width:6094;height:0;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" strokecolor="#0070c0" strokeweight="1.5pt">
                    <v:stroke endarrow="classic"/>
                  </v:shape>
                  <v:oval id="Oval 31" o:spid="_x0000_s1048" style="position:absolute;left:12527;top:-200;width:15980;height:3563;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" filled="f" strokecolor="#0070c0">
                    <v:shadow on="t" color="black" opacity="26214f" origin="-.5,-.5" offset=".24944mm,.24944mm"/>
                  </v:oval>
                </v:group>
                <v:group id="Group 35" o:spid="_x0000_s1049" style="position:absolute;left:-734;top:4683;width:17212;height:6992" coordorigin="-734,400" coordsize="17212,699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">
                  <v:group id="Group 33" o:spid="_x0000_s1050" style="position:absolute;left:-734;top:2962;width:15286;height:1956" coordorigin="-734,400" coordsize="15286,195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">
                    <v:shape id="Text Box 29" o:spid="_x0000_s1051" type="#_x0000_t202" style="position:absolute;left:-734;top:400;width:8840;height:195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" fillcolor="white [3201]" stroked="f" strokeweight=".5pt">
                      <v:textbox inset="0,0,0,0">
                        <w:txbxContent>
                          <w:p w14:paraId="077F1F7E" w14:textId="0682F2B9" w:rsidR="001A7CD5" w:rsidRPr="001A7CD5" w:rsidRDefault="001A7CD5" w:rsidP="001A7CD5">
                            <w:pPr>
                              <w:rPr>
                                <w:color w:val="0070C0"/>
                              </w:rPr>
                            </w:pPr>
                            <w:r>
                              <w:rPr>
                                <w:color w:val="0070C0"/>
                              </w:rPr>
                              <w:t>Premise ports</w:t>
                            </w:r>
                          </w:p>
                        </w:txbxContent>
                      </v:textbox>
                    </v:shape>
                    <v:shape id="Straight Arrow Connector 11" o:spid="_x0000_s1052" type="#_x0000_t32" style="position:absolute;left:8458;top:1377;width:6094;height:0;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" strokecolor="#0070c0" strokeweight="1.5pt">
                      <v:stroke endarrow="classic"/>
                    </v:shape>
                  </v:group>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Left Brace 34" o:spid="_x0000_s1053" type="#_x0000_t87" style="position:absolute;left:14844;top:400;width:1634;height:6991;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" adj="2946,10951" strokecolor="#4f81bd [3204]" strokeweight="1.5pt"/>
                </v:group>
                <v:shape id="Text Box 29" o:spid="_x0000_s1054" type="#_x0000_t202" style="position:absolute;left:43822;top:826;width:6992;height:195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" fillcolor="white [3201]" stroked="f" strokeweight=".5pt">
                  <v:textbox inset="0,0,0,0">
                    <w:txbxContent>
                      <w:p w14:paraId="262AFD3E" w14:textId="73E8210F" w:rsidR="001A7CD5" w:rsidRPr="001A7CD5" w:rsidRDefault="001A7CD5" w:rsidP="001A7CD5">
                        <w:pPr>
                          <w:rPr>
                            <w:color w:val="0070C0"/>
                          </w:rPr>
                        </w:pPr>
                        <w:r>
                          <w:rPr>
                            <w:color w:val="0070C0"/>
                          </w:rPr>
                          <w:t>Delete box</w:t>
                        </w:r>
                      </w:p>
                    </w:txbxContent>
                  </v:textbox>
                </v:shape>
                <v:shape id="Straight Arrow Connector 11" o:spid="_x0000_s1055" type="#_x0000_t32" style="position:absolute;left:40594;top:1755;width:2788;height:0;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" strokecolor="#0070c0" strokeweight="1.5pt">
                  <v:stroke endarrow="classic"/>
                </v:shape>
                <v:group id="Group 36" o:spid="_x0000_s1056" style="position:absolute;left:40599;top:7077;width:18693;height:1955" coordorigin="200,133" coordsize="18692,195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">
                  <v:shape id="Text Box 29" o:spid="_x0000_s1057" type="#_x0000_t202" style="position:absolute;left:3489;top:133;width:15403;height:195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" fillcolor="white [3201]" stroked="f" strokeweight=".5pt">
                    <v:textbox inset="0,0,0,0">
                      <w:txbxContent>
                        <w:p w14:paraId="717E76A7" w14:textId="22498C5C" w:rsidR="001A7CD5" w:rsidRPr="001A7CD5" w:rsidRDefault="001A7CD5" w:rsidP="001A7CD5">
                          <w:pPr>
                            <w:rPr>
                              <w:color w:val="0070C0"/>
                            </w:rPr>
                          </w:pPr>
                          <w:r>
                            <w:rPr>
                              <w:color w:val="0070C0"/>
                            </w:rPr>
                            <w:t>Conclusion port</w:t>
                          </w:r>
                        </w:p>
                      </w:txbxContent>
                    </v:textbox>
                  </v:shape>
                  <v:shape id="Straight Arrow Connector 11" o:spid="_x0000_s1058" type="#_x0000_t32" style="position:absolute;left:200;top:1110;width:2781;height:0;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" strokecolor="#0070c0" strokeweight="1.5pt">
                    <v:stroke endarrow="classic"/>
                  </v:shape>
                </v:group>
                <v:shape id="Text Box 29" o:spid="_x0000_s1059" type="#_x0000_t202" style="position:absolute;left:22417;top:15687;width:6991;height:194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" filled="f" stroked="f" strokeweight=".5pt">
                  <v:textbox inset="0,0,0,0">
                    <w:txbxContent>
                      <w:p w14:paraId="14F175B3" w14:textId="4E98ABEA" w:rsidR="001A7CD5" w:rsidRPr="001A7CD5" w:rsidRDefault="001A7CD5" w:rsidP="001A7CD5">
                        <w:pPr>
                          <w:rPr>
                            <w:color w:val="0070C0"/>
                          </w:rPr>
                        </w:pPr>
                        <w:r>
                          <w:rPr>
                            <w:color w:val="0070C0"/>
                          </w:rPr>
                          <w:t>Grab bar</w:t>
                        </w:r>
                      </w:p>
                    </w:txbxContent>
                  </v:textbox>
                </v:shape>
                <v:shapetype id="_x0000_t38" coordsize="21600,21600" o:spt="38" o:oned="t" path="m,c@0,0@1,5400@1,10800@1,16200@2,21600,21600,21600e" filled="f">
                  <v:formulas>
                    <v:f eqn="mid #0 0"/>
                    <v:f eqn="val #0"/>
                    <v:f eqn="mid #0 21600"/>
                  </v:formulas>
                  <v:path arrowok="t" fillok="f" o:connecttype="none"/>
                  <v:handles>
                    <v:h position="#0,center"/>
                  </v:handles>
                  <o:lock v:ext="edit" shapetype="t"/>
                </v:shapetype>
                <v:shape id="Curved Connector 37" o:spid="_x0000_s1060" type="#_x0000_t38" style="position:absolute;left:20143;top:14615;width:1664;height:2337;rotation:90;flip:y;visibility:visible;mso-wrap-style:square" o:connectortype="curved"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" adj="-3136" strokecolor="#0070c0" strokeweight="1.5pt">
                  <v:stroke endarrow="classic"/>
                </v:shape>
                <v:shape id="Text Box 29" o:spid="_x0000_s1061" type="#_x0000_t202" style="position:absolute;left:38629;top:15843;width:10709;height:215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" fillcolor="white [3201]" stroked="f" strokeweight=".5pt">
                  <v:textbox inset="0,0,0,0">
                    <w:txbxContent>
                      <w:p w14:paraId="66AB76D5" w14:textId="687FAAF2" w:rsidR="001A7CD5" w:rsidRPr="001A7CD5" w:rsidRDefault="001A7CD5" w:rsidP="001A7CD5">
                        <w:pPr>
                          <w:rPr>
                            <w:color w:val="0070C0"/>
                          </w:rPr>
                        </w:pPr>
                        <w:r>
                          <w:rPr>
                            <w:color w:val="0070C0"/>
                          </w:rPr>
                          <w:t>The justification</w:t>
                        </w:r>
                      </w:p>
                    </w:txbxContent>
                  </v:textbox>
                </v:shape>
                <v:shape id="Curved Connector 37" o:spid="_x0000_s1062" type="#_x0000_t38" style="position:absolute;left:35190;top:13266;width:2615;height:4252;rotation:90;flip:y;visibility:visible;mso-wrap-style:square" o:connectortype="curved"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" adj="-3136" strokecolor="#0070c0" strokeweight="1.5pt">
                  <v:stroke endarrow="classic"/>
                </v:shape>
              </v:group>
            </w:pict>
          </mc:Fallback>
        </mc:AlternateContent>
      </w:r>
    </w:p>
    <w:p w14:paraId="3401E9C7" w14:textId="3068CF2C" w:rsidR="001A7CD5" w:rsidRDefault="001A7CD5">
      <w:pPr>
        <w:spacing w:before="240" w:after="160"/>
        <w:rPr>
          <w:rFonts w:eastAsia="Helvetica Neue" w:cs="Helvetica Neue"/>
          <w:color w:val="1F2933"/>
        </w:rPr>
      </w:pPr>
    </w:p>
    <w:p w14:paraId="57FB5FF6" w14:textId="0F28DC17" w:rsidR="001A7CD5" w:rsidRDefault="001A7CD5">
      <w:pPr>
        <w:spacing w:before="240" w:after="160"/>
        <w:rPr>
          <w:rFonts w:eastAsia="Helvetica Neue" w:cs="Helvetica Neue"/>
          <w:color w:val="1F2933"/>
        </w:rPr>
      </w:pPr>
    </w:p>
    <w:p w14:paraId="6927C568" w14:textId="4D56C7C8" w:rsidR="001A7CD5" w:rsidRDefault="001A7CD5">
      <w:pPr>
        <w:spacing w:before="240" w:after="160"/>
        <w:rPr>
          <w:rFonts w:eastAsia="Helvetica Neue" w:cs="Helvetica Neue"/>
          <w:color w:val="1F2933"/>
        </w:rPr>
      </w:pPr>
    </w:p>
    <w:p w14:paraId="5B424959" w14:textId="32D15209" w:rsidR="001A7CD5" w:rsidRDefault="001A7CD5">
      <w:pPr>
        <w:spacing w:before="240" w:after="160"/>
        <w:rPr>
          <w:rFonts w:eastAsia="Helvetica Neue" w:cs="Helvetica Neue"/>
          <w:color w:val="1F2933"/>
        </w:rPr>
      </w:pPr>
    </w:p>
    <w:p w14:paraId="659E5F88" w14:textId="3BA75CE7" w:rsidR="001A7CD5" w:rsidRDefault="001A7CD5">
      <w:pPr>
        <w:spacing w:before="240" w:after="160"/>
        <w:rPr>
          <w:rFonts w:eastAsia="Helvetica Neue" w:cs="Helvetica Neue"/>
          <w:color w:val="1F2933"/>
        </w:rPr>
      </w:pPr>
    </w:p>
    <w:p w14:paraId="30DC0F1E" w14:textId="7F00A033" w:rsidR="001A7CD5" w:rsidRDefault="001A7CD5">
      <w:pPr>
        <w:spacing w:before="240" w:after="160"/>
        <w:rPr>
          <w:rFonts w:eastAsia="Helvetica Neue" w:cs="Helvetica Neue"/>
          <w:color w:val="1F2933"/>
        </w:rPr>
      </w:pPr>
      <w:r w:rsidRPr="001A7CD5">
        <w:rPr>
          <w:rFonts w:eastAsia="Helvetica Neue" w:cs="Helvetica Neue"/>
          <w:b/>
          <w:bCs/>
          <w:color w:val="1F2933"/>
        </w:rPr>
        <w:t>The claim</w:t>
      </w:r>
      <w:r>
        <w:rPr>
          <w:rFonts w:eastAsia="Helvetica Neue" w:cs="Helvetica Neue"/>
          <w:color w:val="1F2933"/>
        </w:rPr>
        <w:t xml:space="preserve"> is new information based on preceding claims</w:t>
      </w:r>
      <w:r w:rsidR="00111F01">
        <w:rPr>
          <w:rFonts w:eastAsia="Helvetica Neue" w:cs="Helvetica Neue"/>
          <w:color w:val="1F2933"/>
        </w:rPr>
        <w:t xml:space="preserve"> in columns to the left</w:t>
      </w:r>
      <w:r>
        <w:rPr>
          <w:rFonts w:eastAsia="Helvetica Neue" w:cs="Helvetica Neue"/>
          <w:color w:val="1F2933"/>
        </w:rPr>
        <w:t>.</w:t>
      </w:r>
    </w:p>
    <w:p w14:paraId="52309960" w14:textId="77777777" w:rsidR="00680968" w:rsidRDefault="001A7CD5" w:rsidP="00680968">
      <w:pPr>
        <w:spacing w:before="240" w:after="160"/>
        <w:rPr>
          <w:rFonts w:eastAsia="Helvetica Neue" w:cs="Helvetica Neue"/>
          <w:color w:val="1F2933"/>
        </w:rPr>
      </w:pPr>
      <w:r>
        <w:rPr>
          <w:rFonts w:eastAsia="Helvetica Neue" w:cs="Helvetica Neue"/>
          <w:color w:val="1F2933"/>
        </w:rPr>
        <w:t xml:space="preserve">The </w:t>
      </w:r>
      <w:r w:rsidRPr="001A7CD5">
        <w:rPr>
          <w:rFonts w:eastAsia="Helvetica Neue" w:cs="Helvetica Neue"/>
          <w:b/>
          <w:bCs/>
          <w:color w:val="1F2933"/>
        </w:rPr>
        <w:t>justification</w:t>
      </w:r>
      <w:r>
        <w:rPr>
          <w:rFonts w:eastAsia="Helvetica Neue" w:cs="Helvetica Neue"/>
          <w:color w:val="1F2933"/>
        </w:rPr>
        <w:t xml:space="preserve"> is a theorem, definition, or postulate from the library. The premise of the justification must</w:t>
      </w:r>
      <w:r w:rsidR="00680968">
        <w:rPr>
          <w:rFonts w:eastAsia="Helvetica Neue" w:cs="Helvetica Neue"/>
          <w:color w:val="1F2933"/>
        </w:rPr>
        <w:t xml:space="preserve">, by the time your proof is finished, </w:t>
      </w:r>
      <w:r>
        <w:rPr>
          <w:rFonts w:eastAsia="Helvetica Neue" w:cs="Helvetica Neue"/>
          <w:color w:val="1F2933"/>
        </w:rPr>
        <w:t>match the conclusion(s) from a prior claim or claims. The conclusion of the justification must match the claim</w:t>
      </w:r>
      <w:r w:rsidR="00111F01">
        <w:rPr>
          <w:rFonts w:eastAsia="Helvetica Neue" w:cs="Helvetica Neue"/>
          <w:color w:val="1F2933"/>
        </w:rPr>
        <w:t xml:space="preserve"> it is justifying</w:t>
      </w:r>
      <w:r w:rsidR="00680968">
        <w:rPr>
          <w:rFonts w:eastAsia="Helvetica Neue" w:cs="Helvetica Neue"/>
          <w:color w:val="1F2933"/>
        </w:rPr>
        <w:t xml:space="preserve"> in turn</w:t>
      </w:r>
      <w:r>
        <w:rPr>
          <w:rFonts w:eastAsia="Helvetica Neue" w:cs="Helvetica Neue"/>
          <w:color w:val="1F2933"/>
        </w:rPr>
        <w:t xml:space="preserve">. Claim boxes can be thought of as functions that take input claims and turn them into new output claims. </w:t>
      </w:r>
    </w:p>
    <w:p w14:paraId="3D9B1E9D" w14:textId="60B67197" w:rsidR="001A7CD5" w:rsidRDefault="001A7CD5" w:rsidP="00680968">
      <w:pPr>
        <w:spacing w:before="240" w:after="160"/>
        <w:rPr>
          <w:rFonts w:eastAsia="Helvetica Neue" w:cs="Helvetica Neue"/>
          <w:color w:val="1F2933"/>
        </w:rPr>
      </w:pPr>
      <w:r>
        <w:rPr>
          <w:rFonts w:eastAsia="Helvetica Neue" w:cs="Helvetica Neue"/>
          <w:color w:val="1F2933"/>
        </w:rPr>
        <w:t xml:space="preserve">The purple justification area displays whether the conditional statement is a theorem, definition, or postulate. It shows the name of that statement in purple and the text of the statement in gray. If the justification statement is long, there will be a </w:t>
      </w:r>
      <w:r w:rsidRPr="001A7CD5">
        <w:rPr>
          <w:rFonts w:eastAsia="Helvetica Neue" w:cs="Helvetica Neue"/>
          <w:b/>
          <w:bCs/>
          <w:color w:val="0070C0"/>
        </w:rPr>
        <w:t>More</w:t>
      </w:r>
      <w:r w:rsidRPr="001A7CD5">
        <w:rPr>
          <w:rFonts w:eastAsia="Helvetica Neue" w:cs="Helvetica Neue"/>
          <w:color w:val="0070C0"/>
        </w:rPr>
        <w:t xml:space="preserve"> </w:t>
      </w:r>
      <w:r>
        <w:rPr>
          <w:rFonts w:eastAsia="Helvetica Neue" w:cs="Helvetica Neue"/>
          <w:color w:val="1F2933"/>
        </w:rPr>
        <w:t>button that shows the full text.</w:t>
      </w:r>
    </w:p>
    <w:p w14:paraId="764544A9" w14:textId="04A8E7C5" w:rsidR="001A7CD5" w:rsidRDefault="001A7CD5">
      <w:pPr>
        <w:spacing w:before="240" w:after="160"/>
        <w:rPr>
          <w:rFonts w:eastAsia="Helvetica Neue" w:cs="Helvetica Neue"/>
          <w:color w:val="1F2933"/>
        </w:rPr>
      </w:pPr>
      <w:r>
        <w:rPr>
          <w:rFonts w:eastAsia="Helvetica Neue" w:cs="Helvetica Neue"/>
          <w:color w:val="1F2933"/>
        </w:rPr>
        <w:t xml:space="preserve">The </w:t>
      </w:r>
      <w:r>
        <w:rPr>
          <w:rFonts w:eastAsia="Helvetica Neue" w:cs="Helvetica Neue"/>
          <w:b/>
          <w:bCs/>
          <w:color w:val="1F2933"/>
        </w:rPr>
        <w:t>premise ports</w:t>
      </w:r>
      <w:r>
        <w:rPr>
          <w:rFonts w:eastAsia="Helvetica Neue" w:cs="Helvetica Neue"/>
          <w:color w:val="1F2933"/>
        </w:rPr>
        <w:t xml:space="preserve"> match the number </w:t>
      </w:r>
      <w:r w:rsidR="00111F01">
        <w:rPr>
          <w:rFonts w:eastAsia="Helvetica Neue" w:cs="Helvetica Neue"/>
          <w:color w:val="1F2933"/>
        </w:rPr>
        <w:t xml:space="preserve">of conditions in the premise of the justification </w:t>
      </w:r>
      <w:r>
        <w:rPr>
          <w:rFonts w:eastAsia="Helvetica Neue" w:cs="Helvetica Neue"/>
          <w:color w:val="1F2933"/>
        </w:rPr>
        <w:t xml:space="preserve">and </w:t>
      </w:r>
      <w:r w:rsidR="00111F01">
        <w:rPr>
          <w:rFonts w:eastAsia="Helvetica Neue" w:cs="Helvetica Neue"/>
          <w:color w:val="1F2933"/>
        </w:rPr>
        <w:t xml:space="preserve">the </w:t>
      </w:r>
      <w:r>
        <w:rPr>
          <w:rFonts w:eastAsia="Helvetica Neue" w:cs="Helvetica Neue"/>
          <w:color w:val="1F2933"/>
        </w:rPr>
        <w:t xml:space="preserve">type of information </w:t>
      </w:r>
      <w:r w:rsidR="00111F01">
        <w:rPr>
          <w:rFonts w:eastAsia="Helvetica Neue" w:cs="Helvetica Neue"/>
          <w:color w:val="1F2933"/>
        </w:rPr>
        <w:t xml:space="preserve">that each </w:t>
      </w:r>
      <w:r w:rsidR="00680968">
        <w:rPr>
          <w:rFonts w:eastAsia="Helvetica Neue" w:cs="Helvetica Neue"/>
          <w:color w:val="1F2933"/>
        </w:rPr>
        <w:t>represents</w:t>
      </w:r>
      <w:r w:rsidR="00111F01">
        <w:rPr>
          <w:rFonts w:eastAsia="Helvetica Neue" w:cs="Helvetica Neue"/>
          <w:color w:val="1F2933"/>
        </w:rPr>
        <w:t xml:space="preserve"> (e.g., congruent angles or perpendicular lines). For claims listed in the Givens column, there is no premise port, because givens are not justified – they are the starting point (see the claim box in the first column in the proof one page back). </w:t>
      </w:r>
    </w:p>
    <w:p w14:paraId="236F5A3E" w14:textId="17CF55D2" w:rsidR="00111F01" w:rsidRDefault="00111F01" w:rsidP="00111F01">
      <w:pPr>
        <w:spacing w:before="240" w:after="160"/>
        <w:rPr>
          <w:rFonts w:eastAsia="Helvetica Neue" w:cs="Helvetica Neue"/>
          <w:color w:val="1F2933"/>
        </w:rPr>
      </w:pPr>
      <w:r>
        <w:rPr>
          <w:rFonts w:eastAsia="Helvetica Neue" w:cs="Helvetica Neue"/>
          <w:color w:val="1F2933"/>
        </w:rPr>
        <w:t xml:space="preserve">The </w:t>
      </w:r>
      <w:r>
        <w:rPr>
          <w:rFonts w:eastAsia="Helvetica Neue" w:cs="Helvetica Neue"/>
          <w:b/>
          <w:bCs/>
          <w:color w:val="1F2933"/>
        </w:rPr>
        <w:t xml:space="preserve">conclusion port </w:t>
      </w:r>
      <w:r>
        <w:rPr>
          <w:rFonts w:eastAsia="Helvetica Neue" w:cs="Helvetica Neue"/>
          <w:color w:val="1F2933"/>
        </w:rPr>
        <w:t>represents the claim itself (e.g., congruent triangles, parallel lines, etc.) and the type of information that it represents. For claims listed in the To Prove column, there is no conclusion port, because the proof is done (see the claim box in the fifth column in the proof one page back).</w:t>
      </w:r>
    </w:p>
    <w:p w14:paraId="79EDF1F8" w14:textId="02B8AD8C" w:rsidR="00111F01" w:rsidRPr="00111F01" w:rsidRDefault="00111F01">
      <w:pPr>
        <w:spacing w:before="240" w:after="160"/>
        <w:rPr>
          <w:rFonts w:eastAsia="Helvetica Neue" w:cs="Helvetica Neue"/>
          <w:color w:val="1F2933"/>
        </w:rPr>
      </w:pPr>
      <w:r>
        <w:rPr>
          <w:rFonts w:eastAsia="Helvetica Neue" w:cs="Helvetica Neue"/>
          <w:color w:val="1F2933"/>
        </w:rPr>
        <w:t xml:space="preserve">The </w:t>
      </w:r>
      <w:r>
        <w:rPr>
          <w:rFonts w:eastAsia="Helvetica Neue" w:cs="Helvetica Neue"/>
          <w:b/>
          <w:bCs/>
          <w:color w:val="1F2933"/>
        </w:rPr>
        <w:t>grab bar</w:t>
      </w:r>
      <w:r>
        <w:rPr>
          <w:rFonts w:eastAsia="Helvetica Neue" w:cs="Helvetica Neue"/>
          <w:color w:val="1F2933"/>
        </w:rPr>
        <w:t xml:space="preserve"> allows you to move claims up and down within a column to help tidy up connectors or between columns to make room for needed premises or conclusions once you have added columns. </w:t>
      </w:r>
      <w:r w:rsidR="000134C1">
        <w:rPr>
          <w:rFonts w:eastAsia="Helvetica Neue" w:cs="Helvetica Neue"/>
          <w:color w:val="1F2933"/>
        </w:rPr>
        <w:t xml:space="preserve">If the program is not allowing you to move a deduction to a different column, that is </w:t>
      </w:r>
      <w:r w:rsidR="000134C1">
        <w:rPr>
          <w:rFonts w:eastAsia="Helvetica Neue" w:cs="Helvetica Neue"/>
          <w:color w:val="1F2933"/>
        </w:rPr>
        <w:lastRenderedPageBreak/>
        <w:t xml:space="preserve">because a </w:t>
      </w:r>
      <w:r w:rsidR="00680968">
        <w:rPr>
          <w:rFonts w:eastAsia="Helvetica Neue" w:cs="Helvetica Neue"/>
          <w:color w:val="1F2933"/>
        </w:rPr>
        <w:t>claim</w:t>
      </w:r>
      <w:r w:rsidR="000134C1">
        <w:rPr>
          <w:rFonts w:eastAsia="Helvetica Neue" w:cs="Helvetica Neue"/>
          <w:color w:val="1F2933"/>
        </w:rPr>
        <w:t xml:space="preserve"> it is connected to would violate the left to right order of the proof</w:t>
      </w:r>
      <w:r w:rsidR="00B76796">
        <w:rPr>
          <w:rFonts w:eastAsia="Helvetica Neue" w:cs="Helvetica Neue"/>
          <w:color w:val="1F2933"/>
        </w:rPr>
        <w:t xml:space="preserve"> – y</w:t>
      </w:r>
      <w:r w:rsidR="000134C1">
        <w:rPr>
          <w:rFonts w:eastAsia="Helvetica Neue" w:cs="Helvetica Neue"/>
          <w:color w:val="1F2933"/>
        </w:rPr>
        <w:t>ou can’t put a premise after (to the right of) the claim that relies on it. Given and To Prove</w:t>
      </w:r>
      <w:r w:rsidR="00680968">
        <w:rPr>
          <w:rFonts w:eastAsia="Helvetica Neue" w:cs="Helvetica Neue"/>
          <w:color w:val="1F2933"/>
        </w:rPr>
        <w:t xml:space="preserve"> claims can only be moved up and down within their column. They cannot be moved into a deduction column. </w:t>
      </w:r>
    </w:p>
    <w:p w14:paraId="3C47AE89" w14:textId="27335419" w:rsidR="00C201C5" w:rsidRPr="00B76796" w:rsidRDefault="00895368" w:rsidP="00B76796">
      <w:pPr>
        <w:spacing w:before="240" w:after="160"/>
        <w:rPr>
          <w:rFonts w:eastAsia="Helvetica Neue" w:cs="Helvetica Neue"/>
          <w:color w:val="1F2933"/>
        </w:rPr>
      </w:pPr>
      <w:r>
        <w:rPr>
          <w:rFonts w:eastAsia="Helvetica Neue" w:cs="Helvetica Neue"/>
          <w:color w:val="1F2933"/>
        </w:rPr>
        <w:t xml:space="preserve">The </w:t>
      </w:r>
      <w:r>
        <w:rPr>
          <w:rFonts w:eastAsia="Helvetica Neue" w:cs="Helvetica Neue"/>
          <w:b/>
          <w:bCs/>
          <w:color w:val="1F2933"/>
        </w:rPr>
        <w:t>delete box</w:t>
      </w:r>
      <w:r>
        <w:rPr>
          <w:rFonts w:eastAsia="Helvetica Neue" w:cs="Helvetica Neue"/>
          <w:color w:val="1F2933"/>
        </w:rPr>
        <w:t xml:space="preserve"> deletes the claim and removes any connectors attached to its ports.  </w:t>
      </w:r>
      <w:r w:rsidR="00C201C5">
        <w:rPr>
          <w:rFonts w:eastAsia="Helvetica Neue" w:cs="Helvetica Neue"/>
          <w:color w:val="1F2933"/>
        </w:rPr>
        <w:t xml:space="preserve"> </w:t>
      </w:r>
    </w:p>
    <w:p w14:paraId="5D975C91" w14:textId="1F6CC0AB" w:rsidR="00895368" w:rsidRPr="00362E4C" w:rsidRDefault="00895368">
      <w:pPr>
        <w:spacing w:before="240" w:after="160"/>
        <w:rPr>
          <w:rFonts w:asciiTheme="majorHAnsi" w:eastAsia="Helvetica Neue" w:hAnsiTheme="majorHAnsi" w:cstheme="majorHAnsi"/>
          <w:b/>
          <w:color w:val="2E5B9C"/>
          <w:sz w:val="28"/>
        </w:rPr>
      </w:pPr>
      <w:r w:rsidRPr="00362E4C">
        <w:rPr>
          <w:rFonts w:asciiTheme="majorHAnsi" w:eastAsia="Helvetica Neue" w:hAnsiTheme="majorHAnsi" w:cstheme="majorHAnsi"/>
          <w:b/>
          <w:color w:val="2E5B9C"/>
          <w:sz w:val="28"/>
        </w:rPr>
        <w:t>Creating a Claim</w:t>
      </w:r>
    </w:p>
    <w:p w14:paraId="24A962AA" w14:textId="70E43ACA" w:rsidR="00DE1DC1" w:rsidRDefault="001A66A5" w:rsidP="001A66A5">
      <w:pPr>
        <w:tabs>
          <w:tab w:val="left" w:pos="3060"/>
        </w:tabs>
        <w:spacing w:before="240" w:after="160"/>
        <w:rPr>
          <w:rFonts w:eastAsia="Helvetica Neue" w:cs="Helvetica Neue"/>
          <w:color w:val="1F2933"/>
        </w:rPr>
      </w:pPr>
      <w:r w:rsidRPr="001A47D8">
        <w:rPr>
          <w:rFonts w:eastAsia="Helvetica Neue" w:cs="Helvetica Neue"/>
          <w:noProof/>
          <w:color w:val="1F2933"/>
          <w:sz w:val="20"/>
        </w:rPr>
        <w:drawing>
          <wp:anchor distT="0" distB="0" distL="114300" distR="114300" simplePos="0" relativeHeight="251721728" behindDoc="1" locked="0" layoutInCell="1" allowOverlap="1" wp14:anchorId="70AF91A3" wp14:editId="53AD0E4B">
            <wp:simplePos x="0" y="0"/>
            <wp:positionH relativeFrom="column">
              <wp:posOffset>560580</wp:posOffset>
            </wp:positionH>
            <wp:positionV relativeFrom="paragraph">
              <wp:posOffset>23495</wp:posOffset>
            </wp:positionV>
            <wp:extent cx="1354455" cy="231140"/>
            <wp:effectExtent l="0" t="0" r="4445" b="0"/>
            <wp:wrapTight wrapText="bothSides">
              <wp:wrapPolygon edited="1">
                <wp:start x="1710" y="0"/>
                <wp:lineTo x="1865" y="16136"/>
                <wp:lineTo x="19331" y="16136"/>
                <wp:lineTo x="19642" y="0"/>
                <wp:lineTo x="1710" y="0"/>
              </wp:wrapPolygon>
            </wp:wrapTight>
            <wp:docPr id="13181531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9380292" name=""/>
                    <pic:cNvPicPr/>
                  </pic:nvPicPr>
                  <pic:blipFill>
                    <a:blip r:embed="rId14"/>
                    <a:stretch>
                      <a:fillRect/>
                    </a:stretch>
                  </pic:blipFill>
                  <pic:spPr>
                    <a:xfrm>
                      <a:off x="0" y="0"/>
                      <a:ext cx="1354455" cy="231140"/>
                    </a:xfrm>
                    <a:prstGeom prst="rect">
                      <a:avLst/>
                    </a:prstGeom>
                  </pic:spPr>
                </pic:pic>
              </a:graphicData>
            </a:graphic>
            <wp14:sizeRelH relativeFrom="page">
              <wp14:pctWidth>0</wp14:pctWidth>
            </wp14:sizeRelH>
            <wp14:sizeRelV relativeFrom="page">
              <wp14:pctHeight>0</wp14:pctHeight>
            </wp14:sizeRelV>
          </wp:anchor>
        </w:drawing>
      </w:r>
      <w:r w:rsidR="00DE1DC1">
        <w:rPr>
          <w:rFonts w:eastAsia="Helvetica Neue" w:cs="Helvetica Neue"/>
          <w:noProof/>
          <w:color w:val="1F2933"/>
        </w:rPr>
        <mc:AlternateContent>
          <mc:Choice Requires="wpg">
            <w:drawing>
              <wp:anchor distT="0" distB="0" distL="114300" distR="114300" simplePos="0" relativeHeight="251719680" behindDoc="1" locked="0" layoutInCell="1" allowOverlap="1" wp14:anchorId="3C16BAF1" wp14:editId="02AA3CED">
                <wp:simplePos x="0" y="0"/>
                <wp:positionH relativeFrom="column">
                  <wp:posOffset>4966335</wp:posOffset>
                </wp:positionH>
                <wp:positionV relativeFrom="paragraph">
                  <wp:posOffset>495328</wp:posOffset>
                </wp:positionV>
                <wp:extent cx="1741170" cy="384810"/>
                <wp:effectExtent l="0" t="0" r="0" b="0"/>
                <wp:wrapTight wrapText="bothSides">
                  <wp:wrapPolygon edited="0">
                    <wp:start x="11974" y="0"/>
                    <wp:lineTo x="0" y="0"/>
                    <wp:lineTo x="0" y="20673"/>
                    <wp:lineTo x="21427" y="20673"/>
                    <wp:lineTo x="21427" y="0"/>
                    <wp:lineTo x="11974" y="0"/>
                  </wp:wrapPolygon>
                </wp:wrapTight>
                <wp:docPr id="868579650" name="Group 28"/>
                <wp:cNvGraphicFramePr/>
                <a:graphic xmlns:a="http://schemas.openxmlformats.org/drawingml/2006/main">
                  <a:graphicData uri="http://schemas.microsoft.com/office/word/2010/wordprocessingGroup">
                    <wpg:wgp>
                      <wpg:cNvGrpSpPr/>
                      <wpg:grpSpPr>
                        <a:xfrm>
                          <a:off x="0" y="0"/>
                          <a:ext cx="1741170" cy="384810"/>
                          <a:chOff x="0" y="0"/>
                          <a:chExt cx="2006600" cy="443865"/>
                        </a:xfrm>
                      </wpg:grpSpPr>
                      <wpg:grpSp>
                        <wpg:cNvPr id="1991383860" name="Group 27"/>
                        <wpg:cNvGrpSpPr/>
                        <wpg:grpSpPr>
                          <a:xfrm>
                            <a:off x="0" y="0"/>
                            <a:ext cx="2006600" cy="443865"/>
                            <a:chOff x="0" y="0"/>
                            <a:chExt cx="2006637" cy="443865"/>
                          </a:xfrm>
                        </wpg:grpSpPr>
                        <wpg:grpSp>
                          <wpg:cNvPr id="949825216" name="Group 25"/>
                          <wpg:cNvGrpSpPr/>
                          <wpg:grpSpPr>
                            <a:xfrm>
                              <a:off x="0" y="0"/>
                              <a:ext cx="2006637" cy="443865"/>
                              <a:chOff x="0" y="0"/>
                              <a:chExt cx="2006637" cy="443865"/>
                            </a:xfrm>
                          </wpg:grpSpPr>
                          <wpg:grpSp>
                            <wpg:cNvPr id="494895901" name="Group 24"/>
                            <wpg:cNvGrpSpPr/>
                            <wpg:grpSpPr>
                              <a:xfrm>
                                <a:off x="0" y="10450"/>
                                <a:ext cx="837565" cy="433070"/>
                                <a:chOff x="0" y="0"/>
                                <a:chExt cx="837565" cy="433070"/>
                              </a:xfrm>
                            </wpg:grpSpPr>
                            <pic:pic xmlns:pic="http://schemas.openxmlformats.org/drawingml/2006/picture">
                              <pic:nvPicPr>
                                <pic:cNvPr id="1895940801" name="Picture 1"/>
                                <pic:cNvPicPr>
                                  <a:picLocks noChangeAspect="1"/>
                                </pic:cNvPicPr>
                              </pic:nvPicPr>
                              <pic:blipFill rotWithShape="1">
                                <a:blip r:embed="rId63"/>
                                <a:srcRect t="3256" b="9118"/>
                                <a:stretch>
                                  <a:fillRect/>
                                </a:stretch>
                              </pic:blipFill>
                              <pic:spPr bwMode="auto">
                                <a:xfrm>
                                  <a:off x="0" y="0"/>
                                  <a:ext cx="837565" cy="43307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925259926" name="Picture 23"/>
                                <pic:cNvPicPr>
                                  <a:picLocks noChangeAspect="1"/>
                                </pic:cNvPicPr>
                              </pic:nvPicPr>
                              <pic:blipFill>
                                <a:blip r:embed="rId64"/>
                                <a:stretch>
                                  <a:fillRect/>
                                </a:stretch>
                              </pic:blipFill>
                              <pic:spPr>
                                <a:xfrm>
                                  <a:off x="527739" y="141078"/>
                                  <a:ext cx="127635" cy="127635"/>
                                </a:xfrm>
                                <a:prstGeom prst="rect">
                                  <a:avLst/>
                                </a:prstGeom>
                              </pic:spPr>
                            </pic:pic>
                          </wpg:grpSp>
                          <pic:pic xmlns:pic="http://schemas.openxmlformats.org/drawingml/2006/picture">
                            <pic:nvPicPr>
                              <pic:cNvPr id="911867702" name="Picture 1"/>
                              <pic:cNvPicPr>
                                <a:picLocks noChangeAspect="1"/>
                              </pic:cNvPicPr>
                            </pic:nvPicPr>
                            <pic:blipFill rotWithShape="1">
                              <a:blip r:embed="rId65"/>
                              <a:srcRect t="7385" b="2827"/>
                              <a:stretch>
                                <a:fillRect/>
                              </a:stretch>
                            </pic:blipFill>
                            <pic:spPr bwMode="auto">
                              <a:xfrm>
                                <a:off x="1144307" y="0"/>
                                <a:ext cx="862330" cy="443865"/>
                              </a:xfrm>
                              <a:prstGeom prst="rect">
                                <a:avLst/>
                              </a:prstGeom>
                              <a:ln>
                                <a:noFill/>
                              </a:ln>
                              <a:extLst>
                                <a:ext uri="{53640926-AAD7-44D8-BBD7-CCE9431645EC}">
                                  <a14:shadowObscured xmlns:a14="http://schemas.microsoft.com/office/drawing/2010/main"/>
                                </a:ext>
                              </a:extLst>
                            </pic:spPr>
                          </pic:pic>
                        </wpg:grpSp>
                        <wps:wsp>
                          <wps:cNvPr id="1699329006" name="Straight Arrow Connector 26"/>
                          <wps:cNvCnPr/>
                          <wps:spPr>
                            <a:xfrm>
                              <a:off x="862149" y="183678"/>
                              <a:ext cx="261237" cy="0"/>
                            </a:xfrm>
                            <a:prstGeom prst="straightConnector1">
                              <a:avLst/>
                            </a:prstGeom>
                            <a:ln>
                              <a:solidFill>
                                <a:schemeClr val="accent6">
                                  <a:lumMod val="75000"/>
                                </a:schemeClr>
                              </a:solidFill>
                              <a:tailEnd type="stealth"/>
                            </a:ln>
                            <a:effectLst/>
                          </wps:spPr>
                          <wps:style>
                            <a:lnRef idx="2">
                              <a:schemeClr val="accent1"/>
                            </a:lnRef>
                            <a:fillRef idx="0">
                              <a:schemeClr val="accent1"/>
                            </a:fillRef>
                            <a:effectRef idx="1">
                              <a:schemeClr val="accent1"/>
                            </a:effectRef>
                            <a:fontRef idx="minor">
                              <a:schemeClr val="tx1"/>
                            </a:fontRef>
                          </wps:style>
                          <wps:bodyPr/>
                        </wps:wsp>
                      </wpg:grpSp>
                      <pic:pic xmlns:pic="http://schemas.openxmlformats.org/drawingml/2006/picture">
                        <pic:nvPicPr>
                          <pic:cNvPr id="1058614385" name="Picture 23"/>
                          <pic:cNvPicPr>
                            <a:picLocks noChangeAspect="1"/>
                          </pic:cNvPicPr>
                        </pic:nvPicPr>
                        <pic:blipFill>
                          <a:blip r:embed="rId64"/>
                          <a:stretch>
                            <a:fillRect/>
                          </a:stretch>
                        </pic:blipFill>
                        <pic:spPr>
                          <a:xfrm>
                            <a:off x="1614569" y="156755"/>
                            <a:ext cx="127000" cy="12763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778939A" id="Group 28" o:spid="_x0000_s1026" style="position:absolute;margin-left:391.05pt;margin-top:39pt;width:137.1pt;height:30.3pt;z-index:-251596800;mso-width-relative:margin;mso-height-relative:margin" coordsize="20066,443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">
                <v:group id="Group 27" o:spid="_x0000_s1027" style="position:absolute;width:20066;height:4438" coordsize="20066,443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">
                  <v:group id="Group 25" o:spid="_x0000_s1028" style="position:absolute;width:20066;height:4438" coordsize="20066,443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">
                    <v:group id="Group 24" o:spid="_x0000_s1029" style="position:absolute;top:104;width:8375;height:4331" coordsize="8375,433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">
                      <v:shape id="Picture 1" o:spid="_x0000_s1030" type="#_x0000_t75" style="position:absolute;width:8375;height:433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">
                        <v:imagedata r:id="rId66" o:title="" croptop="2134f" cropbottom="5976f"/>
                      </v:shape>
                      <v:shape id="Picture 23" o:spid="_x0000_s1031" type="#_x0000_t75" style="position:absolute;left:5277;top:1410;width:1276;height:127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">
                        <v:imagedata r:id="rId67" o:title=""/>
                      </v:shape>
                    </v:group>
                    <v:shape id="Picture 1" o:spid="_x0000_s1032" type="#_x0000_t75" style="position:absolute;left:11443;width:8623;height:443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">
                      <v:imagedata r:id="rId68" o:title="" croptop="4840f" cropbottom="1853f"/>
                    </v:shape>
                  </v:group>
                  <v:shape id="Straight Arrow Connector 26" o:spid="_x0000_s1033" type="#_x0000_t32" style="position:absolute;left:8621;top:1836;width:2612;height:0;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" strokecolor="#e36c0a [2409]" strokeweight="2pt">
                    <v:stroke endarrow="classic"/>
                  </v:shape>
                </v:group>
                <v:shape id="Picture 23" o:spid="_x0000_s1034" type="#_x0000_t75" style="position:absolute;left:16145;top:1567;width:1270;height:127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">
                  <v:imagedata r:id="rId67" o:title=""/>
                </v:shape>
                <w10:wrap type="tight"/>
              </v:group>
            </w:pict>
          </mc:Fallback>
        </mc:AlternateContent>
      </w:r>
      <w:r w:rsidR="00DE1DC1">
        <w:rPr>
          <w:rFonts w:eastAsia="Helvetica Neue" w:cs="Helvetica Neue"/>
          <w:color w:val="1F2933"/>
        </w:rPr>
        <w:t>Click the</w:t>
      </w:r>
      <w:r>
        <w:rPr>
          <w:rFonts w:eastAsia="Helvetica Neue" w:cs="Helvetica Neue"/>
          <w:color w:val="1F2933"/>
        </w:rPr>
        <w:tab/>
      </w:r>
      <w:r w:rsidR="00DE1DC1">
        <w:rPr>
          <w:rFonts w:eastAsia="Helvetica Neue" w:cs="Helvetica Neue"/>
          <w:color w:val="1F2933"/>
        </w:rPr>
        <w:t>button at the bottom of the column to which you want to add a claim box.</w:t>
      </w:r>
    </w:p>
    <w:p w14:paraId="24DE8AA1" w14:textId="7B0CD740" w:rsidR="00DE1DC1" w:rsidRDefault="00DE1DC1" w:rsidP="00DE1DC1">
      <w:pPr>
        <w:spacing w:before="240" w:after="160"/>
        <w:rPr>
          <w:rFonts w:eastAsia="Helvetica Neue" w:cs="Helvetica Neue"/>
          <w:color w:val="1F2933"/>
        </w:rPr>
      </w:pPr>
      <w:r>
        <w:rPr>
          <w:rFonts w:eastAsia="Helvetica Neue" w:cs="Helvetica Neue"/>
          <w:color w:val="1F2933"/>
        </w:rPr>
        <w:t xml:space="preserve">You can also mouse over the column header, and it will turn into a plus sign. Click it to add a claim to that column. This is the easier method when there are many claims in a single column and the </w:t>
      </w:r>
      <w:r w:rsidRPr="001810E9">
        <w:rPr>
          <w:rFonts w:eastAsia="Helvetica Neue" w:cs="Helvetica Neue"/>
          <w:b/>
          <w:bCs/>
          <w:color w:val="1F2933"/>
        </w:rPr>
        <w:t>Add Claim</w:t>
      </w:r>
      <w:r>
        <w:rPr>
          <w:rFonts w:eastAsia="Helvetica Neue" w:cs="Helvetica Neue"/>
          <w:color w:val="1F2933"/>
        </w:rPr>
        <w:t xml:space="preserve"> buttons have scrolled down out of sight.</w:t>
      </w:r>
    </w:p>
    <w:p w14:paraId="0A63C570" w14:textId="77777777" w:rsidR="00DE1DC1" w:rsidRDefault="00DE1DC1" w:rsidP="00DE1DC1">
      <w:pPr>
        <w:spacing w:before="240" w:after="160"/>
        <w:rPr>
          <w:rFonts w:eastAsia="Helvetica Neue" w:cs="Helvetica Neue"/>
          <w:color w:val="1F2933"/>
        </w:rPr>
      </w:pPr>
      <w:r>
        <w:rPr>
          <w:rFonts w:eastAsia="Helvetica Neue" w:cs="Helvetica Neue"/>
          <w:color w:val="1F2933"/>
        </w:rPr>
        <w:t xml:space="preserve">To edit a previously created claim box, just click anywhere in the box. </w:t>
      </w:r>
    </w:p>
    <w:p w14:paraId="108C2744" w14:textId="300E5BFB" w:rsidR="00DE1DC1" w:rsidRPr="00DE1DC1" w:rsidRDefault="00DE1DC1" w:rsidP="00DE1DC1">
      <w:pPr>
        <w:spacing w:before="240" w:after="160"/>
        <w:rPr>
          <w:rFonts w:eastAsia="Helvetica Neue" w:cs="Helvetica Neue"/>
          <w:color w:val="1F2933"/>
        </w:rPr>
      </w:pPr>
      <w:r>
        <w:rPr>
          <w:rFonts w:eastAsia="Helvetica Neue" w:cs="Helvetica Neue"/>
          <w:color w:val="1F2933"/>
        </w:rPr>
        <w:t>Lastly, once you are in the claim window, there is a drop-down menu on the right to direct your claim to a different column than the one you chose at first.</w:t>
      </w:r>
      <w:r w:rsidRPr="00DE1DC1">
        <w:rPr>
          <w:rFonts w:eastAsia="Helvetica Neue" w:cs="Helvetica Neue"/>
          <w:color w:val="1F2933"/>
        </w:rPr>
        <w:t xml:space="preserve">      </w:t>
      </w:r>
    </w:p>
    <w:p w14:paraId="6BCB0B0E" w14:textId="3C7C021C" w:rsidR="00DE1DC1" w:rsidRPr="00362E4C" w:rsidRDefault="00AB50B1" w:rsidP="0023138C">
      <w:pPr>
        <w:spacing w:before="240" w:after="160"/>
        <w:rPr>
          <w:rFonts w:asciiTheme="majorHAnsi" w:eastAsia="Helvetica Neue" w:hAnsiTheme="majorHAnsi" w:cstheme="majorHAnsi"/>
          <w:b/>
          <w:color w:val="2E5B9C"/>
          <w:sz w:val="28"/>
        </w:rPr>
      </w:pPr>
      <w:r w:rsidRPr="00362E4C">
        <w:rPr>
          <w:rFonts w:asciiTheme="majorHAnsi" w:eastAsia="Helvetica Neue" w:hAnsiTheme="majorHAnsi" w:cstheme="majorHAnsi"/>
          <w:b/>
          <w:noProof/>
          <w:color w:val="2E5B9C"/>
          <w:sz w:val="28"/>
        </w:rPr>
        <mc:AlternateContent>
          <mc:Choice Requires="wps">
            <w:drawing>
              <wp:anchor distT="0" distB="0" distL="114300" distR="114300" simplePos="0" relativeHeight="251723776" behindDoc="0" locked="0" layoutInCell="1" allowOverlap="1" wp14:anchorId="12AB5CF8" wp14:editId="3144B361">
                <wp:simplePos x="0" y="0"/>
                <wp:positionH relativeFrom="column">
                  <wp:posOffset>1793424</wp:posOffset>
                </wp:positionH>
                <wp:positionV relativeFrom="paragraph">
                  <wp:posOffset>74179</wp:posOffset>
                </wp:positionV>
                <wp:extent cx="968631" cy="2330218"/>
                <wp:effectExtent l="43180" t="20320" r="40005" b="65405"/>
                <wp:wrapNone/>
                <wp:docPr id="1800060989" name="Curved Connector 38"/>
                <wp:cNvGraphicFramePr/>
                <a:graphic xmlns:a="http://schemas.openxmlformats.org/drawingml/2006/main">
                  <a:graphicData uri="http://schemas.microsoft.com/office/word/2010/wordprocessingShape">
                    <wps:wsp>
                      <wps:cNvCnPr/>
                      <wps:spPr>
                        <a:xfrm rot="5400000" flipH="1">
                          <a:off x="0" y="0"/>
                          <a:ext cx="968631" cy="2330218"/>
                        </a:xfrm>
                        <a:prstGeom prst="curvedConnector3">
                          <a:avLst/>
                        </a:prstGeom>
                        <a:ln>
                          <a:tailEnd type="triangle"/>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53AE3CB" id="Curved Connector 38" o:spid="_x0000_s1026" type="#_x0000_t38" style="position:absolute;margin-left:141.2pt;margin-top:5.85pt;width:76.25pt;height:183.5pt;rotation:-90;flip:x;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" adj="10800" strokecolor="#4f81bd [3204]" strokeweight="2pt">
                <v:stroke endarrow="block"/>
                <v:shadow on="t" color="black" opacity="24903f" origin=",.5" offset="0,.55556mm"/>
              </v:shape>
            </w:pict>
          </mc:Fallback>
        </mc:AlternateContent>
      </w:r>
      <w:r w:rsidR="0023138C" w:rsidRPr="00362E4C">
        <w:rPr>
          <w:rFonts w:asciiTheme="majorHAnsi" w:eastAsia="Helvetica Neue" w:hAnsiTheme="majorHAnsi" w:cstheme="majorHAnsi"/>
          <w:b/>
          <w:color w:val="2E5B9C"/>
          <w:sz w:val="28"/>
        </w:rPr>
        <w:t>Entering a Claim</w:t>
      </w:r>
    </w:p>
    <w:p w14:paraId="5FBCCEF0" w14:textId="7C69B560" w:rsidR="0023138C" w:rsidRDefault="00AB50B1" w:rsidP="0023138C">
      <w:pPr>
        <w:pStyle w:val="ListNumber"/>
        <w:numPr>
          <w:ilvl w:val="0"/>
          <w:numId w:val="0"/>
        </w:numPr>
        <w:spacing w:after="80"/>
        <w:ind w:left="360" w:hanging="360"/>
      </w:pPr>
      <w:r w:rsidRPr="00ED673F">
        <w:rPr>
          <w:rFonts w:eastAsia="Helvetica Neue" w:cs="Helvetica Neue"/>
          <w:b/>
          <w:noProof/>
          <w:color w:val="4F6228" w:themeColor="accent3" w:themeShade="80"/>
          <w:sz w:val="28"/>
        </w:rPr>
        <mc:AlternateContent>
          <mc:Choice Requires="wps">
            <w:drawing>
              <wp:anchor distT="0" distB="0" distL="114300" distR="114300" simplePos="0" relativeHeight="251725824" behindDoc="0" locked="0" layoutInCell="1" allowOverlap="1" wp14:anchorId="4D0A01D1" wp14:editId="33A24D61">
                <wp:simplePos x="0" y="0"/>
                <wp:positionH relativeFrom="column">
                  <wp:posOffset>4125278</wp:posOffset>
                </wp:positionH>
                <wp:positionV relativeFrom="paragraph">
                  <wp:posOffset>352418</wp:posOffset>
                </wp:positionV>
                <wp:extent cx="620256" cy="1306427"/>
                <wp:effectExtent l="37782" t="25718" r="53023" b="65722"/>
                <wp:wrapNone/>
                <wp:docPr id="691627351" name="Curved Connector 38"/>
                <wp:cNvGraphicFramePr/>
                <a:graphic xmlns:a="http://schemas.openxmlformats.org/drawingml/2006/main">
                  <a:graphicData uri="http://schemas.microsoft.com/office/word/2010/wordprocessingShape">
                    <wps:wsp>
                      <wps:cNvCnPr/>
                      <wps:spPr>
                        <a:xfrm rot="5400000" flipH="1">
                          <a:off x="0" y="0"/>
                          <a:ext cx="620256" cy="1306427"/>
                        </a:xfrm>
                        <a:prstGeom prst="curvedConnector3">
                          <a:avLst/>
                        </a:prstGeom>
                        <a:ln>
                          <a:solidFill>
                            <a:schemeClr val="accent3">
                              <a:lumMod val="75000"/>
                            </a:schemeClr>
                          </a:solidFill>
                          <a:tailEnd type="triangle"/>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C3D0E21" id="Curved Connector 38" o:spid="_x0000_s1026" type="#_x0000_t38" style="position:absolute;margin-left:324.85pt;margin-top:27.75pt;width:48.85pt;height:102.85pt;rotation:-90;flip:x;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" adj="10800" strokecolor="#76923c [2406]" strokeweight="2pt">
                <v:stroke endarrow="block"/>
                <v:shadow on="t" color="black" opacity="24903f" origin=",.5" offset="0,.55556mm"/>
              </v:shape>
            </w:pict>
          </mc:Fallback>
        </mc:AlternateContent>
      </w:r>
      <w:r w:rsidR="00384BE1">
        <w:rPr>
          <w:noProof/>
        </w:rPr>
        <mc:AlternateContent>
          <mc:Choice Requires="wps">
            <w:drawing>
              <wp:anchor distT="0" distB="0" distL="114300" distR="114300" simplePos="0" relativeHeight="251722752" behindDoc="0" locked="0" layoutInCell="1" allowOverlap="1" wp14:anchorId="20CD59EC" wp14:editId="47A5734A">
                <wp:simplePos x="0" y="0"/>
                <wp:positionH relativeFrom="column">
                  <wp:posOffset>-315703</wp:posOffset>
                </wp:positionH>
                <wp:positionV relativeFrom="paragraph">
                  <wp:posOffset>598026</wp:posOffset>
                </wp:positionV>
                <wp:extent cx="624025" cy="802881"/>
                <wp:effectExtent l="63500" t="63500" r="0" b="73660"/>
                <wp:wrapNone/>
                <wp:docPr id="1759432298" name="Arc 37"/>
                <wp:cNvGraphicFramePr/>
                <a:graphic xmlns:a="http://schemas.openxmlformats.org/drawingml/2006/main">
                  <a:graphicData uri="http://schemas.microsoft.com/office/word/2010/wordprocessingShape">
                    <wps:wsp>
                      <wps:cNvSpPr/>
                      <wps:spPr>
                        <a:xfrm>
                          <a:off x="0" y="0"/>
                          <a:ext cx="624025" cy="802881"/>
                        </a:xfrm>
                        <a:prstGeom prst="arc">
                          <a:avLst>
                            <a:gd name="adj1" fmla="val 5676594"/>
                            <a:gd name="adj2" fmla="val 16396712"/>
                          </a:avLst>
                        </a:prstGeom>
                        <a:ln>
                          <a:solidFill>
                            <a:schemeClr val="accent6">
                              <a:lumMod val="75000"/>
                            </a:schemeClr>
                          </a:solidFill>
                          <a:tailEnd type="stealth"/>
                        </a:ln>
                      </wps:spPr>
                      <wps:style>
                        <a:lnRef idx="2">
                          <a:schemeClr val="accent1"/>
                        </a:lnRef>
                        <a:fillRef idx="0">
                          <a:schemeClr val="accent1"/>
                        </a:fillRef>
                        <a:effectRef idx="1">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FB0574" id="Arc 37" o:spid="_x0000_s1026" style="position:absolute;margin-left:-24.85pt;margin-top:47.1pt;width:49.15pt;height:63.2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624025,80288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" path="m279816,800738nsc114425,778662,-8452,593588,446,379958,9798,155424,160653,-15443,334946,1085l312013,401441,279816,800738xem279816,800738nfc114425,778662,-8452,593588,446,379958,9798,155424,160653,-15443,334946,1085e" filled="f" strokecolor="#e36c0a [2409]" strokeweight="2pt">
                <v:stroke endarrow="classic"/>
                <v:shadow on="t" color="black" opacity="24903f" origin=",.5" offset="0,.55556mm"/>
                <v:path arrowok="t" o:connecttype="custom" o:connectlocs="279816,800738;446,379958;334946,1085" o:connectangles="0,0,0"/>
              </v:shape>
            </w:pict>
          </mc:Fallback>
        </mc:AlternateContent>
      </w:r>
      <w:r w:rsidR="0023138C" w:rsidRPr="0023138C">
        <w:rPr>
          <w:noProof/>
        </w:rPr>
        <w:drawing>
          <wp:inline distT="0" distB="0" distL="0" distR="0" wp14:anchorId="3DF35A9A" wp14:editId="0E80DABB">
            <wp:extent cx="6828217" cy="1104065"/>
            <wp:effectExtent l="0" t="0" r="0" b="1270"/>
            <wp:docPr id="4149341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934177" name=""/>
                    <pic:cNvPicPr/>
                  </pic:nvPicPr>
                  <pic:blipFill>
                    <a:blip r:embed="rId69"/>
                    <a:stretch>
                      <a:fillRect/>
                    </a:stretch>
                  </pic:blipFill>
                  <pic:spPr>
                    <a:xfrm>
                      <a:off x="0" y="0"/>
                      <a:ext cx="6904262" cy="1116361"/>
                    </a:xfrm>
                    <a:prstGeom prst="rect">
                      <a:avLst/>
                    </a:prstGeom>
                  </pic:spPr>
                </pic:pic>
              </a:graphicData>
            </a:graphic>
          </wp:inline>
        </w:drawing>
      </w:r>
    </w:p>
    <w:p w14:paraId="66203800" w14:textId="77777777" w:rsidR="0023138C" w:rsidRDefault="0023138C" w:rsidP="00DE1DC1">
      <w:pPr>
        <w:pStyle w:val="ListNumber"/>
        <w:numPr>
          <w:ilvl w:val="0"/>
          <w:numId w:val="0"/>
        </w:numPr>
        <w:spacing w:after="80"/>
        <w:ind w:left="360" w:hanging="360"/>
        <w:rPr>
          <w:rFonts w:eastAsia="Helvetica Neue" w:cs="Helvetica Neue"/>
          <w:color w:val="1F2933"/>
        </w:rPr>
      </w:pPr>
    </w:p>
    <w:tbl>
      <w:tblPr>
        <w:tblStyle w:val="TableGrid"/>
        <w:tblW w:w="9720" w:type="dxa"/>
        <w:tblLook w:val="04A0" w:firstRow="1" w:lastRow="0" w:firstColumn="1" w:lastColumn="0" w:noHBand="0" w:noVBand="1"/>
      </w:tblPr>
      <w:tblGrid>
        <w:gridCol w:w="6390"/>
        <w:gridCol w:w="3330"/>
      </w:tblGrid>
      <w:tr w:rsidR="00AB50B1" w14:paraId="7E5EB900" w14:textId="77777777" w:rsidTr="00AB50B1">
        <w:tc>
          <w:tcPr>
            <w:tcW w:w="6390" w:type="dxa"/>
            <w:tcBorders>
              <w:top w:val="nil"/>
              <w:left w:val="nil"/>
              <w:bottom w:val="nil"/>
              <w:right w:val="nil"/>
            </w:tcBorders>
          </w:tcPr>
          <w:p w14:paraId="313B4965" w14:textId="2F63036F" w:rsidR="00AB50B1" w:rsidRDefault="00AB50B1" w:rsidP="00AB50B1">
            <w:pPr>
              <w:pStyle w:val="ListNumber"/>
              <w:numPr>
                <w:ilvl w:val="0"/>
                <w:numId w:val="0"/>
              </w:numPr>
              <w:spacing w:after="80"/>
              <w:ind w:left="-116"/>
              <w:rPr>
                <w:rFonts w:eastAsia="Helvetica Neue" w:cs="Helvetica Neue"/>
                <w:b/>
                <w:bCs/>
                <w:color w:val="1F2933"/>
              </w:rPr>
            </w:pPr>
            <w:r w:rsidRPr="00384BE1">
              <w:rPr>
                <w:rFonts w:eastAsia="Helvetica Neue" w:cs="Helvetica Neue"/>
                <w:b/>
                <w:bCs/>
                <w:color w:val="1F2933"/>
              </w:rPr>
              <w:t>Type the claim in the text box.</w:t>
            </w:r>
            <w:r>
              <w:rPr>
                <w:rFonts w:eastAsia="Helvetica Neue" w:cs="Helvetica Neue"/>
                <w:color w:val="1F2933"/>
              </w:rPr>
              <w:t xml:space="preserve"> Be sure to use the symbols from the Insert list above. For example, write “</w:t>
            </w:r>
            <w:r w:rsidRPr="00384BE1">
              <w:rPr>
                <w:rFonts w:ascii="STIX Two Math" w:hAnsi="STIX Two Math" w:cs="STIX Two Math"/>
                <w:color w:val="1F2933"/>
                <w:position w:val="2"/>
                <w:sz w:val="21"/>
                <w:szCs w:val="21"/>
                <w:shd w:val="clear" w:color="auto" w:fill="FFFFFF"/>
              </w:rPr>
              <w:t>△</w:t>
            </w:r>
            <w:r>
              <w:rPr>
                <w:rFonts w:eastAsia="Helvetica Neue" w:cs="Helvetica Neue"/>
                <w:color w:val="1F2933"/>
              </w:rPr>
              <w:t>DOG” and not “triangle DOG”. The symbols make your claims more compact and are used by the program to help note any discrepancies between your claims and their justifications. For the first three symbols (segment, line, and ray), you can add them by typing two labels (</w:t>
            </w:r>
            <w:r w:rsidR="00DC7C4B">
              <w:rPr>
                <w:rFonts w:eastAsia="Helvetica Neue" w:cs="Helvetica Neue"/>
                <w:color w:val="1F2933"/>
              </w:rPr>
              <w:t>e.g.</w:t>
            </w:r>
            <w:r>
              <w:rPr>
                <w:rFonts w:eastAsia="Helvetica Neue" w:cs="Helvetica Neue"/>
                <w:color w:val="1F2933"/>
              </w:rPr>
              <w:t>, “BD” or “JK”) and clicking the button (it will add the symbol to the two letters prior to where the cursor is) or by selecting two adjacent labels and clicking the button.</w:t>
            </w:r>
          </w:p>
        </w:tc>
        <w:tc>
          <w:tcPr>
            <w:tcW w:w="3330" w:type="dxa"/>
            <w:tcBorders>
              <w:top w:val="nil"/>
              <w:left w:val="nil"/>
              <w:bottom w:val="nil"/>
              <w:right w:val="nil"/>
            </w:tcBorders>
          </w:tcPr>
          <w:p w14:paraId="4428A6FE" w14:textId="77777777" w:rsidR="00AB50B1" w:rsidRDefault="00AB50B1" w:rsidP="00AB50B1">
            <w:pPr>
              <w:pStyle w:val="ListNumber"/>
              <w:numPr>
                <w:ilvl w:val="0"/>
                <w:numId w:val="0"/>
              </w:numPr>
              <w:spacing w:after="80"/>
              <w:ind w:left="360" w:hanging="360"/>
              <w:rPr>
                <w:rFonts w:eastAsia="Helvetica Neue" w:cs="Helvetica Neue"/>
                <w:color w:val="1F2933"/>
              </w:rPr>
            </w:pPr>
            <w:r w:rsidRPr="00384BE1">
              <w:rPr>
                <w:rFonts w:eastAsia="Helvetica Neue" w:cs="Helvetica Neue"/>
                <w:b/>
                <w:bCs/>
                <w:color w:val="1F2933"/>
              </w:rPr>
              <w:t>Choose a justification</w:t>
            </w:r>
            <w:r>
              <w:rPr>
                <w:rFonts w:eastAsia="Helvetica Neue" w:cs="Helvetica Neue"/>
                <w:color w:val="1F2933"/>
              </w:rPr>
              <w:t xml:space="preserve">. </w:t>
            </w:r>
          </w:p>
          <w:p w14:paraId="4A7B7C5C" w14:textId="787FA1D0" w:rsidR="00AB50B1" w:rsidRDefault="00AB50B1" w:rsidP="00AB50B1">
            <w:pPr>
              <w:pStyle w:val="ListNumber"/>
              <w:numPr>
                <w:ilvl w:val="0"/>
                <w:numId w:val="0"/>
              </w:numPr>
              <w:spacing w:after="80"/>
              <w:rPr>
                <w:rFonts w:eastAsia="Helvetica Neue" w:cs="Helvetica Neue"/>
                <w:b/>
                <w:bCs/>
                <w:color w:val="1F2933"/>
              </w:rPr>
            </w:pPr>
            <w:r>
              <w:rPr>
                <w:rFonts w:eastAsia="Helvetica Neue" w:cs="Helvetica Neue"/>
                <w:color w:val="1F2933"/>
              </w:rPr>
              <w:t xml:space="preserve">Click anywhere in this box to launch the Justifications Library. Once there, you will be able </w:t>
            </w:r>
            <w:r w:rsidR="001810E9">
              <w:rPr>
                <w:rFonts w:eastAsia="Helvetica Neue" w:cs="Helvetica Neue"/>
                <w:color w:val="1F2933"/>
              </w:rPr>
              <w:t xml:space="preserve">to </w:t>
            </w:r>
            <w:r>
              <w:rPr>
                <w:rFonts w:eastAsia="Helvetica Neue" w:cs="Helvetica Neue"/>
                <w:color w:val="1F2933"/>
              </w:rPr>
              <w:t xml:space="preserve">search by keywords (e.g., “triangle”, “parallel”, “similar”, etc.) or select a topic (such as “Circles”) and justification type (such as “Theorems”). </w:t>
            </w:r>
          </w:p>
        </w:tc>
      </w:tr>
    </w:tbl>
    <w:p w14:paraId="3E769DBC" w14:textId="77777777" w:rsidR="00AB50B1" w:rsidRDefault="00AB50B1" w:rsidP="00384BE1">
      <w:pPr>
        <w:pStyle w:val="ListNumber"/>
        <w:numPr>
          <w:ilvl w:val="0"/>
          <w:numId w:val="0"/>
        </w:numPr>
        <w:spacing w:after="80"/>
        <w:rPr>
          <w:rFonts w:eastAsia="Helvetica Neue" w:cs="Helvetica Neue"/>
          <w:b/>
          <w:bCs/>
          <w:color w:val="1F2933"/>
        </w:rPr>
      </w:pPr>
    </w:p>
    <w:p w14:paraId="0440F91A" w14:textId="72D28266" w:rsidR="007351E8" w:rsidRPr="007351E8" w:rsidRDefault="007351E8" w:rsidP="00384BE1">
      <w:pPr>
        <w:pStyle w:val="ListNumber"/>
        <w:numPr>
          <w:ilvl w:val="0"/>
          <w:numId w:val="0"/>
        </w:numPr>
        <w:spacing w:after="80"/>
        <w:rPr>
          <w:rFonts w:eastAsia="Helvetica Neue" w:cs="Helvetica Neue"/>
          <w:color w:val="1F2933"/>
        </w:rPr>
      </w:pPr>
      <w:r>
        <w:rPr>
          <w:rFonts w:eastAsia="Helvetica Neue" w:cs="Helvetica Neue"/>
          <w:color w:val="1F2933"/>
        </w:rPr>
        <w:t xml:space="preserve">Once you have a claim and justification, click the </w:t>
      </w:r>
      <w:r>
        <w:rPr>
          <w:rFonts w:eastAsia="Helvetica Neue" w:cs="Helvetica Neue"/>
          <w:b/>
          <w:bCs/>
          <w:color w:val="1F2933"/>
        </w:rPr>
        <w:t xml:space="preserve">Add Claim </w:t>
      </w:r>
      <w:r>
        <w:rPr>
          <w:rFonts w:eastAsia="Helvetica Neue" w:cs="Helvetica Neue"/>
          <w:color w:val="1F2933"/>
        </w:rPr>
        <w:t xml:space="preserve">button. </w:t>
      </w:r>
    </w:p>
    <w:p w14:paraId="3BC9D3B1" w14:textId="43A5C298" w:rsidR="00527990" w:rsidRPr="00362E4C" w:rsidRDefault="00527990" w:rsidP="000E3902">
      <w:pPr>
        <w:keepNext/>
        <w:spacing w:before="240" w:after="160"/>
        <w:rPr>
          <w:rFonts w:asciiTheme="majorHAnsi" w:eastAsia="Helvetica Neue" w:hAnsiTheme="majorHAnsi" w:cstheme="majorHAnsi"/>
          <w:b/>
          <w:color w:val="2E5B9C"/>
          <w:sz w:val="28"/>
        </w:rPr>
      </w:pPr>
      <w:r w:rsidRPr="00362E4C">
        <w:rPr>
          <w:rFonts w:asciiTheme="majorHAnsi" w:eastAsia="Helvetica Neue" w:hAnsiTheme="majorHAnsi" w:cstheme="majorHAnsi"/>
          <w:b/>
          <w:color w:val="2E5B9C"/>
          <w:sz w:val="28"/>
        </w:rPr>
        <w:lastRenderedPageBreak/>
        <w:t>Ports Come In Different Types</w:t>
      </w:r>
    </w:p>
    <w:p w14:paraId="5F6AE6F2" w14:textId="7846CB16" w:rsidR="00527990" w:rsidRDefault="000373C9" w:rsidP="000E3902">
      <w:pPr>
        <w:keepNext/>
        <w:spacing w:before="240" w:after="160"/>
        <w:rPr>
          <w:rFonts w:eastAsia="Helvetica Neue" w:cs="Helvetica Neue"/>
          <w:color w:val="1F2933"/>
        </w:rPr>
      </w:pPr>
      <w:r>
        <w:rPr>
          <w:noProof/>
        </w:rPr>
        <w:drawing>
          <wp:anchor distT="0" distB="0" distL="114300" distR="114300" simplePos="0" relativeHeight="251727872" behindDoc="0" locked="0" layoutInCell="1" allowOverlap="1" wp14:anchorId="407096D0" wp14:editId="747F6477">
            <wp:simplePos x="0" y="0"/>
            <wp:positionH relativeFrom="column">
              <wp:posOffset>4863094</wp:posOffset>
            </wp:positionH>
            <wp:positionV relativeFrom="paragraph">
              <wp:posOffset>20102</wp:posOffset>
            </wp:positionV>
            <wp:extent cx="1382337" cy="914400"/>
            <wp:effectExtent l="0" t="0" r="2540" b="0"/>
            <wp:wrapSquare wrapText="bothSides"/>
            <wp:docPr id="6057454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3377100" name="Picture 1"/>
                    <pic:cNvPicPr>
                      <a:picLocks noChangeAspect="1"/>
                    </pic:cNvPicPr>
                  </pic:nvPicPr>
                  <pic:blipFill>
                    <a:blip r:embed="rId70"/>
                    <a:stretch>
                      <a:fillRect/>
                    </a:stretch>
                  </pic:blipFill>
                  <pic:spPr>
                    <a:xfrm>
                      <a:off x="0" y="0"/>
                      <a:ext cx="1382337" cy="914400"/>
                    </a:xfrm>
                    <a:prstGeom prst="rect">
                      <a:avLst/>
                    </a:prstGeom>
                  </pic:spPr>
                </pic:pic>
              </a:graphicData>
            </a:graphic>
            <wp14:sizeRelH relativeFrom="margin">
              <wp14:pctWidth>0</wp14:pctWidth>
            </wp14:sizeRelH>
            <wp14:sizeRelV relativeFrom="margin">
              <wp14:pctHeight>0</wp14:pctHeight>
            </wp14:sizeRelV>
          </wp:anchor>
        </w:drawing>
      </w:r>
      <w:r w:rsidR="00527990">
        <w:rPr>
          <w:rFonts w:eastAsia="Helvetica Neue" w:cs="Helvetica Neue"/>
          <w:color w:val="1F2933"/>
        </w:rPr>
        <w:t xml:space="preserve">One of the goals of GeoProof Studio is to help make sure that claims really are logically connected. To do so, every premise and conclusion port has a type that is indicated by its shape. </w:t>
      </w:r>
      <w:r>
        <w:rPr>
          <w:rFonts w:eastAsia="Helvetica Neue" w:cs="Helvetica Neue"/>
          <w:color w:val="1F2933"/>
        </w:rPr>
        <w:t xml:space="preserve">For example, in the claim box at right, the premise </w:t>
      </w:r>
      <w:r w:rsidR="001810E9">
        <w:rPr>
          <w:rFonts w:eastAsia="Helvetica Neue" w:cs="Helvetica Neue"/>
          <w:color w:val="1F2933"/>
        </w:rPr>
        <w:t>ports</w:t>
      </w:r>
      <w:r>
        <w:rPr>
          <w:rFonts w:eastAsia="Helvetica Neue" w:cs="Helvetica Neue"/>
          <w:color w:val="1F2933"/>
        </w:rPr>
        <w:t xml:space="preserve"> show two segment </w:t>
      </w:r>
      <w:r w:rsidR="00B629F1">
        <w:rPr>
          <w:rFonts w:eastAsia="Helvetica Neue" w:cs="Helvetica Neue"/>
          <w:color w:val="1F2933"/>
        </w:rPr>
        <w:t xml:space="preserve">ports </w:t>
      </w:r>
      <w:r>
        <w:rPr>
          <w:rFonts w:eastAsia="Helvetica Neue" w:cs="Helvetica Neue"/>
          <w:color w:val="1F2933"/>
        </w:rPr>
        <w:t xml:space="preserve">and one angle port. The conclusion port is a figure or polygon. The premise ports are based on the </w:t>
      </w:r>
      <w:r w:rsidR="00362E4C">
        <w:rPr>
          <w:rFonts w:eastAsia="Helvetica Neue" w:cs="Helvetica Neue"/>
          <w:i/>
          <w:iCs/>
          <w:color w:val="1F2933"/>
        </w:rPr>
        <w:t>if</w:t>
      </w:r>
      <w:r w:rsidR="00362E4C">
        <w:rPr>
          <w:rFonts w:eastAsia="Helvetica Neue" w:cs="Helvetica Neue"/>
          <w:color w:val="1F2933"/>
        </w:rPr>
        <w:t xml:space="preserve"> part of the justification</w:t>
      </w:r>
      <w:r w:rsidR="00B629F1">
        <w:rPr>
          <w:rFonts w:eastAsia="Helvetica Neue" w:cs="Helvetica Neue"/>
          <w:color w:val="1F2933"/>
        </w:rPr>
        <w:t>. I</w:t>
      </w:r>
      <w:r w:rsidR="00362E4C">
        <w:rPr>
          <w:rFonts w:eastAsia="Helvetica Neue" w:cs="Helvetica Neue"/>
          <w:color w:val="1F2933"/>
        </w:rPr>
        <w:t xml:space="preserve">n this example, </w:t>
      </w:r>
      <w:r w:rsidR="00B629F1">
        <w:rPr>
          <w:rFonts w:eastAsia="Helvetica Neue" w:cs="Helvetica Neue"/>
          <w:color w:val="1F2933"/>
        </w:rPr>
        <w:t xml:space="preserve">that </w:t>
      </w:r>
      <w:r w:rsidR="00362E4C">
        <w:rPr>
          <w:rFonts w:eastAsia="Helvetica Neue" w:cs="Helvetica Neue"/>
          <w:color w:val="1F2933"/>
        </w:rPr>
        <w:t>is the Side Angle Side Triangle Congruence postulate which starts, “if two sides and the included angle of one triangle are congruent to the corresponding sides and angle of a second triangle…”. To satisfy these conditions, this claim box needs two pairs of congruent sides and one pair of congruent angles connected to it</w:t>
      </w:r>
      <w:r w:rsidR="00B629F1">
        <w:rPr>
          <w:rFonts w:eastAsia="Helvetica Neue" w:cs="Helvetica Neue"/>
          <w:color w:val="1F2933"/>
        </w:rPr>
        <w:t>, which is what the ports show</w:t>
      </w:r>
      <w:r w:rsidR="00362E4C">
        <w:rPr>
          <w:rFonts w:eastAsia="Helvetica Neue" w:cs="Helvetica Neue"/>
          <w:color w:val="1F2933"/>
        </w:rPr>
        <w:t xml:space="preserve">. The </w:t>
      </w:r>
      <w:r w:rsidR="00362E4C">
        <w:rPr>
          <w:rFonts w:eastAsia="Helvetica Neue" w:cs="Helvetica Neue"/>
          <w:i/>
          <w:iCs/>
          <w:color w:val="1F2933"/>
        </w:rPr>
        <w:t>then</w:t>
      </w:r>
      <w:r w:rsidR="00362E4C">
        <w:rPr>
          <w:rFonts w:eastAsia="Helvetica Neue" w:cs="Helvetica Neue"/>
          <w:color w:val="1F2933"/>
        </w:rPr>
        <w:t xml:space="preserve"> part of the</w:t>
      </w:r>
      <w:r w:rsidR="006513E5">
        <w:rPr>
          <w:rFonts w:eastAsia="Helvetica Neue" w:cs="Helvetica Neue"/>
          <w:color w:val="1F2933"/>
        </w:rPr>
        <w:t xml:space="preserve"> </w:t>
      </w:r>
      <w:r w:rsidR="00362E4C">
        <w:rPr>
          <w:rFonts w:eastAsia="Helvetica Neue" w:cs="Helvetica Neue"/>
          <w:color w:val="1F2933"/>
        </w:rPr>
        <w:t xml:space="preserve">postulate is, “then the two triangles are congruent” and the figure port means just that, that you have shown two figures to be congruent. </w:t>
      </w:r>
    </w:p>
    <w:p w14:paraId="64F288CF" w14:textId="47775DD1" w:rsidR="003E4598" w:rsidRPr="003E4598" w:rsidRDefault="003E4598" w:rsidP="000E3902">
      <w:pPr>
        <w:keepNext/>
        <w:spacing w:before="240" w:after="160"/>
        <w:rPr>
          <w:rFonts w:eastAsia="Helvetica Neue" w:cs="Helvetica Neue"/>
          <w:b/>
          <w:bCs/>
          <w:color w:val="1F2933"/>
          <w:sz w:val="26"/>
          <w:szCs w:val="26"/>
        </w:rPr>
      </w:pPr>
      <w:r w:rsidRPr="003E4598">
        <w:rPr>
          <w:rFonts w:ascii="Calibri" w:eastAsia="Calibri" w:hAnsi="Calibri" w:cs="Calibri"/>
          <w:b/>
          <w:bCs/>
          <w:color w:val="2E5B9C"/>
          <w:sz w:val="26"/>
          <w:szCs w:val="26"/>
        </w:rPr>
        <w:t>Port types, shapes, and colors</w:t>
      </w:r>
      <w:bookmarkStart w:id="5" w:name="Portcolors"/>
      <w:bookmarkEnd w:id="5"/>
    </w:p>
    <w:tbl>
      <w:tblPr>
        <w:tblW w:w="532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03"/>
        <w:gridCol w:w="2312"/>
        <w:gridCol w:w="2610"/>
        <w:gridCol w:w="3330"/>
      </w:tblGrid>
      <w:tr w:rsidR="003E4598" w14:paraId="7F6D4A9D" w14:textId="77777777" w:rsidTr="00B458DC">
        <w:trPr>
          <w:trHeight w:val="216"/>
        </w:trPr>
        <w:tc>
          <w:tcPr>
            <w:tcW w:w="2003" w:type="dxa"/>
            <w:shd w:val="clear" w:color="auto" w:fill="548DD4" w:themeFill="text2" w:themeFillTint="99"/>
          </w:tcPr>
          <w:p w14:paraId="345F9BA1" w14:textId="349474A1" w:rsidR="003E4598" w:rsidRDefault="003E4598" w:rsidP="003E4598">
            <w:pPr>
              <w:jc w:val="center"/>
              <w:rPr>
                <w:rFonts w:ascii="Calibri" w:eastAsia="Calibri" w:hAnsi="Calibri" w:cs="Calibri"/>
                <w:b/>
                <w:bCs/>
                <w:color w:val="FFFFFF"/>
                <w:sz w:val="18"/>
                <w:szCs w:val="18"/>
              </w:rPr>
            </w:pPr>
            <w:r w:rsidRPr="003E4598">
              <w:rPr>
                <w:rFonts w:ascii="Calibri" w:eastAsia="Calibri" w:hAnsi="Calibri" w:cs="Calibri"/>
                <w:b/>
                <w:bCs/>
                <w:color w:val="FFFFFF"/>
                <w:sz w:val="20"/>
                <w:szCs w:val="20"/>
              </w:rPr>
              <w:t>Port shape and color</w:t>
            </w:r>
          </w:p>
        </w:tc>
        <w:tc>
          <w:tcPr>
            <w:tcW w:w="2312" w:type="dxa"/>
            <w:shd w:val="clear" w:color="auto" w:fill="548DD4" w:themeFill="text2" w:themeFillTint="99"/>
            <w:tcMar>
              <w:top w:w="60" w:type="dxa"/>
              <w:left w:w="80" w:type="dxa"/>
              <w:bottom w:w="60" w:type="dxa"/>
              <w:right w:w="80" w:type="dxa"/>
            </w:tcMar>
          </w:tcPr>
          <w:p w14:paraId="5A841B8F" w14:textId="4CC3186A" w:rsidR="003E4598" w:rsidRDefault="003E4598" w:rsidP="003E4598">
            <w:pPr>
              <w:jc w:val="center"/>
            </w:pPr>
            <w:r>
              <w:rPr>
                <w:rFonts w:ascii="Calibri" w:eastAsia="Calibri" w:hAnsi="Calibri" w:cs="Calibri"/>
                <w:b/>
                <w:bCs/>
                <w:color w:val="FFFFFF"/>
                <w:sz w:val="18"/>
                <w:szCs w:val="18"/>
              </w:rPr>
              <w:t>Type</w:t>
            </w:r>
          </w:p>
        </w:tc>
        <w:tc>
          <w:tcPr>
            <w:tcW w:w="2610" w:type="dxa"/>
            <w:shd w:val="clear" w:color="auto" w:fill="548DD4" w:themeFill="text2" w:themeFillTint="99"/>
            <w:tcMar>
              <w:top w:w="60" w:type="dxa"/>
              <w:left w:w="80" w:type="dxa"/>
              <w:bottom w:w="60" w:type="dxa"/>
              <w:right w:w="80" w:type="dxa"/>
            </w:tcMar>
          </w:tcPr>
          <w:p w14:paraId="192214D8" w14:textId="2802EE39" w:rsidR="003E4598" w:rsidRDefault="003E4598" w:rsidP="003E4598">
            <w:pPr>
              <w:jc w:val="center"/>
            </w:pPr>
            <w:r>
              <w:rPr>
                <w:rFonts w:ascii="Calibri" w:eastAsia="Calibri" w:hAnsi="Calibri" w:cs="Calibri"/>
                <w:b/>
                <w:bCs/>
                <w:color w:val="FFFFFF"/>
                <w:sz w:val="18"/>
                <w:szCs w:val="18"/>
              </w:rPr>
              <w:t>Typical meaning</w:t>
            </w:r>
          </w:p>
        </w:tc>
        <w:tc>
          <w:tcPr>
            <w:tcW w:w="3330" w:type="dxa"/>
            <w:shd w:val="clear" w:color="auto" w:fill="548DD4" w:themeFill="text2" w:themeFillTint="99"/>
            <w:tcMar>
              <w:top w:w="60" w:type="dxa"/>
              <w:left w:w="80" w:type="dxa"/>
              <w:bottom w:w="60" w:type="dxa"/>
              <w:right w:w="80" w:type="dxa"/>
            </w:tcMar>
          </w:tcPr>
          <w:p w14:paraId="4B866F6B" w14:textId="77777777" w:rsidR="003E4598" w:rsidRDefault="003E4598" w:rsidP="003E4598">
            <w:pPr>
              <w:jc w:val="center"/>
            </w:pPr>
            <w:r>
              <w:rPr>
                <w:rFonts w:ascii="Calibri" w:eastAsia="Calibri" w:hAnsi="Calibri" w:cs="Calibri"/>
                <w:b/>
                <w:bCs/>
                <w:color w:val="FFFFFF"/>
                <w:sz w:val="18"/>
                <w:szCs w:val="18"/>
              </w:rPr>
              <w:t>When you see it</w:t>
            </w:r>
          </w:p>
        </w:tc>
      </w:tr>
      <w:tr w:rsidR="003E4598" w14:paraId="626A841F" w14:textId="77777777" w:rsidTr="00B458DC">
        <w:trPr>
          <w:trHeight w:hRule="exact" w:val="648"/>
        </w:trPr>
        <w:tc>
          <w:tcPr>
            <w:tcW w:w="2003" w:type="dxa"/>
            <w:vMerge w:val="restart"/>
            <w:shd w:val="clear" w:color="auto" w:fill="F8FAFC"/>
          </w:tcPr>
          <w:p w14:paraId="3430AA3A" w14:textId="77777777" w:rsidR="005F48CB" w:rsidRPr="005F48CB" w:rsidRDefault="005F48CB" w:rsidP="005F48CB">
            <w:pPr>
              <w:spacing w:after="0" w:line="240" w:lineRule="auto"/>
              <w:jc w:val="center"/>
              <w:rPr>
                <w:rFonts w:ascii="Calibri" w:eastAsia="Calibri" w:hAnsi="Calibri" w:cs="Calibri"/>
                <w:color w:val="1F2933"/>
                <w:sz w:val="6"/>
                <w:szCs w:val="6"/>
              </w:rPr>
            </w:pPr>
          </w:p>
          <w:p w14:paraId="49BD1FE2" w14:textId="427F9980" w:rsidR="003E4598" w:rsidRDefault="003E4598" w:rsidP="003E4598">
            <w:pPr>
              <w:jc w:val="center"/>
              <w:rPr>
                <w:rFonts w:ascii="Calibri" w:eastAsia="Calibri" w:hAnsi="Calibri" w:cs="Calibri"/>
                <w:color w:val="1F2933"/>
                <w:sz w:val="18"/>
                <w:szCs w:val="18"/>
              </w:rPr>
            </w:pPr>
            <w:r>
              <w:rPr>
                <w:noProof/>
              </w:rPr>
              <w:drawing>
                <wp:inline distT="0" distB="0" distL="0" distR="0" wp14:anchorId="70C1E175" wp14:editId="4D01AB39">
                  <wp:extent cx="854330" cy="2946847"/>
                  <wp:effectExtent l="0" t="0" r="0" b="0"/>
                  <wp:docPr id="600331022" name="07-connector-types-legend.png" descr="Figure A2. Connector types, plug shapes, and stroke colors used in Proof mode." title="Figure A2. Connector types, plug shapes, and stroke colors used in Proof mo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rotWithShape="1">
                          <a:blip r:embed="rId71"/>
                          <a:srcRect l="2743" t="17872" r="83680" b="10956"/>
                          <a:stretch>
                            <a:fillRect/>
                          </a:stretch>
                        </pic:blipFill>
                        <pic:spPr bwMode="auto">
                          <a:xfrm>
                            <a:off x="0" y="0"/>
                            <a:ext cx="874608" cy="3016792"/>
                          </a:xfrm>
                          <a:prstGeom prst="rect">
                            <a:avLst/>
                          </a:prstGeom>
                          <a:ln>
                            <a:noFill/>
                          </a:ln>
                          <a:extLst>
                            <a:ext uri="{53640926-AAD7-44D8-BBD7-CCE9431645EC}">
                              <a14:shadowObscured xmlns:a14="http://schemas.microsoft.com/office/drawing/2010/main"/>
                            </a:ext>
                          </a:extLst>
                        </pic:spPr>
                      </pic:pic>
                    </a:graphicData>
                  </a:graphic>
                </wp:inline>
              </w:drawing>
            </w:r>
          </w:p>
        </w:tc>
        <w:tc>
          <w:tcPr>
            <w:tcW w:w="2312" w:type="dxa"/>
            <w:shd w:val="clear" w:color="auto" w:fill="F8FAFC"/>
            <w:tcMar>
              <w:top w:w="50" w:type="dxa"/>
              <w:left w:w="80" w:type="dxa"/>
              <w:bottom w:w="50" w:type="dxa"/>
              <w:right w:w="80" w:type="dxa"/>
            </w:tcMar>
            <w:vAlign w:val="center"/>
          </w:tcPr>
          <w:p w14:paraId="1ED454B6" w14:textId="52E22BF4" w:rsidR="003E4598" w:rsidRPr="00B629F1" w:rsidRDefault="003E4598" w:rsidP="00B629F1">
            <w:pPr>
              <w:rPr>
                <w:b/>
                <w:bCs/>
              </w:rPr>
            </w:pPr>
            <w:r w:rsidRPr="00B629F1">
              <w:rPr>
                <w:rFonts w:ascii="Calibri" w:eastAsia="Calibri" w:hAnsi="Calibri" w:cs="Calibri"/>
                <w:b/>
                <w:bCs/>
                <w:color w:val="1F2933"/>
                <w:sz w:val="18"/>
                <w:szCs w:val="18"/>
              </w:rPr>
              <w:t>Point</w:t>
            </w:r>
          </w:p>
        </w:tc>
        <w:tc>
          <w:tcPr>
            <w:tcW w:w="2610" w:type="dxa"/>
            <w:shd w:val="clear" w:color="auto" w:fill="F8FAFC"/>
            <w:tcMar>
              <w:top w:w="50" w:type="dxa"/>
              <w:left w:w="80" w:type="dxa"/>
              <w:bottom w:w="50" w:type="dxa"/>
              <w:right w:w="80" w:type="dxa"/>
            </w:tcMar>
          </w:tcPr>
          <w:p w14:paraId="52C27E57" w14:textId="77777777" w:rsidR="003E4598" w:rsidRDefault="003E4598" w:rsidP="004D19EC">
            <w:r>
              <w:rPr>
                <w:rFonts w:ascii="Calibri" w:eastAsia="Calibri" w:hAnsi="Calibri" w:cs="Calibri"/>
                <w:color w:val="1F2933"/>
                <w:sz w:val="18"/>
                <w:szCs w:val="18"/>
              </w:rPr>
              <w:t>A named point</w:t>
            </w:r>
          </w:p>
        </w:tc>
        <w:tc>
          <w:tcPr>
            <w:tcW w:w="3330" w:type="dxa"/>
            <w:shd w:val="clear" w:color="auto" w:fill="F8FAFC"/>
            <w:tcMar>
              <w:top w:w="50" w:type="dxa"/>
              <w:left w:w="80" w:type="dxa"/>
              <w:bottom w:w="50" w:type="dxa"/>
              <w:right w:w="80" w:type="dxa"/>
            </w:tcMar>
          </w:tcPr>
          <w:p w14:paraId="0A75C09A" w14:textId="03C44C53" w:rsidR="003E4598" w:rsidRDefault="003E4598" w:rsidP="004D19EC">
            <w:r>
              <w:rPr>
                <w:rFonts w:ascii="Calibri" w:eastAsia="Calibri" w:hAnsi="Calibri" w:cs="Calibri"/>
                <w:color w:val="1F2933"/>
                <w:sz w:val="18"/>
                <w:szCs w:val="18"/>
              </w:rPr>
              <w:t>Constructions that need a point (“through point P”)</w:t>
            </w:r>
            <w:r w:rsidR="00B629F1">
              <w:rPr>
                <w:rFonts w:ascii="Calibri" w:eastAsia="Calibri" w:hAnsi="Calibri" w:cs="Calibri"/>
                <w:color w:val="1F2933"/>
                <w:sz w:val="18"/>
                <w:szCs w:val="18"/>
              </w:rPr>
              <w:t>, midpoints, points of intersection.</w:t>
            </w:r>
          </w:p>
        </w:tc>
      </w:tr>
      <w:tr w:rsidR="003E4598" w14:paraId="75A44DA2" w14:textId="77777777" w:rsidTr="00B458DC">
        <w:trPr>
          <w:trHeight w:hRule="exact" w:val="648"/>
        </w:trPr>
        <w:tc>
          <w:tcPr>
            <w:tcW w:w="2003" w:type="dxa"/>
            <w:vMerge/>
            <w:shd w:val="clear" w:color="auto" w:fill="FFFFFF"/>
          </w:tcPr>
          <w:p w14:paraId="11437AC2" w14:textId="77777777" w:rsidR="003E4598" w:rsidRDefault="003E4598" w:rsidP="004D19EC">
            <w:pPr>
              <w:rPr>
                <w:rFonts w:ascii="Calibri" w:eastAsia="Calibri" w:hAnsi="Calibri" w:cs="Calibri"/>
                <w:color w:val="1F2933"/>
                <w:sz w:val="18"/>
                <w:szCs w:val="18"/>
              </w:rPr>
            </w:pPr>
          </w:p>
        </w:tc>
        <w:tc>
          <w:tcPr>
            <w:tcW w:w="2312" w:type="dxa"/>
            <w:shd w:val="clear" w:color="auto" w:fill="FFFFFF"/>
            <w:tcMar>
              <w:top w:w="50" w:type="dxa"/>
              <w:left w:w="80" w:type="dxa"/>
              <w:bottom w:w="50" w:type="dxa"/>
              <w:right w:w="80" w:type="dxa"/>
            </w:tcMar>
            <w:vAlign w:val="center"/>
          </w:tcPr>
          <w:p w14:paraId="2B5B9199" w14:textId="777CFEAF" w:rsidR="003E4598" w:rsidRPr="00B629F1" w:rsidRDefault="003E4598" w:rsidP="00B629F1">
            <w:pPr>
              <w:rPr>
                <w:b/>
                <w:bCs/>
              </w:rPr>
            </w:pPr>
            <w:r w:rsidRPr="00B629F1">
              <w:rPr>
                <w:rFonts w:ascii="Calibri" w:eastAsia="Calibri" w:hAnsi="Calibri" w:cs="Calibri"/>
                <w:b/>
                <w:bCs/>
                <w:color w:val="1F2933"/>
                <w:sz w:val="18"/>
                <w:szCs w:val="18"/>
              </w:rPr>
              <w:t>Segment / line / ray</w:t>
            </w:r>
          </w:p>
        </w:tc>
        <w:tc>
          <w:tcPr>
            <w:tcW w:w="2610" w:type="dxa"/>
            <w:shd w:val="clear" w:color="auto" w:fill="FFFFFF"/>
            <w:tcMar>
              <w:top w:w="50" w:type="dxa"/>
              <w:left w:w="80" w:type="dxa"/>
              <w:bottom w:w="50" w:type="dxa"/>
              <w:right w:w="80" w:type="dxa"/>
            </w:tcMar>
          </w:tcPr>
          <w:p w14:paraId="72ED697B" w14:textId="09885E00" w:rsidR="003E4598" w:rsidRDefault="00B629F1" w:rsidP="004D19EC">
            <w:r>
              <w:rPr>
                <w:rFonts w:ascii="Calibri" w:eastAsia="Calibri" w:hAnsi="Calibri" w:cs="Calibri"/>
                <w:color w:val="1F2933"/>
                <w:sz w:val="18"/>
                <w:szCs w:val="18"/>
              </w:rPr>
              <w:t>C</w:t>
            </w:r>
            <w:r w:rsidR="003E4598">
              <w:rPr>
                <w:rFonts w:ascii="Calibri" w:eastAsia="Calibri" w:hAnsi="Calibri" w:cs="Calibri"/>
                <w:color w:val="1F2933"/>
                <w:sz w:val="18"/>
                <w:szCs w:val="18"/>
              </w:rPr>
              <w:t xml:space="preserve">ongruence of </w:t>
            </w:r>
            <w:r>
              <w:rPr>
                <w:rFonts w:ascii="Calibri" w:eastAsia="Calibri" w:hAnsi="Calibri" w:cs="Calibri"/>
                <w:color w:val="1F2933"/>
                <w:sz w:val="18"/>
                <w:szCs w:val="18"/>
              </w:rPr>
              <w:t>two segments</w:t>
            </w:r>
          </w:p>
        </w:tc>
        <w:tc>
          <w:tcPr>
            <w:tcW w:w="3330" w:type="dxa"/>
            <w:shd w:val="clear" w:color="auto" w:fill="FFFFFF"/>
            <w:tcMar>
              <w:top w:w="50" w:type="dxa"/>
              <w:left w:w="80" w:type="dxa"/>
              <w:bottom w:w="50" w:type="dxa"/>
              <w:right w:w="80" w:type="dxa"/>
            </w:tcMar>
          </w:tcPr>
          <w:p w14:paraId="18F477CA" w14:textId="11BF82F1" w:rsidR="003E4598" w:rsidRDefault="003E4598" w:rsidP="004D19EC">
            <w:r>
              <w:rPr>
                <w:rFonts w:ascii="Calibri" w:eastAsia="Calibri" w:hAnsi="Calibri" w:cs="Calibri"/>
                <w:color w:val="1F2933"/>
                <w:sz w:val="18"/>
                <w:szCs w:val="18"/>
              </w:rPr>
              <w:t xml:space="preserve">AB </w:t>
            </w:r>
            <w:r>
              <w:rPr>
                <w:rFonts w:ascii="Cambria Math" w:eastAsia="Calibri" w:hAnsi="Cambria Math" w:cs="Cambria Math"/>
                <w:color w:val="1F2933"/>
                <w:sz w:val="18"/>
                <w:szCs w:val="18"/>
              </w:rPr>
              <w:t>≅</w:t>
            </w:r>
            <w:r>
              <w:rPr>
                <w:rFonts w:ascii="Calibri" w:eastAsia="Calibri" w:hAnsi="Calibri" w:cs="Calibri"/>
                <w:color w:val="1F2933"/>
                <w:sz w:val="18"/>
                <w:szCs w:val="18"/>
              </w:rPr>
              <w:t xml:space="preserve"> CD, </w:t>
            </w:r>
            <w:r w:rsidR="00A901F7">
              <w:rPr>
                <w:rFonts w:ascii="Calibri" w:eastAsia="Calibri" w:hAnsi="Calibri" w:cs="Calibri"/>
                <w:color w:val="1F2933"/>
                <w:sz w:val="18"/>
                <w:szCs w:val="18"/>
              </w:rPr>
              <w:t>construction of a line.</w:t>
            </w:r>
          </w:p>
        </w:tc>
      </w:tr>
      <w:tr w:rsidR="003E4598" w14:paraId="2DE1903E" w14:textId="77777777" w:rsidTr="00B458DC">
        <w:trPr>
          <w:trHeight w:hRule="exact" w:val="648"/>
        </w:trPr>
        <w:tc>
          <w:tcPr>
            <w:tcW w:w="2003" w:type="dxa"/>
            <w:vMerge/>
            <w:shd w:val="clear" w:color="auto" w:fill="F8FAFC"/>
          </w:tcPr>
          <w:p w14:paraId="15351473" w14:textId="77777777" w:rsidR="003E4598" w:rsidRDefault="003E4598" w:rsidP="004D19EC">
            <w:pPr>
              <w:rPr>
                <w:rFonts w:ascii="Calibri" w:eastAsia="Calibri" w:hAnsi="Calibri" w:cs="Calibri"/>
                <w:color w:val="1F2933"/>
                <w:sz w:val="18"/>
                <w:szCs w:val="18"/>
              </w:rPr>
            </w:pPr>
          </w:p>
        </w:tc>
        <w:tc>
          <w:tcPr>
            <w:tcW w:w="2312" w:type="dxa"/>
            <w:shd w:val="clear" w:color="auto" w:fill="F8FAFC"/>
            <w:tcMar>
              <w:top w:w="50" w:type="dxa"/>
              <w:left w:w="80" w:type="dxa"/>
              <w:bottom w:w="50" w:type="dxa"/>
              <w:right w:w="80" w:type="dxa"/>
            </w:tcMar>
            <w:vAlign w:val="center"/>
          </w:tcPr>
          <w:p w14:paraId="3B43241B" w14:textId="64C92FA1" w:rsidR="003E4598" w:rsidRPr="00B629F1" w:rsidRDefault="003E4598" w:rsidP="00B629F1">
            <w:pPr>
              <w:rPr>
                <w:b/>
                <w:bCs/>
              </w:rPr>
            </w:pPr>
            <w:r w:rsidRPr="00B629F1">
              <w:rPr>
                <w:rFonts w:ascii="Calibri" w:eastAsia="Calibri" w:hAnsi="Calibri" w:cs="Calibri"/>
                <w:b/>
                <w:bCs/>
                <w:color w:val="1F2933"/>
                <w:sz w:val="18"/>
                <w:szCs w:val="18"/>
              </w:rPr>
              <w:t>Angle</w:t>
            </w:r>
          </w:p>
        </w:tc>
        <w:tc>
          <w:tcPr>
            <w:tcW w:w="2610" w:type="dxa"/>
            <w:shd w:val="clear" w:color="auto" w:fill="F8FAFC"/>
            <w:tcMar>
              <w:top w:w="50" w:type="dxa"/>
              <w:left w:w="80" w:type="dxa"/>
              <w:bottom w:w="50" w:type="dxa"/>
              <w:right w:w="80" w:type="dxa"/>
            </w:tcMar>
          </w:tcPr>
          <w:p w14:paraId="19CCFB00" w14:textId="39AF1B6F" w:rsidR="003E4598" w:rsidRDefault="00A901F7" w:rsidP="004D19EC">
            <w:r>
              <w:rPr>
                <w:rFonts w:ascii="Calibri" w:eastAsia="Calibri" w:hAnsi="Calibri" w:cs="Calibri"/>
                <w:color w:val="1F2933"/>
                <w:sz w:val="18"/>
                <w:szCs w:val="18"/>
              </w:rPr>
              <w:t>C</w:t>
            </w:r>
            <w:r w:rsidR="003E4598">
              <w:rPr>
                <w:rFonts w:ascii="Calibri" w:eastAsia="Calibri" w:hAnsi="Calibri" w:cs="Calibri"/>
                <w:color w:val="1F2933"/>
                <w:sz w:val="18"/>
                <w:szCs w:val="18"/>
              </w:rPr>
              <w:t>ongruence</w:t>
            </w:r>
            <w:r>
              <w:rPr>
                <w:rFonts w:ascii="Calibri" w:eastAsia="Calibri" w:hAnsi="Calibri" w:cs="Calibri"/>
                <w:color w:val="1F2933"/>
                <w:sz w:val="18"/>
                <w:szCs w:val="18"/>
              </w:rPr>
              <w:t xml:space="preserve"> of two angles</w:t>
            </w:r>
            <w:r w:rsidR="00B458DC">
              <w:rPr>
                <w:rFonts w:ascii="Calibri" w:eastAsia="Calibri" w:hAnsi="Calibri" w:cs="Calibri"/>
                <w:color w:val="1F2933"/>
                <w:sz w:val="18"/>
                <w:szCs w:val="18"/>
              </w:rPr>
              <w:t xml:space="preserve"> or</w:t>
            </w:r>
            <w:r>
              <w:rPr>
                <w:rFonts w:ascii="Calibri" w:eastAsia="Calibri" w:hAnsi="Calibri" w:cs="Calibri"/>
                <w:color w:val="1F2933"/>
                <w:sz w:val="18"/>
                <w:szCs w:val="18"/>
              </w:rPr>
              <w:t xml:space="preserve"> a claim about a single angle</w:t>
            </w:r>
          </w:p>
        </w:tc>
        <w:tc>
          <w:tcPr>
            <w:tcW w:w="3330" w:type="dxa"/>
            <w:shd w:val="clear" w:color="auto" w:fill="F8FAFC"/>
            <w:tcMar>
              <w:top w:w="50" w:type="dxa"/>
              <w:left w:w="80" w:type="dxa"/>
              <w:bottom w:w="50" w:type="dxa"/>
              <w:right w:w="80" w:type="dxa"/>
            </w:tcMar>
          </w:tcPr>
          <w:p w14:paraId="67C5E4A6" w14:textId="1DA405CF" w:rsidR="003E4598" w:rsidRDefault="003E4598" w:rsidP="004D19EC">
            <w:r>
              <w:rPr>
                <w:rFonts w:ascii="Cambria Math" w:eastAsia="Calibri" w:hAnsi="Cambria Math" w:cs="Cambria Math"/>
                <w:color w:val="1F2933"/>
                <w:sz w:val="18"/>
                <w:szCs w:val="18"/>
              </w:rPr>
              <w:t>∠</w:t>
            </w:r>
            <w:r>
              <w:rPr>
                <w:rFonts w:ascii="Calibri" w:eastAsia="Calibri" w:hAnsi="Calibri" w:cs="Calibri"/>
                <w:color w:val="1F2933"/>
                <w:sz w:val="18"/>
                <w:szCs w:val="18"/>
              </w:rPr>
              <w:t xml:space="preserve">ABC </w:t>
            </w:r>
            <w:r>
              <w:rPr>
                <w:rFonts w:ascii="Cambria Math" w:eastAsia="Calibri" w:hAnsi="Cambria Math" w:cs="Cambria Math"/>
                <w:color w:val="1F2933"/>
                <w:sz w:val="18"/>
                <w:szCs w:val="18"/>
              </w:rPr>
              <w:t>≅</w:t>
            </w:r>
            <w:r>
              <w:rPr>
                <w:rFonts w:ascii="Calibri" w:eastAsia="Calibri" w:hAnsi="Calibri" w:cs="Calibri"/>
                <w:color w:val="1F2933"/>
                <w:sz w:val="18"/>
                <w:szCs w:val="18"/>
              </w:rPr>
              <w:t xml:space="preserve"> </w:t>
            </w:r>
            <w:r>
              <w:rPr>
                <w:rFonts w:ascii="Cambria Math" w:eastAsia="Calibri" w:hAnsi="Cambria Math" w:cs="Cambria Math"/>
                <w:color w:val="1F2933"/>
                <w:sz w:val="18"/>
                <w:szCs w:val="18"/>
              </w:rPr>
              <w:t>∠</w:t>
            </w:r>
            <w:r>
              <w:rPr>
                <w:rFonts w:ascii="Calibri" w:eastAsia="Calibri" w:hAnsi="Calibri" w:cs="Calibri"/>
                <w:color w:val="1F2933"/>
                <w:sz w:val="18"/>
                <w:szCs w:val="18"/>
              </w:rPr>
              <w:t xml:space="preserve">DEF; </w:t>
            </w:r>
            <w:r>
              <w:rPr>
                <w:rFonts w:ascii="Cambria Math" w:eastAsia="Calibri" w:hAnsi="Cambria Math" w:cs="Cambria Math"/>
                <w:color w:val="1F2933"/>
                <w:sz w:val="18"/>
                <w:szCs w:val="18"/>
              </w:rPr>
              <w:t>∠</w:t>
            </w:r>
            <w:r>
              <w:rPr>
                <w:rFonts w:ascii="Calibri" w:eastAsia="Calibri" w:hAnsi="Calibri" w:cs="Calibri"/>
                <w:color w:val="1F2933"/>
                <w:sz w:val="18"/>
                <w:szCs w:val="18"/>
              </w:rPr>
              <w:t xml:space="preserve">BAC </w:t>
            </w:r>
            <w:r w:rsidR="00A901F7">
              <w:rPr>
                <w:rFonts w:ascii="Calibri" w:eastAsia="Calibri" w:hAnsi="Calibri" w:cs="Calibri"/>
                <w:color w:val="1F2933"/>
                <w:sz w:val="18"/>
                <w:szCs w:val="18"/>
              </w:rPr>
              <w:t>= 90°.</w:t>
            </w:r>
          </w:p>
        </w:tc>
      </w:tr>
      <w:tr w:rsidR="003E4598" w14:paraId="5E61CC3C" w14:textId="77777777" w:rsidTr="00B458DC">
        <w:trPr>
          <w:trHeight w:hRule="exact" w:val="648"/>
        </w:trPr>
        <w:tc>
          <w:tcPr>
            <w:tcW w:w="2003" w:type="dxa"/>
            <w:vMerge/>
            <w:shd w:val="clear" w:color="auto" w:fill="FFFFFF"/>
          </w:tcPr>
          <w:p w14:paraId="29205371" w14:textId="77777777" w:rsidR="003E4598" w:rsidRDefault="003E4598" w:rsidP="004D19EC">
            <w:pPr>
              <w:rPr>
                <w:rFonts w:ascii="Calibri" w:eastAsia="Calibri" w:hAnsi="Calibri" w:cs="Calibri"/>
                <w:color w:val="1F2933"/>
                <w:sz w:val="18"/>
                <w:szCs w:val="18"/>
              </w:rPr>
            </w:pPr>
          </w:p>
        </w:tc>
        <w:tc>
          <w:tcPr>
            <w:tcW w:w="2312" w:type="dxa"/>
            <w:shd w:val="clear" w:color="auto" w:fill="FFFFFF"/>
            <w:tcMar>
              <w:top w:w="50" w:type="dxa"/>
              <w:left w:w="80" w:type="dxa"/>
              <w:bottom w:w="50" w:type="dxa"/>
              <w:right w:w="80" w:type="dxa"/>
            </w:tcMar>
            <w:vAlign w:val="center"/>
          </w:tcPr>
          <w:p w14:paraId="41676F7E" w14:textId="305E34E7" w:rsidR="003E4598" w:rsidRPr="00B629F1" w:rsidRDefault="003E4598" w:rsidP="00B629F1">
            <w:pPr>
              <w:rPr>
                <w:b/>
                <w:bCs/>
              </w:rPr>
            </w:pPr>
            <w:r w:rsidRPr="00B629F1">
              <w:rPr>
                <w:rFonts w:ascii="Calibri" w:eastAsia="Calibri" w:hAnsi="Calibri" w:cs="Calibri"/>
                <w:b/>
                <w:bCs/>
                <w:color w:val="1F2933"/>
                <w:sz w:val="18"/>
                <w:szCs w:val="18"/>
              </w:rPr>
              <w:t>Parallel</w:t>
            </w:r>
          </w:p>
        </w:tc>
        <w:tc>
          <w:tcPr>
            <w:tcW w:w="2610" w:type="dxa"/>
            <w:shd w:val="clear" w:color="auto" w:fill="FFFFFF"/>
            <w:tcMar>
              <w:top w:w="50" w:type="dxa"/>
              <w:left w:w="80" w:type="dxa"/>
              <w:bottom w:w="50" w:type="dxa"/>
              <w:right w:w="80" w:type="dxa"/>
            </w:tcMar>
          </w:tcPr>
          <w:p w14:paraId="382D0DDD" w14:textId="32B4C807" w:rsidR="003E4598" w:rsidRDefault="00A901F7" w:rsidP="004D19EC">
            <w:r>
              <w:rPr>
                <w:rFonts w:ascii="Calibri" w:eastAsia="Calibri" w:hAnsi="Calibri" w:cs="Calibri"/>
                <w:color w:val="1F2933"/>
                <w:sz w:val="18"/>
                <w:szCs w:val="18"/>
              </w:rPr>
              <w:t>A parallel lines relationship</w:t>
            </w:r>
          </w:p>
        </w:tc>
        <w:tc>
          <w:tcPr>
            <w:tcW w:w="3330" w:type="dxa"/>
            <w:shd w:val="clear" w:color="auto" w:fill="FFFFFF"/>
            <w:tcMar>
              <w:top w:w="50" w:type="dxa"/>
              <w:left w:w="80" w:type="dxa"/>
              <w:bottom w:w="50" w:type="dxa"/>
              <w:right w:w="80" w:type="dxa"/>
            </w:tcMar>
          </w:tcPr>
          <w:p w14:paraId="3379B000" w14:textId="34A557EE" w:rsidR="003E4598" w:rsidRDefault="00776DCD" w:rsidP="004D19EC">
            <w:r w:rsidRPr="00776DCD">
              <w:rPr>
                <w:rFonts w:ascii="Calibri" w:eastAsia="Calibri" w:hAnsi="Calibri" w:cs="Calibri"/>
                <w:noProof/>
                <w:color w:val="1F2933"/>
                <w:sz w:val="18"/>
                <w:szCs w:val="18"/>
              </w:rPr>
              <w:drawing>
                <wp:inline distT="0" distB="0" distL="0" distR="0" wp14:anchorId="462B0E4B" wp14:editId="00F5DDCA">
                  <wp:extent cx="452702" cy="160187"/>
                  <wp:effectExtent l="0" t="0" r="5080" b="5080"/>
                  <wp:docPr id="2579135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913559" name=""/>
                          <pic:cNvPicPr/>
                        </pic:nvPicPr>
                        <pic:blipFill>
                          <a:blip r:embed="rId72"/>
                          <a:stretch>
                            <a:fillRect/>
                          </a:stretch>
                        </pic:blipFill>
                        <pic:spPr>
                          <a:xfrm>
                            <a:off x="0" y="0"/>
                            <a:ext cx="472487" cy="167188"/>
                          </a:xfrm>
                          <a:prstGeom prst="rect">
                            <a:avLst/>
                          </a:prstGeom>
                        </pic:spPr>
                      </pic:pic>
                    </a:graphicData>
                  </a:graphic>
                </wp:inline>
              </w:drawing>
            </w:r>
          </w:p>
        </w:tc>
      </w:tr>
      <w:tr w:rsidR="003E4598" w14:paraId="28DA8409" w14:textId="77777777" w:rsidTr="00B458DC">
        <w:trPr>
          <w:trHeight w:hRule="exact" w:val="648"/>
        </w:trPr>
        <w:tc>
          <w:tcPr>
            <w:tcW w:w="2003" w:type="dxa"/>
            <w:vMerge/>
            <w:shd w:val="clear" w:color="auto" w:fill="F8FAFC"/>
          </w:tcPr>
          <w:p w14:paraId="7330E854" w14:textId="77777777" w:rsidR="003E4598" w:rsidRDefault="003E4598" w:rsidP="004D19EC">
            <w:pPr>
              <w:rPr>
                <w:rFonts w:ascii="Calibri" w:eastAsia="Calibri" w:hAnsi="Calibri" w:cs="Calibri"/>
                <w:color w:val="1F2933"/>
                <w:sz w:val="18"/>
                <w:szCs w:val="18"/>
              </w:rPr>
            </w:pPr>
          </w:p>
        </w:tc>
        <w:tc>
          <w:tcPr>
            <w:tcW w:w="2312" w:type="dxa"/>
            <w:shd w:val="clear" w:color="auto" w:fill="F8FAFC"/>
            <w:tcMar>
              <w:top w:w="50" w:type="dxa"/>
              <w:left w:w="80" w:type="dxa"/>
              <w:bottom w:w="50" w:type="dxa"/>
              <w:right w:w="80" w:type="dxa"/>
            </w:tcMar>
            <w:vAlign w:val="center"/>
          </w:tcPr>
          <w:p w14:paraId="68E50AA3" w14:textId="582DE181" w:rsidR="003E4598" w:rsidRPr="00B629F1" w:rsidRDefault="003E4598" w:rsidP="00B629F1">
            <w:pPr>
              <w:rPr>
                <w:b/>
                <w:bCs/>
              </w:rPr>
            </w:pPr>
            <w:r w:rsidRPr="00B629F1">
              <w:rPr>
                <w:rFonts w:ascii="Calibri" w:eastAsia="Calibri" w:hAnsi="Calibri" w:cs="Calibri"/>
                <w:b/>
                <w:bCs/>
                <w:color w:val="1F2933"/>
                <w:sz w:val="18"/>
                <w:szCs w:val="18"/>
              </w:rPr>
              <w:t>Perpendicular</w:t>
            </w:r>
          </w:p>
        </w:tc>
        <w:tc>
          <w:tcPr>
            <w:tcW w:w="2610" w:type="dxa"/>
            <w:shd w:val="clear" w:color="auto" w:fill="F8FAFC"/>
            <w:tcMar>
              <w:top w:w="50" w:type="dxa"/>
              <w:left w:w="80" w:type="dxa"/>
              <w:bottom w:w="50" w:type="dxa"/>
              <w:right w:w="80" w:type="dxa"/>
            </w:tcMar>
          </w:tcPr>
          <w:p w14:paraId="35D5FE2F" w14:textId="33A289D1" w:rsidR="003E4598" w:rsidRDefault="00A901F7" w:rsidP="004D19EC">
            <w:r>
              <w:rPr>
                <w:rFonts w:ascii="Calibri" w:eastAsia="Calibri" w:hAnsi="Calibri" w:cs="Calibri"/>
                <w:color w:val="1F2933"/>
                <w:sz w:val="18"/>
                <w:szCs w:val="18"/>
              </w:rPr>
              <w:t>A perpendicular lines relationship</w:t>
            </w:r>
          </w:p>
        </w:tc>
        <w:tc>
          <w:tcPr>
            <w:tcW w:w="3330" w:type="dxa"/>
            <w:shd w:val="clear" w:color="auto" w:fill="F8FAFC"/>
            <w:tcMar>
              <w:top w:w="50" w:type="dxa"/>
              <w:left w:w="80" w:type="dxa"/>
              <w:bottom w:w="50" w:type="dxa"/>
              <w:right w:w="80" w:type="dxa"/>
            </w:tcMar>
          </w:tcPr>
          <w:p w14:paraId="6D852B49" w14:textId="3747C185" w:rsidR="003E4598" w:rsidRDefault="00776DCD" w:rsidP="004D19EC">
            <w:r w:rsidRPr="00776DCD">
              <w:rPr>
                <w:rFonts w:ascii="Calibri" w:eastAsia="Calibri" w:hAnsi="Calibri" w:cs="Calibri"/>
                <w:noProof/>
                <w:color w:val="1F2933"/>
                <w:sz w:val="18"/>
                <w:szCs w:val="18"/>
              </w:rPr>
              <w:drawing>
                <wp:inline distT="0" distB="0" distL="0" distR="0" wp14:anchorId="1553ED4A" wp14:editId="37D4E1CD">
                  <wp:extent cx="467212" cy="148321"/>
                  <wp:effectExtent l="0" t="0" r="3175" b="4445"/>
                  <wp:docPr id="7785368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8536854" name=""/>
                          <pic:cNvPicPr/>
                        </pic:nvPicPr>
                        <pic:blipFill>
                          <a:blip r:embed="rId73"/>
                          <a:stretch>
                            <a:fillRect/>
                          </a:stretch>
                        </pic:blipFill>
                        <pic:spPr>
                          <a:xfrm>
                            <a:off x="0" y="0"/>
                            <a:ext cx="502750" cy="159603"/>
                          </a:xfrm>
                          <a:prstGeom prst="rect">
                            <a:avLst/>
                          </a:prstGeom>
                        </pic:spPr>
                      </pic:pic>
                    </a:graphicData>
                  </a:graphic>
                </wp:inline>
              </w:drawing>
            </w:r>
          </w:p>
        </w:tc>
      </w:tr>
      <w:tr w:rsidR="003E4598" w14:paraId="0F802660" w14:textId="77777777" w:rsidTr="00B458DC">
        <w:trPr>
          <w:trHeight w:hRule="exact" w:val="648"/>
        </w:trPr>
        <w:tc>
          <w:tcPr>
            <w:tcW w:w="2003" w:type="dxa"/>
            <w:vMerge/>
            <w:shd w:val="clear" w:color="auto" w:fill="FFFFFF"/>
          </w:tcPr>
          <w:p w14:paraId="622CE432" w14:textId="77777777" w:rsidR="003E4598" w:rsidRDefault="003E4598" w:rsidP="004D19EC">
            <w:pPr>
              <w:rPr>
                <w:rFonts w:ascii="Calibri" w:eastAsia="Calibri" w:hAnsi="Calibri" w:cs="Calibri"/>
                <w:color w:val="1F2933"/>
                <w:sz w:val="18"/>
                <w:szCs w:val="18"/>
              </w:rPr>
            </w:pPr>
          </w:p>
        </w:tc>
        <w:tc>
          <w:tcPr>
            <w:tcW w:w="2312" w:type="dxa"/>
            <w:shd w:val="clear" w:color="auto" w:fill="FFFFFF"/>
            <w:tcMar>
              <w:top w:w="50" w:type="dxa"/>
              <w:left w:w="80" w:type="dxa"/>
              <w:bottom w:w="50" w:type="dxa"/>
              <w:right w:w="80" w:type="dxa"/>
            </w:tcMar>
            <w:vAlign w:val="center"/>
          </w:tcPr>
          <w:p w14:paraId="62081220" w14:textId="364DCFE2" w:rsidR="003E4598" w:rsidRPr="00B629F1" w:rsidRDefault="003E4598" w:rsidP="00B629F1">
            <w:pPr>
              <w:rPr>
                <w:b/>
                <w:bCs/>
              </w:rPr>
            </w:pPr>
            <w:r w:rsidRPr="00B629F1">
              <w:rPr>
                <w:rFonts w:ascii="Calibri" w:eastAsia="Calibri" w:hAnsi="Calibri" w:cs="Calibri"/>
                <w:b/>
                <w:bCs/>
                <w:color w:val="1F2933"/>
                <w:sz w:val="18"/>
                <w:szCs w:val="18"/>
              </w:rPr>
              <w:t>Triangle / figure</w:t>
            </w:r>
          </w:p>
        </w:tc>
        <w:tc>
          <w:tcPr>
            <w:tcW w:w="2610" w:type="dxa"/>
            <w:shd w:val="clear" w:color="auto" w:fill="FFFFFF"/>
            <w:tcMar>
              <w:top w:w="50" w:type="dxa"/>
              <w:left w:w="80" w:type="dxa"/>
              <w:bottom w:w="50" w:type="dxa"/>
              <w:right w:w="80" w:type="dxa"/>
            </w:tcMar>
          </w:tcPr>
          <w:p w14:paraId="6AAC530D" w14:textId="25BE4371" w:rsidR="003E4598" w:rsidRDefault="003E4598" w:rsidP="004D19EC">
            <w:r>
              <w:rPr>
                <w:rFonts w:ascii="Calibri" w:eastAsia="Calibri" w:hAnsi="Calibri" w:cs="Calibri"/>
                <w:color w:val="1F2933"/>
                <w:sz w:val="18"/>
                <w:szCs w:val="18"/>
              </w:rPr>
              <w:t>A polygon</w:t>
            </w:r>
            <w:r w:rsidR="00B458DC">
              <w:rPr>
                <w:rFonts w:ascii="Calibri" w:eastAsia="Calibri" w:hAnsi="Calibri" w:cs="Calibri"/>
                <w:color w:val="1F2933"/>
                <w:sz w:val="18"/>
                <w:szCs w:val="18"/>
              </w:rPr>
              <w:t xml:space="preserve"> or </w:t>
            </w:r>
            <w:r>
              <w:rPr>
                <w:rFonts w:ascii="Calibri" w:eastAsia="Calibri" w:hAnsi="Calibri" w:cs="Calibri"/>
                <w:color w:val="1F2933"/>
                <w:sz w:val="18"/>
                <w:szCs w:val="18"/>
              </w:rPr>
              <w:t>congruence</w:t>
            </w:r>
            <w:r w:rsidR="00B458DC">
              <w:rPr>
                <w:rFonts w:ascii="Calibri" w:eastAsia="Calibri" w:hAnsi="Calibri" w:cs="Calibri"/>
                <w:color w:val="1F2933"/>
                <w:sz w:val="18"/>
                <w:szCs w:val="18"/>
              </w:rPr>
              <w:t xml:space="preserve"> or </w:t>
            </w:r>
            <w:r>
              <w:rPr>
                <w:rFonts w:ascii="Calibri" w:eastAsia="Calibri" w:hAnsi="Calibri" w:cs="Calibri"/>
                <w:color w:val="1F2933"/>
                <w:sz w:val="18"/>
                <w:szCs w:val="18"/>
              </w:rPr>
              <w:t>similarity</w:t>
            </w:r>
            <w:r w:rsidR="00B458DC">
              <w:rPr>
                <w:rFonts w:ascii="Calibri" w:eastAsia="Calibri" w:hAnsi="Calibri" w:cs="Calibri"/>
                <w:color w:val="1F2933"/>
                <w:sz w:val="18"/>
                <w:szCs w:val="18"/>
              </w:rPr>
              <w:t xml:space="preserve"> between two polygons</w:t>
            </w:r>
          </w:p>
        </w:tc>
        <w:tc>
          <w:tcPr>
            <w:tcW w:w="3330" w:type="dxa"/>
            <w:shd w:val="clear" w:color="auto" w:fill="FFFFFF"/>
            <w:tcMar>
              <w:top w:w="50" w:type="dxa"/>
              <w:left w:w="80" w:type="dxa"/>
              <w:bottom w:w="50" w:type="dxa"/>
              <w:right w:w="80" w:type="dxa"/>
            </w:tcMar>
          </w:tcPr>
          <w:p w14:paraId="6FFB1C78" w14:textId="77777777" w:rsidR="003E4598" w:rsidRDefault="003E4598" w:rsidP="004D19EC">
            <w:r>
              <w:rPr>
                <w:rFonts w:ascii="Cambria Math" w:eastAsia="Calibri" w:hAnsi="Cambria Math" w:cs="Cambria Math"/>
                <w:color w:val="1F2933"/>
                <w:sz w:val="18"/>
                <w:szCs w:val="18"/>
              </w:rPr>
              <w:t>△</w:t>
            </w:r>
            <w:r>
              <w:rPr>
                <w:rFonts w:ascii="Calibri" w:eastAsia="Calibri" w:hAnsi="Calibri" w:cs="Calibri"/>
                <w:color w:val="1F2933"/>
                <w:sz w:val="18"/>
                <w:szCs w:val="18"/>
              </w:rPr>
              <w:t xml:space="preserve">ABC </w:t>
            </w:r>
            <w:r>
              <w:rPr>
                <w:rFonts w:ascii="Cambria Math" w:eastAsia="Calibri" w:hAnsi="Cambria Math" w:cs="Cambria Math"/>
                <w:color w:val="1F2933"/>
                <w:sz w:val="18"/>
                <w:szCs w:val="18"/>
              </w:rPr>
              <w:t>≅</w:t>
            </w:r>
            <w:r>
              <w:rPr>
                <w:rFonts w:ascii="Calibri" w:eastAsia="Calibri" w:hAnsi="Calibri" w:cs="Calibri"/>
                <w:color w:val="1F2933"/>
                <w:sz w:val="18"/>
                <w:szCs w:val="18"/>
              </w:rPr>
              <w:t xml:space="preserve"> </w:t>
            </w:r>
            <w:r>
              <w:rPr>
                <w:rFonts w:ascii="Cambria Math" w:eastAsia="Calibri" w:hAnsi="Cambria Math" w:cs="Cambria Math"/>
                <w:color w:val="1F2933"/>
                <w:sz w:val="18"/>
                <w:szCs w:val="18"/>
              </w:rPr>
              <w:t>△</w:t>
            </w:r>
            <w:r>
              <w:rPr>
                <w:rFonts w:ascii="Calibri" w:eastAsia="Calibri" w:hAnsi="Calibri" w:cs="Calibri"/>
                <w:color w:val="1F2933"/>
                <w:sz w:val="18"/>
                <w:szCs w:val="18"/>
              </w:rPr>
              <w:t>DEF; ABCD is a parallelogram</w:t>
            </w:r>
          </w:p>
        </w:tc>
      </w:tr>
      <w:tr w:rsidR="003E4598" w14:paraId="5987E43C" w14:textId="77777777" w:rsidTr="00B458DC">
        <w:trPr>
          <w:trHeight w:hRule="exact" w:val="648"/>
        </w:trPr>
        <w:tc>
          <w:tcPr>
            <w:tcW w:w="2003" w:type="dxa"/>
            <w:vMerge/>
            <w:shd w:val="clear" w:color="auto" w:fill="F8FAFC"/>
          </w:tcPr>
          <w:p w14:paraId="4E9AB6F0" w14:textId="77777777" w:rsidR="003E4598" w:rsidRDefault="003E4598" w:rsidP="004D19EC">
            <w:pPr>
              <w:rPr>
                <w:rFonts w:ascii="Calibri" w:eastAsia="Calibri" w:hAnsi="Calibri" w:cs="Calibri"/>
                <w:color w:val="1F2933"/>
                <w:sz w:val="18"/>
                <w:szCs w:val="18"/>
              </w:rPr>
            </w:pPr>
          </w:p>
        </w:tc>
        <w:tc>
          <w:tcPr>
            <w:tcW w:w="2312" w:type="dxa"/>
            <w:shd w:val="clear" w:color="auto" w:fill="F8FAFC"/>
            <w:tcMar>
              <w:top w:w="50" w:type="dxa"/>
              <w:left w:w="80" w:type="dxa"/>
              <w:bottom w:w="50" w:type="dxa"/>
              <w:right w:w="80" w:type="dxa"/>
            </w:tcMar>
            <w:vAlign w:val="center"/>
          </w:tcPr>
          <w:p w14:paraId="424CF13D" w14:textId="6F3B3CDC" w:rsidR="003E4598" w:rsidRPr="00B629F1" w:rsidRDefault="003E4598" w:rsidP="00B629F1">
            <w:pPr>
              <w:rPr>
                <w:b/>
                <w:bCs/>
              </w:rPr>
            </w:pPr>
            <w:r w:rsidRPr="00B629F1">
              <w:rPr>
                <w:rFonts w:ascii="Calibri" w:eastAsia="Calibri" w:hAnsi="Calibri" w:cs="Calibri"/>
                <w:b/>
                <w:bCs/>
                <w:color w:val="1F2933"/>
                <w:sz w:val="18"/>
                <w:szCs w:val="18"/>
              </w:rPr>
              <w:t>Generic / number / measure</w:t>
            </w:r>
          </w:p>
        </w:tc>
        <w:tc>
          <w:tcPr>
            <w:tcW w:w="2610" w:type="dxa"/>
            <w:shd w:val="clear" w:color="auto" w:fill="F8FAFC"/>
            <w:tcMar>
              <w:top w:w="50" w:type="dxa"/>
              <w:left w:w="80" w:type="dxa"/>
              <w:bottom w:w="50" w:type="dxa"/>
              <w:right w:w="80" w:type="dxa"/>
            </w:tcMar>
          </w:tcPr>
          <w:p w14:paraId="1CCF8C20" w14:textId="6D8135B7" w:rsidR="003E4598" w:rsidRDefault="00B458DC" w:rsidP="004D19EC">
            <w:r>
              <w:rPr>
                <w:rFonts w:ascii="Calibri" w:eastAsia="Calibri" w:hAnsi="Calibri" w:cs="Calibri"/>
                <w:color w:val="1F2933"/>
                <w:sz w:val="18"/>
                <w:szCs w:val="18"/>
              </w:rPr>
              <w:t xml:space="preserve">Equations, </w:t>
            </w:r>
            <w:r w:rsidR="003E4598">
              <w:rPr>
                <w:rFonts w:ascii="Calibri" w:eastAsia="Calibri" w:hAnsi="Calibri" w:cs="Calibri"/>
                <w:color w:val="1F2933"/>
                <w:sz w:val="18"/>
                <w:szCs w:val="18"/>
              </w:rPr>
              <w:t>lengths as quantities, angle measures</w:t>
            </w:r>
            <w:r>
              <w:rPr>
                <w:rFonts w:ascii="Calibri" w:eastAsia="Calibri" w:hAnsi="Calibri" w:cs="Calibri"/>
                <w:color w:val="1F2933"/>
                <w:sz w:val="18"/>
                <w:szCs w:val="18"/>
              </w:rPr>
              <w:t xml:space="preserve">, </w:t>
            </w:r>
            <w:r w:rsidR="00926361">
              <w:rPr>
                <w:rFonts w:ascii="Calibri" w:eastAsia="Calibri" w:hAnsi="Calibri" w:cs="Calibri"/>
                <w:color w:val="1F2933"/>
                <w:sz w:val="18"/>
                <w:szCs w:val="18"/>
              </w:rPr>
              <w:t>etc.</w:t>
            </w:r>
          </w:p>
        </w:tc>
        <w:tc>
          <w:tcPr>
            <w:tcW w:w="3330" w:type="dxa"/>
            <w:shd w:val="clear" w:color="auto" w:fill="F8FAFC"/>
            <w:tcMar>
              <w:top w:w="50" w:type="dxa"/>
              <w:left w:w="80" w:type="dxa"/>
              <w:bottom w:w="50" w:type="dxa"/>
              <w:right w:w="80" w:type="dxa"/>
            </w:tcMar>
          </w:tcPr>
          <w:p w14:paraId="613F6EBB" w14:textId="5D953C3E" w:rsidR="003E4598" w:rsidRDefault="003E4598" w:rsidP="004D19EC">
            <w:r>
              <w:rPr>
                <w:rFonts w:ascii="Calibri" w:eastAsia="Calibri" w:hAnsi="Calibri" w:cs="Calibri"/>
                <w:color w:val="1F2933"/>
                <w:sz w:val="18"/>
                <w:szCs w:val="18"/>
              </w:rPr>
              <w:t>m</w:t>
            </w:r>
            <w:r>
              <w:rPr>
                <w:rFonts w:ascii="Cambria Math" w:eastAsia="Calibri" w:hAnsi="Cambria Math" w:cs="Cambria Math"/>
                <w:color w:val="1F2933"/>
                <w:sz w:val="18"/>
                <w:szCs w:val="18"/>
              </w:rPr>
              <w:t>∠</w:t>
            </w:r>
            <w:r>
              <w:rPr>
                <w:rFonts w:ascii="Calibri" w:eastAsia="Calibri" w:hAnsi="Calibri" w:cs="Calibri"/>
                <w:color w:val="1F2933"/>
                <w:sz w:val="18"/>
                <w:szCs w:val="18"/>
              </w:rPr>
              <w:t>BAC = 40°; AB = CD (lengths); algebra</w:t>
            </w:r>
            <w:r w:rsidR="00926361">
              <w:rPr>
                <w:rFonts w:ascii="Calibri" w:eastAsia="Calibri" w:hAnsi="Calibri" w:cs="Calibri"/>
                <w:color w:val="1F2933"/>
                <w:sz w:val="18"/>
                <w:szCs w:val="18"/>
              </w:rPr>
              <w:t>ic</w:t>
            </w:r>
            <w:r>
              <w:rPr>
                <w:rFonts w:ascii="Calibri" w:eastAsia="Calibri" w:hAnsi="Calibri" w:cs="Calibri"/>
                <w:color w:val="1F2933"/>
                <w:sz w:val="18"/>
                <w:szCs w:val="18"/>
              </w:rPr>
              <w:t xml:space="preserve"> steps</w:t>
            </w:r>
          </w:p>
        </w:tc>
      </w:tr>
    </w:tbl>
    <w:p w14:paraId="6575042F" w14:textId="2580F605" w:rsidR="007351E8" w:rsidRPr="000E3902" w:rsidRDefault="00BB66D5" w:rsidP="00425B2E">
      <w:pPr>
        <w:keepNext/>
        <w:spacing w:before="360" w:after="160"/>
      </w:pPr>
      <w:r>
        <w:rPr>
          <w:rFonts w:eastAsia="Helvetica Neue" w:cs="Helvetica Neue"/>
          <w:b/>
          <w:color w:val="2E5B9C"/>
          <w:sz w:val="28"/>
        </w:rPr>
        <w:t>Entering Givens</w:t>
      </w:r>
    </w:p>
    <w:p w14:paraId="5A43473C" w14:textId="57ED8352" w:rsidR="006A76D4" w:rsidRDefault="00BB66D5" w:rsidP="006A76D4">
      <w:pPr>
        <w:pStyle w:val="ListBullet"/>
        <w:numPr>
          <w:ilvl w:val="0"/>
          <w:numId w:val="0"/>
        </w:numPr>
        <w:spacing w:before="120" w:after="120"/>
        <w:contextualSpacing w:val="0"/>
        <w:rPr>
          <w:rFonts w:eastAsia="Helvetica Neue" w:cs="Helvetica Neue"/>
          <w:color w:val="1F2933"/>
        </w:rPr>
      </w:pPr>
      <w:r>
        <w:rPr>
          <w:rFonts w:eastAsia="Helvetica Neue" w:cs="Helvetica Neue"/>
          <w:color w:val="1F2933"/>
        </w:rPr>
        <w:t xml:space="preserve">The </w:t>
      </w:r>
      <w:r>
        <w:rPr>
          <w:rFonts w:eastAsia="Helvetica Neue" w:cs="Helvetica Neue"/>
          <w:i/>
          <w:iCs/>
          <w:color w:val="1F2933"/>
        </w:rPr>
        <w:t>if</w:t>
      </w:r>
      <w:r>
        <w:rPr>
          <w:rFonts w:eastAsia="Helvetica Neue" w:cs="Helvetica Neue"/>
          <w:color w:val="1F2933"/>
        </w:rPr>
        <w:t xml:space="preserve"> part, or premise, of your conjecture goes in the Givens column </w:t>
      </w:r>
      <w:r w:rsidR="006A76D4">
        <w:rPr>
          <w:rFonts w:eastAsia="Helvetica Neue" w:cs="Helvetica Neue"/>
          <w:color w:val="1F2933"/>
        </w:rPr>
        <w:t>(column 1 on</w:t>
      </w:r>
      <w:r>
        <w:rPr>
          <w:rFonts w:eastAsia="Helvetica Neue" w:cs="Helvetica Neue"/>
          <w:color w:val="1F2933"/>
        </w:rPr>
        <w:t xml:space="preserve"> the left</w:t>
      </w:r>
      <w:r w:rsidR="006A76D4">
        <w:rPr>
          <w:rFonts w:eastAsia="Helvetica Neue" w:cs="Helvetica Neue"/>
          <w:color w:val="1F2933"/>
        </w:rPr>
        <w:t>)</w:t>
      </w:r>
      <w:r>
        <w:rPr>
          <w:rFonts w:eastAsia="Helvetica Neue" w:cs="Helvetica Neue"/>
          <w:color w:val="1F2933"/>
        </w:rPr>
        <w:t xml:space="preserve">. Click the </w:t>
      </w:r>
      <w:r w:rsidRPr="001810E9">
        <w:rPr>
          <w:rFonts w:eastAsia="Helvetica Neue" w:cs="Helvetica Neue"/>
          <w:b/>
          <w:bCs/>
          <w:color w:val="1F2933"/>
        </w:rPr>
        <w:t>+ Add claim</w:t>
      </w:r>
      <w:r>
        <w:rPr>
          <w:rFonts w:eastAsia="Helvetica Neue" w:cs="Helvetica Neue"/>
          <w:color w:val="1F2933"/>
        </w:rPr>
        <w:t xml:space="preserve"> button (or the </w:t>
      </w:r>
      <w:r w:rsidRPr="00F656A4">
        <w:rPr>
          <w:rFonts w:eastAsia="Helvetica Neue" w:cs="Helvetica Neue"/>
          <w:noProof/>
          <w:color w:val="1F2933"/>
          <w:position w:val="-4"/>
        </w:rPr>
        <w:drawing>
          <wp:inline distT="0" distB="0" distL="0" distR="0" wp14:anchorId="26B6A9FF" wp14:editId="48A466A4">
            <wp:extent cx="146304" cy="146304"/>
            <wp:effectExtent l="0" t="0" r="6350" b="6350"/>
            <wp:docPr id="4709166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2230857" name=""/>
                    <pic:cNvPicPr/>
                  </pic:nvPicPr>
                  <pic:blipFill>
                    <a:blip r:embed="rId55"/>
                    <a:stretch>
                      <a:fillRect/>
                    </a:stretch>
                  </pic:blipFill>
                  <pic:spPr>
                    <a:xfrm>
                      <a:off x="0" y="0"/>
                      <a:ext cx="146304" cy="146304"/>
                    </a:xfrm>
                    <a:prstGeom prst="rect">
                      <a:avLst/>
                    </a:prstGeom>
                  </pic:spPr>
                </pic:pic>
              </a:graphicData>
            </a:graphic>
          </wp:inline>
        </w:drawing>
      </w:r>
      <w:r>
        <w:rPr>
          <w:rFonts w:eastAsia="Helvetica Neue" w:cs="Helvetica Neue"/>
          <w:color w:val="1F2933"/>
        </w:rPr>
        <w:t xml:space="preserve"> header). </w:t>
      </w:r>
    </w:p>
    <w:p w14:paraId="70F0D183" w14:textId="46BD2F90" w:rsidR="006A76D4" w:rsidRDefault="006A76D4" w:rsidP="006A76D4">
      <w:pPr>
        <w:pStyle w:val="ListBullet"/>
        <w:numPr>
          <w:ilvl w:val="0"/>
          <w:numId w:val="0"/>
        </w:numPr>
        <w:spacing w:before="120" w:after="120"/>
        <w:contextualSpacing w:val="0"/>
        <w:rPr>
          <w:rFonts w:eastAsia="Helvetica Neue" w:cs="Helvetica Neue"/>
          <w:color w:val="1F2933"/>
        </w:rPr>
      </w:pPr>
      <w:r>
        <w:rPr>
          <w:rFonts w:eastAsia="Helvetica Neue" w:cs="Helvetica Neue"/>
          <w:color w:val="1F2933"/>
        </w:rPr>
        <w:t xml:space="preserve">Givens are entered in a special version of the claim </w:t>
      </w:r>
      <w:r w:rsidR="00664FB9">
        <w:rPr>
          <w:rFonts w:eastAsia="Helvetica Neue" w:cs="Helvetica Neue"/>
          <w:color w:val="1F2933"/>
        </w:rPr>
        <w:t>panel</w:t>
      </w:r>
      <w:r>
        <w:rPr>
          <w:rFonts w:eastAsia="Helvetica Neue" w:cs="Helvetica Neue"/>
          <w:color w:val="1F2933"/>
        </w:rPr>
        <w:t>. Givens do not require a justification, other than “Given”, which the program provides automatically.</w:t>
      </w:r>
    </w:p>
    <w:p w14:paraId="6D9E67C4" w14:textId="36BCED39" w:rsidR="006A76D4" w:rsidRDefault="00BB66D5" w:rsidP="006A76D4">
      <w:pPr>
        <w:pStyle w:val="ListBullet"/>
        <w:numPr>
          <w:ilvl w:val="0"/>
          <w:numId w:val="0"/>
        </w:numPr>
        <w:spacing w:before="120" w:after="120"/>
        <w:contextualSpacing w:val="0"/>
        <w:rPr>
          <w:rFonts w:eastAsia="Helvetica Neue" w:cs="Helvetica Neue"/>
          <w:color w:val="1F2933"/>
        </w:rPr>
      </w:pPr>
      <w:r>
        <w:rPr>
          <w:rFonts w:eastAsia="Helvetica Neue" w:cs="Helvetica Neue"/>
          <w:color w:val="1F2933"/>
        </w:rPr>
        <w:t>What counts as an individual given and how many premises do you have? Here are some examples:</w:t>
      </w:r>
    </w:p>
    <w:p w14:paraId="6F527565" w14:textId="77777777" w:rsidR="00BB66D5" w:rsidRDefault="00BB66D5" w:rsidP="00BB66D5">
      <w:pPr>
        <w:pStyle w:val="ListBullet"/>
        <w:numPr>
          <w:ilvl w:val="0"/>
          <w:numId w:val="36"/>
        </w:numPr>
        <w:spacing w:after="80"/>
        <w:rPr>
          <w:rFonts w:eastAsia="Helvetica Neue" w:cs="Helvetica Neue"/>
          <w:color w:val="1F2933"/>
        </w:rPr>
      </w:pPr>
      <w:r w:rsidRPr="00BB66D5">
        <w:rPr>
          <w:rFonts w:eastAsia="Helvetica Neue" w:cs="Helvetica Neue"/>
          <w:i/>
          <w:iCs/>
          <w:color w:val="1F2933"/>
        </w:rPr>
        <w:lastRenderedPageBreak/>
        <w:t>If a figure is a parallelogram, then its opposite sides are congruent</w:t>
      </w:r>
      <w:r>
        <w:rPr>
          <w:rFonts w:eastAsia="Helvetica Neue" w:cs="Helvetica Neue"/>
          <w:color w:val="1F2933"/>
        </w:rPr>
        <w:t xml:space="preserve"> (or </w:t>
      </w:r>
      <w:r>
        <w:rPr>
          <w:rFonts w:eastAsia="Helvetica Neue" w:cs="Helvetica Neue"/>
          <w:i/>
          <w:iCs/>
          <w:color w:val="1F2933"/>
        </w:rPr>
        <w:t>the opposite sides of a parallelogram are congruent</w:t>
      </w:r>
      <w:r>
        <w:rPr>
          <w:rFonts w:eastAsia="Helvetica Neue" w:cs="Helvetica Neue"/>
          <w:color w:val="1F2933"/>
        </w:rPr>
        <w:t>, but that form makes it less clear what your premise and conclusions are). This conditional statement has a single given “ABCD is a parallelogram.”</w:t>
      </w:r>
    </w:p>
    <w:p w14:paraId="49980996" w14:textId="53B26030" w:rsidR="00BB66D5" w:rsidRDefault="00BB66D5" w:rsidP="00BB66D5">
      <w:pPr>
        <w:pStyle w:val="ListBullet"/>
        <w:numPr>
          <w:ilvl w:val="0"/>
          <w:numId w:val="36"/>
        </w:numPr>
        <w:spacing w:after="80"/>
        <w:rPr>
          <w:rFonts w:eastAsia="Helvetica Neue" w:cs="Helvetica Neue"/>
          <w:color w:val="1F2933"/>
        </w:rPr>
      </w:pPr>
      <w:r>
        <w:rPr>
          <w:rFonts w:eastAsia="Helvetica Neue" w:cs="Helvetica Neue"/>
          <w:i/>
          <w:iCs/>
          <w:color w:val="1F2933"/>
        </w:rPr>
        <w:t xml:space="preserve">If </w:t>
      </w:r>
      <w:r w:rsidR="00A464D1">
        <w:rPr>
          <w:rFonts w:eastAsia="Helvetica Neue" w:cs="Helvetica Neue"/>
          <w:i/>
          <w:iCs/>
          <w:color w:val="1F2933"/>
        </w:rPr>
        <w:t xml:space="preserve">a median is constructed in </w:t>
      </w:r>
      <w:r>
        <w:rPr>
          <w:rFonts w:eastAsia="Helvetica Neue" w:cs="Helvetica Neue"/>
          <w:i/>
          <w:iCs/>
          <w:color w:val="1F2933"/>
        </w:rPr>
        <w:t xml:space="preserve">an equilateral triangle, that segment is also an altitude. </w:t>
      </w:r>
      <w:r>
        <w:rPr>
          <w:rFonts w:eastAsia="Helvetica Neue" w:cs="Helvetica Neue"/>
          <w:color w:val="1F2933"/>
        </w:rPr>
        <w:t>This statement has two givens, “</w:t>
      </w:r>
      <w:r w:rsidRPr="00BB66D5">
        <w:rPr>
          <w:rFonts w:ascii="STIX Two Math" w:hAnsi="STIX Two Math" w:cs="STIX Two Math"/>
          <w:color w:val="1F2933"/>
          <w:position w:val="2"/>
          <w:sz w:val="20"/>
          <w:szCs w:val="20"/>
          <w:shd w:val="clear" w:color="auto" w:fill="FFFFFF"/>
        </w:rPr>
        <w:t>△</w:t>
      </w:r>
      <w:r w:rsidRPr="00BB66D5">
        <w:rPr>
          <w:rFonts w:eastAsia="Helvetica Neue" w:cs="Helvetica Neue"/>
          <w:color w:val="1F2933"/>
        </w:rPr>
        <w:t>ABC is equilateral” and “</w:t>
      </w:r>
      <w:r w:rsidRPr="00BB66D5">
        <w:rPr>
          <w:rFonts w:eastAsia="Helvetica Neue" w:cs="Helvetica Neue"/>
          <w:noProof/>
          <w:color w:val="1F2933"/>
        </w:rPr>
        <w:drawing>
          <wp:inline distT="0" distB="0" distL="0" distR="0" wp14:anchorId="013C1322" wp14:editId="74901A41">
            <wp:extent cx="187039" cy="154940"/>
            <wp:effectExtent l="0" t="0" r="3810" b="0"/>
            <wp:docPr id="8116968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1696837" name=""/>
                    <pic:cNvPicPr/>
                  </pic:nvPicPr>
                  <pic:blipFill rotWithShape="1">
                    <a:blip r:embed="rId74"/>
                    <a:srcRect l="17339" t="-1" r="-244" b="16122"/>
                    <a:stretch>
                      <a:fillRect/>
                    </a:stretch>
                  </pic:blipFill>
                  <pic:spPr bwMode="auto">
                    <a:xfrm>
                      <a:off x="0" y="0"/>
                      <a:ext cx="187652" cy="155448"/>
                    </a:xfrm>
                    <a:prstGeom prst="rect">
                      <a:avLst/>
                    </a:prstGeom>
                    <a:ln>
                      <a:noFill/>
                    </a:ln>
                    <a:extLst>
                      <a:ext uri="{53640926-AAD7-44D8-BBD7-CCE9431645EC}">
                        <a14:shadowObscured xmlns:a14="http://schemas.microsoft.com/office/drawing/2010/main"/>
                      </a:ext>
                    </a:extLst>
                  </pic:spPr>
                </pic:pic>
              </a:graphicData>
            </a:graphic>
          </wp:inline>
        </w:drawing>
      </w:r>
      <w:r>
        <w:rPr>
          <w:rFonts w:eastAsia="Helvetica Neue" w:cs="Helvetica Neue"/>
          <w:color w:val="1F2933"/>
        </w:rPr>
        <w:t>is a median.”</w:t>
      </w:r>
    </w:p>
    <w:p w14:paraId="3687ECC9" w14:textId="77777777" w:rsidR="00C201C5" w:rsidRDefault="00C201C5" w:rsidP="00BB66D5">
      <w:pPr>
        <w:pStyle w:val="ListBullet"/>
        <w:numPr>
          <w:ilvl w:val="0"/>
          <w:numId w:val="36"/>
        </w:numPr>
        <w:spacing w:after="80"/>
        <w:rPr>
          <w:rFonts w:eastAsia="Helvetica Neue" w:cs="Helvetica Neue"/>
          <w:color w:val="1F2933"/>
        </w:rPr>
      </w:pPr>
      <w:r w:rsidRPr="00C201C5">
        <w:rPr>
          <w:rFonts w:eastAsia="Helvetica Neue" w:cs="Helvetica Neue"/>
          <w:noProof/>
          <w:color w:val="1F2933"/>
        </w:rPr>
        <w:drawing>
          <wp:anchor distT="0" distB="0" distL="114300" distR="114300" simplePos="0" relativeHeight="251682816" behindDoc="1" locked="0" layoutInCell="1" allowOverlap="1" wp14:anchorId="19B2011D" wp14:editId="7BF6A7F2">
            <wp:simplePos x="0" y="0"/>
            <wp:positionH relativeFrom="column">
              <wp:posOffset>5005070</wp:posOffset>
            </wp:positionH>
            <wp:positionV relativeFrom="paragraph">
              <wp:posOffset>10795</wp:posOffset>
            </wp:positionV>
            <wp:extent cx="1527810" cy="1280160"/>
            <wp:effectExtent l="0" t="0" r="0" b="2540"/>
            <wp:wrapTight wrapText="bothSides">
              <wp:wrapPolygon edited="0">
                <wp:start x="0" y="0"/>
                <wp:lineTo x="0" y="21429"/>
                <wp:lineTo x="21367" y="21429"/>
                <wp:lineTo x="21367" y="0"/>
                <wp:lineTo x="0" y="0"/>
              </wp:wrapPolygon>
            </wp:wrapTight>
            <wp:docPr id="6433946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3394698" name=""/>
                    <pic:cNvPicPr/>
                  </pic:nvPicPr>
                  <pic:blipFill>
                    <a:blip r:embed="rId75"/>
                    <a:stretch>
                      <a:fillRect/>
                    </a:stretch>
                  </pic:blipFill>
                  <pic:spPr>
                    <a:xfrm>
                      <a:off x="0" y="0"/>
                      <a:ext cx="1527810" cy="1280160"/>
                    </a:xfrm>
                    <a:prstGeom prst="rect">
                      <a:avLst/>
                    </a:prstGeom>
                  </pic:spPr>
                </pic:pic>
              </a:graphicData>
            </a:graphic>
            <wp14:sizeRelH relativeFrom="page">
              <wp14:pctWidth>0</wp14:pctWidth>
            </wp14:sizeRelH>
            <wp14:sizeRelV relativeFrom="page">
              <wp14:pctHeight>0</wp14:pctHeight>
            </wp14:sizeRelV>
          </wp:anchor>
        </w:drawing>
      </w:r>
      <w:r>
        <w:rPr>
          <w:rFonts w:eastAsia="Helvetica Neue" w:cs="Helvetica Neue"/>
          <w:i/>
          <w:iCs/>
          <w:color w:val="1F2933"/>
        </w:rPr>
        <w:t xml:space="preserve">The perpendicular bisectors of the sides of a parallelogram intersect at points that define a parallelogram </w:t>
      </w:r>
      <w:r>
        <w:rPr>
          <w:rFonts w:eastAsia="Helvetica Neue" w:cs="Helvetica Neue"/>
          <w:color w:val="1F2933"/>
        </w:rPr>
        <w:t xml:space="preserve">(illustrated at right) has five givens: </w:t>
      </w:r>
    </w:p>
    <w:p w14:paraId="11FAACE8" w14:textId="77777777" w:rsidR="00C201C5" w:rsidRDefault="00C201C5" w:rsidP="00C201C5">
      <w:pPr>
        <w:pStyle w:val="ListBullet"/>
        <w:numPr>
          <w:ilvl w:val="1"/>
          <w:numId w:val="36"/>
        </w:numPr>
        <w:spacing w:after="80"/>
        <w:rPr>
          <w:rFonts w:eastAsia="Helvetica Neue" w:cs="Helvetica Neue"/>
          <w:color w:val="1F2933"/>
        </w:rPr>
      </w:pPr>
      <w:r>
        <w:rPr>
          <w:rFonts w:eastAsia="Helvetica Neue" w:cs="Helvetica Neue"/>
          <w:color w:val="1F2933"/>
        </w:rPr>
        <w:t>“ABCD is a parallelogram”</w:t>
      </w:r>
    </w:p>
    <w:p w14:paraId="52A7455B" w14:textId="0D548352" w:rsidR="00C201C5" w:rsidRDefault="00C201C5" w:rsidP="00C201C5">
      <w:pPr>
        <w:pStyle w:val="ListBullet"/>
        <w:numPr>
          <w:ilvl w:val="1"/>
          <w:numId w:val="36"/>
        </w:numPr>
        <w:spacing w:after="80"/>
        <w:rPr>
          <w:rFonts w:eastAsia="Helvetica Neue" w:cs="Helvetica Neue"/>
          <w:color w:val="1F2933"/>
        </w:rPr>
      </w:pPr>
      <w:r>
        <w:rPr>
          <w:rFonts w:eastAsia="Helvetica Neue" w:cs="Helvetica Neue"/>
          <w:color w:val="1F2933"/>
        </w:rPr>
        <w:t>“segment HN perpendicularly bisects segment AB”</w:t>
      </w:r>
    </w:p>
    <w:p w14:paraId="705F96CA" w14:textId="3A0CBD4E" w:rsidR="00C201C5" w:rsidRDefault="00C201C5" w:rsidP="00C201C5">
      <w:pPr>
        <w:pStyle w:val="ListBullet"/>
        <w:numPr>
          <w:ilvl w:val="1"/>
          <w:numId w:val="36"/>
        </w:numPr>
        <w:spacing w:after="80"/>
        <w:rPr>
          <w:rFonts w:eastAsia="Helvetica Neue" w:cs="Helvetica Neue"/>
          <w:color w:val="1F2933"/>
        </w:rPr>
      </w:pPr>
      <w:r>
        <w:rPr>
          <w:rFonts w:eastAsia="Helvetica Neue" w:cs="Helvetica Neue"/>
          <w:color w:val="1F2933"/>
        </w:rPr>
        <w:t>“segment EP perpendicularly bisects segment BC”</w:t>
      </w:r>
    </w:p>
    <w:p w14:paraId="05B01B0A" w14:textId="334F2563" w:rsidR="00C201C5" w:rsidRDefault="00C201C5" w:rsidP="00C201C5">
      <w:pPr>
        <w:pStyle w:val="ListBullet"/>
        <w:numPr>
          <w:ilvl w:val="1"/>
          <w:numId w:val="36"/>
        </w:numPr>
        <w:spacing w:after="80"/>
        <w:rPr>
          <w:rFonts w:eastAsia="Helvetica Neue" w:cs="Helvetica Neue"/>
          <w:color w:val="1F2933"/>
        </w:rPr>
      </w:pPr>
      <w:r>
        <w:rPr>
          <w:rFonts w:eastAsia="Helvetica Neue" w:cs="Helvetica Neue"/>
          <w:color w:val="1F2933"/>
        </w:rPr>
        <w:t>“segment FJ perpendicularly bisects segment CD”</w:t>
      </w:r>
    </w:p>
    <w:p w14:paraId="3654017A" w14:textId="23BFCBA8" w:rsidR="00C201C5" w:rsidRDefault="00C201C5" w:rsidP="00C201C5">
      <w:pPr>
        <w:pStyle w:val="ListBullet"/>
        <w:numPr>
          <w:ilvl w:val="1"/>
          <w:numId w:val="36"/>
        </w:numPr>
        <w:spacing w:after="80"/>
        <w:rPr>
          <w:rFonts w:eastAsia="Helvetica Neue" w:cs="Helvetica Neue"/>
          <w:color w:val="1F2933"/>
        </w:rPr>
      </w:pPr>
      <w:r>
        <w:rPr>
          <w:rFonts w:eastAsia="Helvetica Neue" w:cs="Helvetica Neue"/>
          <w:color w:val="1F2933"/>
        </w:rPr>
        <w:t>“segment GL perpendicularly bisects segment AD”</w:t>
      </w:r>
    </w:p>
    <w:p w14:paraId="39C307C5" w14:textId="6A779EC0" w:rsidR="00C201C5" w:rsidRPr="00BB66D5" w:rsidRDefault="00C201C5" w:rsidP="00C201C5">
      <w:pPr>
        <w:pStyle w:val="ListBullet"/>
        <w:numPr>
          <w:ilvl w:val="0"/>
          <w:numId w:val="0"/>
        </w:numPr>
        <w:spacing w:after="80"/>
        <w:ind w:left="720"/>
        <w:rPr>
          <w:rFonts w:eastAsia="Helvetica Neue" w:cs="Helvetica Neue"/>
          <w:color w:val="1F2933"/>
        </w:rPr>
      </w:pPr>
      <w:r>
        <w:rPr>
          <w:rFonts w:eastAsia="Helvetica Neue" w:cs="Helvetica Neue"/>
          <w:color w:val="1F2933"/>
        </w:rPr>
        <w:t xml:space="preserve">Alternatively, each of the perpendicular bisector givens could be entered as a midpoint and a perpendicular line (making nine givens!). </w:t>
      </w:r>
    </w:p>
    <w:p w14:paraId="1ED8E6AE" w14:textId="77777777" w:rsidR="00C201C5" w:rsidRDefault="00C201C5" w:rsidP="00BB66D5">
      <w:pPr>
        <w:pStyle w:val="ListBullet"/>
        <w:numPr>
          <w:ilvl w:val="0"/>
          <w:numId w:val="0"/>
        </w:numPr>
        <w:spacing w:after="80"/>
        <w:ind w:left="360" w:hanging="360"/>
        <w:rPr>
          <w:rFonts w:eastAsia="Helvetica Neue" w:cs="Helvetica Neue"/>
          <w:color w:val="1F2933"/>
        </w:rPr>
      </w:pPr>
      <w:r>
        <w:rPr>
          <w:rFonts w:eastAsia="Helvetica Neue" w:cs="Helvetica Neue"/>
          <w:color w:val="1F2933"/>
        </w:rPr>
        <w:t>There are two main differences between entering claims for the Givens column and the other columns:</w:t>
      </w:r>
    </w:p>
    <w:p w14:paraId="5CC62A09" w14:textId="1382F9AD" w:rsidR="000B1A18" w:rsidRPr="00C201C5" w:rsidRDefault="00C201C5" w:rsidP="00C201C5">
      <w:pPr>
        <w:pStyle w:val="ListBullet"/>
        <w:numPr>
          <w:ilvl w:val="0"/>
          <w:numId w:val="37"/>
        </w:numPr>
        <w:spacing w:after="80"/>
      </w:pPr>
      <w:r>
        <w:rPr>
          <w:rFonts w:eastAsia="Helvetica Neue" w:cs="Helvetica Neue"/>
          <w:color w:val="1F2933"/>
        </w:rPr>
        <w:t>The justification is automatically entered as “Given”.</w:t>
      </w:r>
    </w:p>
    <w:p w14:paraId="0054EE44" w14:textId="59ACD2C8" w:rsidR="00C201C5" w:rsidRPr="00C201C5" w:rsidRDefault="00C201C5" w:rsidP="00C201C5">
      <w:pPr>
        <w:pStyle w:val="ListBullet"/>
        <w:numPr>
          <w:ilvl w:val="0"/>
          <w:numId w:val="37"/>
        </w:numPr>
        <w:spacing w:after="80"/>
      </w:pPr>
      <w:r>
        <w:rPr>
          <w:rFonts w:eastAsia="Helvetica Neue" w:cs="Helvetica Neue"/>
          <w:color w:val="1F2933"/>
        </w:rPr>
        <w:t xml:space="preserve">Because there is no specific justification, the program doesn’t know what type of information is being claimed, so </w:t>
      </w:r>
      <w:r w:rsidR="00A464D1">
        <w:rPr>
          <w:rFonts w:eastAsia="Helvetica Neue" w:cs="Helvetica Neue"/>
          <w:color w:val="1F2933"/>
        </w:rPr>
        <w:t>there is an extra list for selecting the needed conclusion port(s)</w:t>
      </w:r>
      <w:r>
        <w:rPr>
          <w:rFonts w:eastAsia="Helvetica Neue" w:cs="Helvetica Neue"/>
          <w:color w:val="1F2933"/>
        </w:rPr>
        <w:t>:</w:t>
      </w:r>
    </w:p>
    <w:p w14:paraId="12DE3E50" w14:textId="087A133D" w:rsidR="00C201C5" w:rsidRDefault="00C201C5" w:rsidP="00495A1E">
      <w:pPr>
        <w:pStyle w:val="ListBullet"/>
        <w:numPr>
          <w:ilvl w:val="0"/>
          <w:numId w:val="0"/>
        </w:numPr>
        <w:spacing w:after="80"/>
        <w:ind w:left="720"/>
      </w:pPr>
      <w:r w:rsidRPr="005C0E5B">
        <w:rPr>
          <w:rFonts w:eastAsia="Helvetica Neue" w:cs="Helvetica Neue"/>
          <w:b/>
          <w:noProof/>
          <w:color w:val="2E5B9C"/>
          <w:sz w:val="28"/>
        </w:rPr>
        <w:drawing>
          <wp:inline distT="0" distB="0" distL="0" distR="0" wp14:anchorId="4E40CAC6" wp14:editId="2C384D9E">
            <wp:extent cx="5391987" cy="640080"/>
            <wp:effectExtent l="0" t="0" r="5715" b="0"/>
            <wp:docPr id="7014865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1486560" name="Picture 1"/>
                    <pic:cNvPicPr/>
                  </pic:nvPicPr>
                  <pic:blipFill>
                    <a:blip r:embed="rId76"/>
                    <a:stretch>
                      <a:fillRect/>
                    </a:stretch>
                  </pic:blipFill>
                  <pic:spPr>
                    <a:xfrm>
                      <a:off x="0" y="0"/>
                      <a:ext cx="5391987" cy="640080"/>
                    </a:xfrm>
                    <a:prstGeom prst="rect">
                      <a:avLst/>
                    </a:prstGeom>
                  </pic:spPr>
                </pic:pic>
              </a:graphicData>
            </a:graphic>
          </wp:inline>
        </w:drawing>
      </w:r>
    </w:p>
    <w:p w14:paraId="146BF0BB" w14:textId="1DCA84C1" w:rsidR="004E58B1" w:rsidRDefault="004E58B1" w:rsidP="004E58B1">
      <w:pPr>
        <w:pStyle w:val="ListBullet"/>
        <w:numPr>
          <w:ilvl w:val="0"/>
          <w:numId w:val="0"/>
        </w:numPr>
        <w:spacing w:after="80"/>
        <w:ind w:left="720"/>
      </w:pPr>
      <w:r>
        <w:t xml:space="preserve">As you enter your given, </w:t>
      </w:r>
      <w:r w:rsidR="00616113">
        <w:t>use</w:t>
      </w:r>
      <w:r>
        <w:t xml:space="preserve"> the symbol palette as much as possible</w:t>
      </w:r>
      <w:r w:rsidR="00616113">
        <w:t xml:space="preserve"> (</w:t>
      </w:r>
      <w:r w:rsidR="00664FB9">
        <w:t>as</w:t>
      </w:r>
      <w:r w:rsidR="00616113">
        <w:t xml:space="preserve"> you should for all claims)</w:t>
      </w:r>
      <w:r w:rsidR="00664FB9">
        <w:t>. As you do, t</w:t>
      </w:r>
      <w:r>
        <w:t>he program will check off any conclusion ports that match your statement according to these rules:</w:t>
      </w:r>
    </w:p>
    <w:tbl>
      <w:tblPr>
        <w:tblW w:w="0" w:type="auto"/>
        <w:tblInd w:w="1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610"/>
        <w:gridCol w:w="4590"/>
      </w:tblGrid>
      <w:tr w:rsidR="004E58B1" w:rsidRPr="00AA4C12" w14:paraId="557A000E" w14:textId="77777777" w:rsidTr="004E58B1">
        <w:trPr>
          <w:tblHeader/>
        </w:trPr>
        <w:tc>
          <w:tcPr>
            <w:tcW w:w="2610" w:type="dxa"/>
            <w:noWrap/>
            <w:tcMar>
              <w:top w:w="90" w:type="dxa"/>
              <w:left w:w="150" w:type="dxa"/>
              <w:bottom w:w="90" w:type="dxa"/>
              <w:right w:w="150" w:type="dxa"/>
            </w:tcMar>
            <w:hideMark/>
          </w:tcPr>
          <w:p w14:paraId="109AB86E" w14:textId="51179A79" w:rsidR="004E58B1" w:rsidRPr="004E58B1" w:rsidRDefault="004E58B1" w:rsidP="004D19EC">
            <w:pPr>
              <w:spacing w:after="0" w:line="240" w:lineRule="auto"/>
              <w:rPr>
                <w:rFonts w:eastAsia="Helvetica Neue" w:cs="Helvetica Neue"/>
                <w:b/>
                <w:bCs/>
                <w:color w:val="1F2933"/>
              </w:rPr>
            </w:pPr>
            <w:r w:rsidRPr="004E58B1">
              <w:rPr>
                <w:rFonts w:eastAsia="Helvetica Neue" w:cs="Helvetica Neue"/>
                <w:b/>
                <w:bCs/>
                <w:color w:val="1F2933"/>
              </w:rPr>
              <w:t>If this symbol is used:</w:t>
            </w:r>
          </w:p>
        </w:tc>
        <w:tc>
          <w:tcPr>
            <w:tcW w:w="4590" w:type="dxa"/>
            <w:noWrap/>
            <w:tcMar>
              <w:top w:w="90" w:type="dxa"/>
              <w:left w:w="150" w:type="dxa"/>
              <w:bottom w:w="90" w:type="dxa"/>
              <w:right w:w="150" w:type="dxa"/>
            </w:tcMar>
            <w:hideMark/>
          </w:tcPr>
          <w:p w14:paraId="1AA20A83" w14:textId="4151A61E" w:rsidR="004E58B1" w:rsidRPr="004E58B1" w:rsidRDefault="004E58B1" w:rsidP="004D19EC">
            <w:pPr>
              <w:spacing w:after="0" w:line="240" w:lineRule="auto"/>
              <w:rPr>
                <w:rFonts w:eastAsia="Helvetica Neue" w:cs="Helvetica Neue"/>
                <w:b/>
                <w:bCs/>
                <w:color w:val="1F2933"/>
              </w:rPr>
            </w:pPr>
            <w:r w:rsidRPr="004E58B1">
              <w:rPr>
                <w:rFonts w:eastAsia="Helvetica Neue" w:cs="Helvetica Neue"/>
                <w:b/>
                <w:bCs/>
                <w:color w:val="1F2933"/>
              </w:rPr>
              <w:t xml:space="preserve">This box will be automatically checked: </w:t>
            </w:r>
          </w:p>
        </w:tc>
      </w:tr>
      <w:tr w:rsidR="004E58B1" w:rsidRPr="00AA4C12" w14:paraId="455CEF44" w14:textId="77777777" w:rsidTr="004E58B1">
        <w:tc>
          <w:tcPr>
            <w:tcW w:w="2610" w:type="dxa"/>
            <w:tcMar>
              <w:top w:w="90" w:type="dxa"/>
              <w:left w:w="150" w:type="dxa"/>
              <w:bottom w:w="90" w:type="dxa"/>
              <w:right w:w="150" w:type="dxa"/>
            </w:tcMar>
            <w:hideMark/>
          </w:tcPr>
          <w:p w14:paraId="44610954" w14:textId="7D332194" w:rsidR="004E58B1" w:rsidRPr="00AA4C12" w:rsidRDefault="00C13D27" w:rsidP="004E58B1">
            <w:pPr>
              <w:spacing w:after="0" w:line="240" w:lineRule="auto"/>
              <w:jc w:val="center"/>
              <w:rPr>
                <w:rFonts w:eastAsia="Helvetica Neue" w:cs="Helvetica Neue"/>
                <w:color w:val="1F2933"/>
              </w:rPr>
            </w:pPr>
            <w:r>
              <w:rPr>
                <w:rStyle w:val="geo-typing-host"/>
                <w:rFonts w:ascii="inherit" w:hAnsi="inherit"/>
              </w:rPr>
              <w:t>​</w:t>
            </w:r>
            <w:r>
              <w:rPr>
                <w:rStyle w:val="geo-inline-triangle-mark"/>
                <w:rFonts w:ascii="STIX Two Math" w:hAnsi="STIX Two Math" w:cs="STIX Two Math"/>
              </w:rPr>
              <w:t>△</w:t>
            </w:r>
          </w:p>
        </w:tc>
        <w:tc>
          <w:tcPr>
            <w:tcW w:w="4590" w:type="dxa"/>
            <w:tcMar>
              <w:top w:w="90" w:type="dxa"/>
              <w:left w:w="150" w:type="dxa"/>
              <w:bottom w:w="90" w:type="dxa"/>
              <w:right w:w="150" w:type="dxa"/>
            </w:tcMar>
            <w:hideMark/>
          </w:tcPr>
          <w:p w14:paraId="59AFB91A" w14:textId="77777777" w:rsidR="004E58B1" w:rsidRPr="00AA4C12" w:rsidRDefault="004E58B1" w:rsidP="004D19EC">
            <w:pPr>
              <w:spacing w:after="0" w:line="240" w:lineRule="auto"/>
              <w:rPr>
                <w:rFonts w:eastAsia="Helvetica Neue" w:cs="Helvetica Neue"/>
                <w:color w:val="1F2933"/>
              </w:rPr>
            </w:pPr>
            <w:r w:rsidRPr="00AA4C12">
              <w:rPr>
                <w:rFonts w:eastAsia="Helvetica Neue" w:cs="Helvetica Neue"/>
                <w:color w:val="1F2933"/>
              </w:rPr>
              <w:t>Triangle / figure</w:t>
            </w:r>
          </w:p>
        </w:tc>
      </w:tr>
      <w:tr w:rsidR="004E58B1" w:rsidRPr="00AA4C12" w14:paraId="37090B71" w14:textId="77777777" w:rsidTr="004E58B1">
        <w:tc>
          <w:tcPr>
            <w:tcW w:w="2610" w:type="dxa"/>
            <w:tcMar>
              <w:top w:w="90" w:type="dxa"/>
              <w:left w:w="150" w:type="dxa"/>
              <w:bottom w:w="90" w:type="dxa"/>
              <w:right w:w="150" w:type="dxa"/>
            </w:tcMar>
            <w:hideMark/>
          </w:tcPr>
          <w:p w14:paraId="1953CEDC" w14:textId="6E3BF076" w:rsidR="004E58B1" w:rsidRPr="00AA4C12" w:rsidRDefault="00616113" w:rsidP="00616113">
            <w:pPr>
              <w:spacing w:after="0" w:line="240" w:lineRule="auto"/>
              <w:rPr>
                <w:rFonts w:eastAsia="Helvetica Neue" w:cs="Helvetica Neue"/>
                <w:color w:val="1F2933"/>
              </w:rPr>
            </w:pPr>
            <w:r w:rsidRPr="00616113">
              <w:rPr>
                <w:rStyle w:val="geo-typing-host"/>
                <w:rFonts w:ascii="inherit" w:hAnsi="inherit"/>
                <w:noProof/>
              </w:rPr>
              <w:drawing>
                <wp:anchor distT="0" distB="0" distL="114300" distR="114300" simplePos="0" relativeHeight="251728896" behindDoc="1" locked="0" layoutInCell="1" allowOverlap="1" wp14:anchorId="1767CF14" wp14:editId="563E2E74">
                  <wp:simplePos x="0" y="0"/>
                  <wp:positionH relativeFrom="column">
                    <wp:posOffset>170815</wp:posOffset>
                  </wp:positionH>
                  <wp:positionV relativeFrom="paragraph">
                    <wp:posOffset>-40964</wp:posOffset>
                  </wp:positionV>
                  <wp:extent cx="1125220" cy="246380"/>
                  <wp:effectExtent l="0" t="0" r="5080" b="0"/>
                  <wp:wrapNone/>
                  <wp:docPr id="7184678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467861" name=""/>
                          <pic:cNvPicPr/>
                        </pic:nvPicPr>
                        <pic:blipFill>
                          <a:blip r:embed="rId77"/>
                          <a:stretch>
                            <a:fillRect/>
                          </a:stretch>
                        </pic:blipFill>
                        <pic:spPr>
                          <a:xfrm>
                            <a:off x="0" y="0"/>
                            <a:ext cx="1125220" cy="246380"/>
                          </a:xfrm>
                          <a:prstGeom prst="rect">
                            <a:avLst/>
                          </a:prstGeom>
                        </pic:spPr>
                      </pic:pic>
                    </a:graphicData>
                  </a:graphic>
                  <wp14:sizeRelH relativeFrom="page">
                    <wp14:pctWidth>0</wp14:pctWidth>
                  </wp14:sizeRelH>
                  <wp14:sizeRelV relativeFrom="page">
                    <wp14:pctHeight>0</wp14:pctHeight>
                  </wp14:sizeRelV>
                </wp:anchor>
              </w:drawing>
            </w:r>
            <w:r>
              <w:rPr>
                <w:rFonts w:eastAsia="Helvetica Neue" w:cs="Helvetica Neue"/>
                <w:color w:val="1F2933"/>
              </w:rPr>
              <w:t xml:space="preserve">            or        or</w:t>
            </w:r>
          </w:p>
        </w:tc>
        <w:tc>
          <w:tcPr>
            <w:tcW w:w="4590" w:type="dxa"/>
            <w:tcMar>
              <w:top w:w="90" w:type="dxa"/>
              <w:left w:w="150" w:type="dxa"/>
              <w:bottom w:w="90" w:type="dxa"/>
              <w:right w:w="150" w:type="dxa"/>
            </w:tcMar>
            <w:hideMark/>
          </w:tcPr>
          <w:p w14:paraId="3F338884" w14:textId="77777777" w:rsidR="004E58B1" w:rsidRPr="00AA4C12" w:rsidRDefault="004E58B1" w:rsidP="004D19EC">
            <w:pPr>
              <w:spacing w:after="0" w:line="240" w:lineRule="auto"/>
              <w:rPr>
                <w:rFonts w:eastAsia="Helvetica Neue" w:cs="Helvetica Neue"/>
                <w:color w:val="1F2933"/>
              </w:rPr>
            </w:pPr>
            <w:r w:rsidRPr="00AA4C12">
              <w:rPr>
                <w:rFonts w:eastAsia="Helvetica Neue" w:cs="Helvetica Neue"/>
                <w:color w:val="1F2933"/>
              </w:rPr>
              <w:t>Segment / line / ray</w:t>
            </w:r>
          </w:p>
        </w:tc>
      </w:tr>
      <w:tr w:rsidR="004E58B1" w:rsidRPr="00AA4C12" w14:paraId="57E0E91A" w14:textId="77777777" w:rsidTr="004E58B1">
        <w:tc>
          <w:tcPr>
            <w:tcW w:w="2610" w:type="dxa"/>
            <w:tcMar>
              <w:top w:w="90" w:type="dxa"/>
              <w:left w:w="150" w:type="dxa"/>
              <w:bottom w:w="90" w:type="dxa"/>
              <w:right w:w="150" w:type="dxa"/>
            </w:tcMar>
            <w:hideMark/>
          </w:tcPr>
          <w:p w14:paraId="7108BF92" w14:textId="0280ADA0" w:rsidR="004E58B1" w:rsidRPr="00AA4C12" w:rsidRDefault="00C13D27" w:rsidP="004E58B1">
            <w:pPr>
              <w:spacing w:after="0" w:line="240" w:lineRule="auto"/>
              <w:jc w:val="center"/>
              <w:rPr>
                <w:rFonts w:eastAsia="Helvetica Neue" w:cs="Helvetica Neue"/>
                <w:color w:val="1F2933"/>
              </w:rPr>
            </w:pPr>
            <w:r>
              <w:rPr>
                <w:rStyle w:val="geo-inline-angle-mark"/>
                <w:rFonts w:ascii="STIX Two Math" w:hAnsi="STIX Two Math" w:cs="STIX Two Math"/>
              </w:rPr>
              <w:t>∠</w:t>
            </w:r>
          </w:p>
        </w:tc>
        <w:tc>
          <w:tcPr>
            <w:tcW w:w="4590" w:type="dxa"/>
            <w:tcMar>
              <w:top w:w="90" w:type="dxa"/>
              <w:left w:w="150" w:type="dxa"/>
              <w:bottom w:w="90" w:type="dxa"/>
              <w:right w:w="150" w:type="dxa"/>
            </w:tcMar>
            <w:hideMark/>
          </w:tcPr>
          <w:p w14:paraId="77AA35DA" w14:textId="77777777" w:rsidR="004E58B1" w:rsidRPr="00AA4C12" w:rsidRDefault="004E58B1" w:rsidP="004D19EC">
            <w:pPr>
              <w:spacing w:after="0" w:line="240" w:lineRule="auto"/>
              <w:rPr>
                <w:rFonts w:eastAsia="Helvetica Neue" w:cs="Helvetica Neue"/>
                <w:color w:val="1F2933"/>
              </w:rPr>
            </w:pPr>
            <w:r w:rsidRPr="00AA4C12">
              <w:rPr>
                <w:rFonts w:eastAsia="Helvetica Neue" w:cs="Helvetica Neue"/>
                <w:color w:val="1F2933"/>
              </w:rPr>
              <w:t>Angle</w:t>
            </w:r>
          </w:p>
        </w:tc>
      </w:tr>
      <w:tr w:rsidR="004E58B1" w:rsidRPr="00AA4C12" w14:paraId="437C2A90" w14:textId="77777777" w:rsidTr="004E58B1">
        <w:tc>
          <w:tcPr>
            <w:tcW w:w="2610" w:type="dxa"/>
            <w:tcMar>
              <w:top w:w="90" w:type="dxa"/>
              <w:left w:w="150" w:type="dxa"/>
              <w:bottom w:w="90" w:type="dxa"/>
              <w:right w:w="150" w:type="dxa"/>
            </w:tcMar>
            <w:hideMark/>
          </w:tcPr>
          <w:p w14:paraId="6A5B5C7D" w14:textId="612D449C" w:rsidR="004E58B1" w:rsidRPr="00AA4C12" w:rsidRDefault="00C13D27" w:rsidP="004E58B1">
            <w:pPr>
              <w:spacing w:after="0" w:line="240" w:lineRule="auto"/>
              <w:jc w:val="center"/>
              <w:rPr>
                <w:rFonts w:eastAsia="Helvetica Neue" w:cs="Helvetica Neue"/>
                <w:color w:val="1F2933"/>
              </w:rPr>
            </w:pPr>
            <w:r>
              <w:rPr>
                <w:rStyle w:val="geo-symbol"/>
                <w:rFonts w:ascii="STIX Two Math" w:hAnsi="STIX Two Math" w:cs="STIX Two Math"/>
                <w:spacing w:val="10"/>
              </w:rPr>
              <w:t>∥</w:t>
            </w:r>
          </w:p>
        </w:tc>
        <w:tc>
          <w:tcPr>
            <w:tcW w:w="4590" w:type="dxa"/>
            <w:tcMar>
              <w:top w:w="90" w:type="dxa"/>
              <w:left w:w="150" w:type="dxa"/>
              <w:bottom w:w="90" w:type="dxa"/>
              <w:right w:w="150" w:type="dxa"/>
            </w:tcMar>
            <w:hideMark/>
          </w:tcPr>
          <w:p w14:paraId="4DF823A4" w14:textId="77777777" w:rsidR="004E58B1" w:rsidRPr="00AA4C12" w:rsidRDefault="004E58B1" w:rsidP="004D19EC">
            <w:pPr>
              <w:spacing w:after="0" w:line="240" w:lineRule="auto"/>
              <w:rPr>
                <w:rFonts w:eastAsia="Helvetica Neue" w:cs="Helvetica Neue"/>
                <w:color w:val="1F2933"/>
              </w:rPr>
            </w:pPr>
            <w:r w:rsidRPr="00AA4C12">
              <w:rPr>
                <w:rFonts w:eastAsia="Helvetica Neue" w:cs="Helvetica Neue"/>
                <w:color w:val="1F2933"/>
              </w:rPr>
              <w:t>Parallel</w:t>
            </w:r>
          </w:p>
        </w:tc>
      </w:tr>
      <w:tr w:rsidR="004E58B1" w:rsidRPr="00AA4C12" w14:paraId="3AB03A51" w14:textId="77777777" w:rsidTr="004E58B1">
        <w:tc>
          <w:tcPr>
            <w:tcW w:w="2610" w:type="dxa"/>
            <w:tcMar>
              <w:top w:w="90" w:type="dxa"/>
              <w:left w:w="150" w:type="dxa"/>
              <w:bottom w:w="90" w:type="dxa"/>
              <w:right w:w="150" w:type="dxa"/>
            </w:tcMar>
            <w:hideMark/>
          </w:tcPr>
          <w:p w14:paraId="0D79A3F1" w14:textId="4F33FF6C" w:rsidR="004E58B1" w:rsidRPr="00AA4C12" w:rsidRDefault="00C13D27" w:rsidP="004E58B1">
            <w:pPr>
              <w:spacing w:after="0" w:line="240" w:lineRule="auto"/>
              <w:jc w:val="center"/>
              <w:rPr>
                <w:rFonts w:eastAsia="Helvetica Neue" w:cs="Helvetica Neue"/>
                <w:color w:val="1F2933"/>
              </w:rPr>
            </w:pPr>
            <w:r>
              <w:rPr>
                <w:rStyle w:val="geo-symbol"/>
                <w:rFonts w:ascii="Cambria Math" w:hAnsi="Cambria Math" w:cs="Cambria Math"/>
                <w:b/>
                <w:bCs/>
              </w:rPr>
              <w:t>⊥</w:t>
            </w:r>
          </w:p>
        </w:tc>
        <w:tc>
          <w:tcPr>
            <w:tcW w:w="4590" w:type="dxa"/>
            <w:tcMar>
              <w:top w:w="90" w:type="dxa"/>
              <w:left w:w="150" w:type="dxa"/>
              <w:bottom w:w="90" w:type="dxa"/>
              <w:right w:w="150" w:type="dxa"/>
            </w:tcMar>
            <w:hideMark/>
          </w:tcPr>
          <w:p w14:paraId="0E930EEC" w14:textId="77777777" w:rsidR="004E58B1" w:rsidRPr="00AA4C12" w:rsidRDefault="004E58B1" w:rsidP="004D19EC">
            <w:pPr>
              <w:spacing w:after="0" w:line="240" w:lineRule="auto"/>
              <w:rPr>
                <w:rFonts w:eastAsia="Helvetica Neue" w:cs="Helvetica Neue"/>
                <w:color w:val="1F2933"/>
              </w:rPr>
            </w:pPr>
            <w:r w:rsidRPr="00AA4C12">
              <w:rPr>
                <w:rFonts w:eastAsia="Helvetica Neue" w:cs="Helvetica Neue"/>
                <w:color w:val="1F2933"/>
              </w:rPr>
              <w:t>Perpendicular</w:t>
            </w:r>
          </w:p>
        </w:tc>
      </w:tr>
      <w:tr w:rsidR="004E58B1" w:rsidRPr="00AA4C12" w14:paraId="3CC6135C" w14:textId="77777777" w:rsidTr="004E58B1">
        <w:tc>
          <w:tcPr>
            <w:tcW w:w="2610" w:type="dxa"/>
            <w:tcMar>
              <w:top w:w="90" w:type="dxa"/>
              <w:left w:w="150" w:type="dxa"/>
              <w:bottom w:w="90" w:type="dxa"/>
              <w:right w:w="150" w:type="dxa"/>
            </w:tcMar>
            <w:hideMark/>
          </w:tcPr>
          <w:p w14:paraId="15BA1350" w14:textId="0FB0939C" w:rsidR="004E58B1" w:rsidRPr="00AA4C12" w:rsidRDefault="004E58B1" w:rsidP="004E58B1">
            <w:pPr>
              <w:spacing w:after="0" w:line="240" w:lineRule="auto"/>
              <w:jc w:val="center"/>
              <w:rPr>
                <w:rFonts w:eastAsia="Helvetica Neue" w:cs="Helvetica Neue"/>
                <w:color w:val="1F2933"/>
              </w:rPr>
            </w:pPr>
            <w:r w:rsidRPr="00AA4C12">
              <w:rPr>
                <w:rFonts w:eastAsia="Helvetica Neue" w:cs="Helvetica Neue"/>
                <w:color w:val="1F2933"/>
              </w:rPr>
              <w:t xml:space="preserve">= </w:t>
            </w:r>
            <w:r w:rsidR="00C13D27">
              <w:rPr>
                <w:rFonts w:eastAsia="Helvetica Neue" w:cs="Helvetica Neue"/>
                <w:color w:val="1F2933"/>
              </w:rPr>
              <w:t>or</w:t>
            </w:r>
            <w:r w:rsidRPr="00AA4C12">
              <w:rPr>
                <w:rFonts w:eastAsia="Helvetica Neue" w:cs="Helvetica Neue"/>
                <w:color w:val="1F2933"/>
              </w:rPr>
              <w:t xml:space="preserve"> °</w:t>
            </w:r>
          </w:p>
        </w:tc>
        <w:tc>
          <w:tcPr>
            <w:tcW w:w="4590" w:type="dxa"/>
            <w:tcMar>
              <w:top w:w="90" w:type="dxa"/>
              <w:left w:w="150" w:type="dxa"/>
              <w:bottom w:w="90" w:type="dxa"/>
              <w:right w:w="150" w:type="dxa"/>
            </w:tcMar>
            <w:hideMark/>
          </w:tcPr>
          <w:p w14:paraId="1E83AE65" w14:textId="77777777" w:rsidR="004E58B1" w:rsidRPr="00AA4C12" w:rsidRDefault="004E58B1" w:rsidP="004D19EC">
            <w:pPr>
              <w:spacing w:after="0" w:line="240" w:lineRule="auto"/>
              <w:rPr>
                <w:rFonts w:eastAsia="Helvetica Neue" w:cs="Helvetica Neue"/>
                <w:color w:val="1F2933"/>
              </w:rPr>
            </w:pPr>
            <w:r w:rsidRPr="00AA4C12">
              <w:rPr>
                <w:rFonts w:eastAsia="Helvetica Neue" w:cs="Helvetica Neue"/>
                <w:color w:val="1F2933"/>
              </w:rPr>
              <w:t>Generic / number / measure</w:t>
            </w:r>
          </w:p>
        </w:tc>
      </w:tr>
    </w:tbl>
    <w:p w14:paraId="776DEE16" w14:textId="29EE1040" w:rsidR="004E58B1" w:rsidRDefault="004E58B1" w:rsidP="004E58B1">
      <w:pPr>
        <w:pStyle w:val="ListBullet"/>
        <w:numPr>
          <w:ilvl w:val="0"/>
          <w:numId w:val="0"/>
        </w:numPr>
        <w:spacing w:after="80"/>
        <w:ind w:left="720"/>
      </w:pPr>
    </w:p>
    <w:p w14:paraId="60E3AD20" w14:textId="0AA80822" w:rsidR="00616113" w:rsidRDefault="00377934" w:rsidP="00377934">
      <w:pPr>
        <w:pStyle w:val="ListBullet"/>
        <w:numPr>
          <w:ilvl w:val="0"/>
          <w:numId w:val="0"/>
        </w:numPr>
        <w:spacing w:after="80"/>
        <w:ind w:left="720"/>
      </w:pPr>
      <w:r>
        <w:t>If</w:t>
      </w:r>
      <w:r w:rsidRPr="00377934">
        <w:t xml:space="preserve"> a box is checked</w:t>
      </w:r>
      <w:r>
        <w:t xml:space="preserve"> and </w:t>
      </w:r>
      <w:r w:rsidRPr="00377934">
        <w:t xml:space="preserve">you remove the associated symbol, </w:t>
      </w:r>
      <w:r>
        <w:t>the program</w:t>
      </w:r>
      <w:r w:rsidRPr="00377934">
        <w:t xml:space="preserve"> won’t automatically uncheck</w:t>
      </w:r>
      <w:r>
        <w:t xml:space="preserve"> the box</w:t>
      </w:r>
      <w:r w:rsidRPr="00377934">
        <w:t xml:space="preserve">. You can uncheck it, if it is not relevant. </w:t>
      </w:r>
      <w:r w:rsidR="00664FB9" w:rsidRPr="00377934">
        <w:t xml:space="preserve">The program cannot identify every possible claim automatically. </w:t>
      </w:r>
      <w:r w:rsidRPr="00377934">
        <w:t>For example, a given such as “</w:t>
      </w:r>
      <w:r>
        <w:t>ABCD</w:t>
      </w:r>
      <w:r w:rsidRPr="00377934">
        <w:t xml:space="preserve"> is a trapezoid” won’t </w:t>
      </w:r>
      <w:r>
        <w:t>result in a checked box</w:t>
      </w:r>
      <w:r w:rsidRPr="00377934">
        <w:t xml:space="preserve">. You would need to click the </w:t>
      </w:r>
      <w:r>
        <w:t xml:space="preserve">“Triangle / </w:t>
      </w:r>
      <w:r w:rsidRPr="00377934">
        <w:t>figure</w:t>
      </w:r>
      <w:r>
        <w:t>”</w:t>
      </w:r>
      <w:r w:rsidRPr="00377934">
        <w:t xml:space="preserve"> </w:t>
      </w:r>
      <w:r w:rsidRPr="00377934">
        <w:lastRenderedPageBreak/>
        <w:t xml:space="preserve">option manually. </w:t>
      </w:r>
      <w:r w:rsidR="00616113">
        <w:t xml:space="preserve">If you don’t plan to use one of </w:t>
      </w:r>
      <w:r>
        <w:t>the automatically checked boxes</w:t>
      </w:r>
      <w:r w:rsidR="00616113">
        <w:t xml:space="preserve"> or need another that is justifiable, you can check and uncheck to make changes as needed. </w:t>
      </w:r>
    </w:p>
    <w:p w14:paraId="0BD58ED3" w14:textId="77777777" w:rsidR="00EF73A8" w:rsidRPr="004E58B1" w:rsidRDefault="00EF73A8" w:rsidP="00377934">
      <w:pPr>
        <w:pStyle w:val="ListBullet"/>
        <w:numPr>
          <w:ilvl w:val="0"/>
          <w:numId w:val="0"/>
        </w:numPr>
        <w:spacing w:after="8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03"/>
      </w:tblGrid>
      <w:tr w:rsidR="00790921" w14:paraId="42FCAA6E" w14:textId="77777777" w:rsidTr="004D19EC">
        <w:trPr>
          <w:trHeight w:val="1375"/>
        </w:trPr>
        <w:tc>
          <w:tcPr>
            <w:tcW w:w="9360" w:type="dxa"/>
            <w:tcBorders>
              <w:top w:val="single" w:sz="12" w:space="0" w:color="2E5B9C"/>
              <w:left w:val="single" w:sz="24" w:space="0" w:color="2E5B9C"/>
              <w:bottom w:val="single" w:sz="12" w:space="0" w:color="2E5B9C"/>
              <w:right w:val="single" w:sz="12" w:space="0" w:color="2E5B9C"/>
            </w:tcBorders>
            <w:shd w:val="clear" w:color="auto" w:fill="E8F0FA"/>
            <w:tcMar>
              <w:top w:w="80" w:type="dxa"/>
              <w:left w:w="120" w:type="dxa"/>
              <w:bottom w:w="80" w:type="dxa"/>
              <w:right w:w="120" w:type="dxa"/>
            </w:tcMar>
          </w:tcPr>
          <w:p w14:paraId="539FE9C2" w14:textId="0296E30F" w:rsidR="00790921" w:rsidRDefault="00790921" w:rsidP="004D19EC">
            <w:pPr>
              <w:spacing w:after="60"/>
            </w:pPr>
            <w:r>
              <w:rPr>
                <w:rFonts w:ascii="Calibri" w:eastAsia="Calibri" w:hAnsi="Calibri" w:cs="Calibri"/>
                <w:b/>
                <w:bCs/>
                <w:color w:val="2E5B9C"/>
                <w:sz w:val="20"/>
                <w:szCs w:val="20"/>
              </w:rPr>
              <w:t>Tip — Proofs develop in different directions</w:t>
            </w:r>
          </w:p>
          <w:p w14:paraId="030AEDE4" w14:textId="77777777" w:rsidR="00790921" w:rsidRPr="00790921" w:rsidRDefault="00790921" w:rsidP="00790921">
            <w:pPr>
              <w:spacing w:after="80"/>
              <w:rPr>
                <w:rFonts w:ascii="Calibri" w:eastAsia="Calibri" w:hAnsi="Calibri" w:cs="Calibri"/>
                <w:color w:val="1F2933"/>
                <w:sz w:val="20"/>
                <w:szCs w:val="20"/>
              </w:rPr>
            </w:pPr>
            <w:r w:rsidRPr="00790921">
              <w:rPr>
                <w:rFonts w:ascii="Calibri" w:eastAsia="Calibri" w:hAnsi="Calibri" w:cs="Calibri"/>
                <w:color w:val="1F2933"/>
                <w:sz w:val="20"/>
                <w:szCs w:val="20"/>
              </w:rPr>
              <w:t xml:space="preserve">You cannot add middle (deduction) claims until Givens and To Prove each contain at least one claim. This requirement helps you focus on your starting points and objective. Once in place, you can then consider ways to move forward from your givens and also backward from your To Prove. </w:t>
            </w:r>
          </w:p>
          <w:p w14:paraId="5554E52C" w14:textId="02C8482E" w:rsidR="00790921" w:rsidRPr="00790921" w:rsidRDefault="00790921" w:rsidP="00790921">
            <w:pPr>
              <w:spacing w:after="80"/>
              <w:rPr>
                <w:rFonts w:ascii="Calibri" w:eastAsia="Calibri" w:hAnsi="Calibri" w:cs="Calibri"/>
                <w:color w:val="1F2933"/>
                <w:sz w:val="20"/>
                <w:szCs w:val="20"/>
              </w:rPr>
            </w:pPr>
            <w:r w:rsidRPr="00790921">
              <w:rPr>
                <w:rFonts w:ascii="Calibri" w:eastAsia="Calibri" w:hAnsi="Calibri" w:cs="Calibri"/>
                <w:color w:val="1F2933"/>
                <w:sz w:val="20"/>
                <w:szCs w:val="20"/>
              </w:rPr>
              <w:t xml:space="preserve">As you explore options, you are looking for ways to shrink the distance between the claims that build on your Givens and the claims that you think might lead to your To Prove. If you are not finding connections, save a </w:t>
            </w:r>
            <w:r>
              <w:rPr>
                <w:rFonts w:ascii="Calibri" w:eastAsia="Calibri" w:hAnsi="Calibri" w:cs="Calibri"/>
                <w:color w:val="1F2933"/>
                <w:sz w:val="20"/>
                <w:szCs w:val="20"/>
              </w:rPr>
              <w:t xml:space="preserve">current </w:t>
            </w:r>
            <w:r w:rsidRPr="00790921">
              <w:rPr>
                <w:rFonts w:ascii="Calibri" w:eastAsia="Calibri" w:hAnsi="Calibri" w:cs="Calibri"/>
                <w:color w:val="1F2933"/>
                <w:sz w:val="20"/>
                <w:szCs w:val="20"/>
              </w:rPr>
              <w:t xml:space="preserve">version of your work and </w:t>
            </w:r>
            <w:r>
              <w:rPr>
                <w:rFonts w:ascii="Calibri" w:eastAsia="Calibri" w:hAnsi="Calibri" w:cs="Calibri"/>
                <w:color w:val="1F2933"/>
                <w:sz w:val="20"/>
                <w:szCs w:val="20"/>
              </w:rPr>
              <w:t xml:space="preserve">start a new version. Then, </w:t>
            </w:r>
            <w:r w:rsidRPr="00790921">
              <w:rPr>
                <w:rFonts w:ascii="Calibri" w:eastAsia="Calibri" w:hAnsi="Calibri" w:cs="Calibri"/>
                <w:color w:val="1F2933"/>
                <w:sz w:val="20"/>
                <w:szCs w:val="20"/>
              </w:rPr>
              <w:t xml:space="preserve">try removing some claims and considering alternative paths that follow from your Givens and </w:t>
            </w:r>
            <w:r w:rsidR="00664FB9">
              <w:rPr>
                <w:rFonts w:ascii="Calibri" w:eastAsia="Calibri" w:hAnsi="Calibri" w:cs="Calibri"/>
                <w:color w:val="1F2933"/>
                <w:sz w:val="20"/>
                <w:szCs w:val="20"/>
              </w:rPr>
              <w:t>might</w:t>
            </w:r>
            <w:r w:rsidRPr="00790921">
              <w:rPr>
                <w:rFonts w:ascii="Calibri" w:eastAsia="Calibri" w:hAnsi="Calibri" w:cs="Calibri"/>
                <w:color w:val="1F2933"/>
                <w:sz w:val="20"/>
                <w:szCs w:val="20"/>
              </w:rPr>
              <w:t xml:space="preserve"> lead to your To Prove. </w:t>
            </w:r>
          </w:p>
          <w:p w14:paraId="38D79F07" w14:textId="03D7541F" w:rsidR="00790921" w:rsidRPr="00471A96" w:rsidRDefault="00790921" w:rsidP="00790921">
            <w:pPr>
              <w:spacing w:after="80"/>
              <w:rPr>
                <w:color w:val="E36C0A" w:themeColor="accent6" w:themeShade="BF"/>
              </w:rPr>
            </w:pPr>
            <w:r w:rsidRPr="00790921">
              <w:rPr>
                <w:rFonts w:ascii="Calibri" w:eastAsia="Calibri" w:hAnsi="Calibri" w:cs="Calibri"/>
                <w:color w:val="1F2933"/>
                <w:sz w:val="20"/>
                <w:szCs w:val="20"/>
              </w:rPr>
              <w:t>Sometimes,</w:t>
            </w:r>
            <w:r>
              <w:rPr>
                <w:rFonts w:ascii="Calibri" w:eastAsia="Calibri" w:hAnsi="Calibri" w:cs="Calibri"/>
                <w:color w:val="1F2933"/>
                <w:sz w:val="20"/>
                <w:szCs w:val="20"/>
              </w:rPr>
              <w:t xml:space="preserve"> you may have an idea for a sequence of steps that might occur somewhere in the middle of your proof. Add more columns and add those ideas </w:t>
            </w:r>
            <w:r w:rsidR="00664FB9">
              <w:rPr>
                <w:rFonts w:ascii="Calibri" w:eastAsia="Calibri" w:hAnsi="Calibri" w:cs="Calibri"/>
                <w:color w:val="1F2933"/>
                <w:sz w:val="20"/>
                <w:szCs w:val="20"/>
              </w:rPr>
              <w:t xml:space="preserve">(even with no justification initially) </w:t>
            </w:r>
            <w:r>
              <w:rPr>
                <w:rFonts w:ascii="Calibri" w:eastAsia="Calibri" w:hAnsi="Calibri" w:cs="Calibri"/>
                <w:color w:val="1F2933"/>
                <w:sz w:val="20"/>
                <w:szCs w:val="20"/>
              </w:rPr>
              <w:t xml:space="preserve">and then work to fill the remaining gaps on either side. If your idea is a workable option, you have just shrunk the gaps you need to bridge. </w:t>
            </w:r>
          </w:p>
        </w:tc>
      </w:tr>
    </w:tbl>
    <w:p w14:paraId="6B5982A0" w14:textId="5203FBF7" w:rsidR="00AA4C12" w:rsidRDefault="00000000" w:rsidP="00377934">
      <w:pPr>
        <w:pStyle w:val="ListBullet"/>
        <w:numPr>
          <w:ilvl w:val="0"/>
          <w:numId w:val="0"/>
        </w:numPr>
        <w:spacing w:after="80"/>
        <w:ind w:left="360"/>
      </w:pPr>
      <w:r>
        <w:rPr>
          <w:rFonts w:eastAsia="Helvetica Neue" w:cs="Helvetica Neue"/>
          <w:color w:val="1F2933"/>
        </w:rPr>
        <w:t xml:space="preserve"> </w:t>
      </w:r>
    </w:p>
    <w:p w14:paraId="07AB5AF7" w14:textId="03A8E0B7" w:rsidR="0024373F" w:rsidRPr="0024373F" w:rsidRDefault="00377934" w:rsidP="0024373F">
      <w:pPr>
        <w:spacing w:before="240" w:after="160"/>
        <w:rPr>
          <w:rFonts w:eastAsia="Helvetica Neue" w:cs="Helvetica Neue"/>
          <w:b/>
          <w:color w:val="2E5B9C"/>
          <w:sz w:val="28"/>
        </w:rPr>
      </w:pPr>
      <w:bookmarkStart w:id="6" w:name="Justifications"/>
      <w:bookmarkEnd w:id="6"/>
      <w:r>
        <w:rPr>
          <w:rFonts w:eastAsia="Helvetica Neue" w:cs="Helvetica Neue"/>
          <w:b/>
          <w:color w:val="2E5B9C"/>
          <w:sz w:val="28"/>
        </w:rPr>
        <w:t>Justifications</w:t>
      </w:r>
    </w:p>
    <w:p w14:paraId="53CD6CF4" w14:textId="0475E781" w:rsidR="0024373F" w:rsidRDefault="00E42312" w:rsidP="0024373F">
      <w:pPr>
        <w:spacing w:after="160"/>
      </w:pPr>
      <w:r>
        <w:rPr>
          <w:rFonts w:eastAsia="Helvetica Neue" w:cs="Helvetica Neue"/>
          <w:color w:val="1F2933"/>
        </w:rPr>
        <w:t>The third component of GeoProof Studio is a library of geometry d</w:t>
      </w:r>
      <w:r w:rsidR="0024373F">
        <w:rPr>
          <w:rFonts w:eastAsia="Helvetica Neue" w:cs="Helvetica Neue"/>
          <w:color w:val="1F2933"/>
        </w:rPr>
        <w:t xml:space="preserve">efinitions, </w:t>
      </w:r>
      <w:r>
        <w:rPr>
          <w:rFonts w:eastAsia="Helvetica Neue" w:cs="Helvetica Neue"/>
          <w:color w:val="1F2933"/>
        </w:rPr>
        <w:t>p</w:t>
      </w:r>
      <w:r w:rsidR="0024373F">
        <w:rPr>
          <w:rFonts w:eastAsia="Helvetica Neue" w:cs="Helvetica Neue"/>
          <w:color w:val="1F2933"/>
        </w:rPr>
        <w:t xml:space="preserve">ostulates, </w:t>
      </w:r>
      <w:r>
        <w:rPr>
          <w:rFonts w:eastAsia="Helvetica Neue" w:cs="Helvetica Neue"/>
          <w:color w:val="1F2933"/>
        </w:rPr>
        <w:t>t</w:t>
      </w:r>
      <w:r w:rsidR="0024373F">
        <w:rPr>
          <w:rFonts w:eastAsia="Helvetica Neue" w:cs="Helvetica Neue"/>
          <w:color w:val="1F2933"/>
        </w:rPr>
        <w:t xml:space="preserve">heorems, </w:t>
      </w:r>
      <w:r>
        <w:rPr>
          <w:rFonts w:eastAsia="Helvetica Neue" w:cs="Helvetica Neue"/>
          <w:color w:val="1F2933"/>
        </w:rPr>
        <w:t>and algebraic p</w:t>
      </w:r>
      <w:r w:rsidR="0024373F">
        <w:rPr>
          <w:rFonts w:eastAsia="Helvetica Neue" w:cs="Helvetica Neue"/>
          <w:color w:val="1F2933"/>
        </w:rPr>
        <w:t>roperties</w:t>
      </w:r>
      <w:r>
        <w:rPr>
          <w:rFonts w:eastAsia="Helvetica Neue" w:cs="Helvetica Neue"/>
          <w:color w:val="1F2933"/>
        </w:rPr>
        <w:t xml:space="preserve"> (which are also postulates)</w:t>
      </w:r>
      <w:r w:rsidR="0024373F">
        <w:rPr>
          <w:rFonts w:eastAsia="Helvetica Neue" w:cs="Helvetica Neue"/>
          <w:color w:val="1F2933"/>
        </w:rPr>
        <w:t xml:space="preserve">. </w:t>
      </w:r>
      <w:r>
        <w:rPr>
          <w:rFonts w:eastAsia="Helvetica Neue" w:cs="Helvetica Neue"/>
          <w:color w:val="1F2933"/>
        </w:rPr>
        <w:t xml:space="preserve">When you click on the </w:t>
      </w:r>
      <w:r w:rsidRPr="001810E9">
        <w:rPr>
          <w:rFonts w:eastAsia="Helvetica Neue" w:cs="Helvetica Neue"/>
          <w:b/>
          <w:bCs/>
          <w:color w:val="1F2933"/>
        </w:rPr>
        <w:t xml:space="preserve">Choose </w:t>
      </w:r>
      <w:r w:rsidR="001810E9">
        <w:rPr>
          <w:rFonts w:eastAsia="Helvetica Neue" w:cs="Helvetica Neue"/>
          <w:b/>
          <w:bCs/>
          <w:color w:val="1F2933"/>
        </w:rPr>
        <w:t>j</w:t>
      </w:r>
      <w:r w:rsidRPr="001810E9">
        <w:rPr>
          <w:rFonts w:eastAsia="Helvetica Neue" w:cs="Helvetica Neue"/>
          <w:b/>
          <w:bCs/>
          <w:color w:val="1F2933"/>
        </w:rPr>
        <w:t>ustification</w:t>
      </w:r>
      <w:r w:rsidR="001810E9">
        <w:rPr>
          <w:rFonts w:eastAsia="Helvetica Neue" w:cs="Helvetica Neue"/>
          <w:b/>
          <w:bCs/>
          <w:color w:val="1F2933"/>
        </w:rPr>
        <w:t>…</w:t>
      </w:r>
      <w:r>
        <w:rPr>
          <w:rFonts w:eastAsia="Helvetica Neue" w:cs="Helvetica Neue"/>
          <w:color w:val="1F2933"/>
        </w:rPr>
        <w:t xml:space="preserve"> field or </w:t>
      </w:r>
      <w:r w:rsidRPr="001810E9">
        <w:rPr>
          <w:rFonts w:eastAsia="Helvetica Neue" w:cs="Helvetica Neue"/>
          <w:b/>
          <w:bCs/>
          <w:color w:val="1F2933"/>
        </w:rPr>
        <w:t>Browse</w:t>
      </w:r>
      <w:r>
        <w:rPr>
          <w:rFonts w:eastAsia="Helvetica Neue" w:cs="Helvetica Neue"/>
          <w:color w:val="1F2933"/>
        </w:rPr>
        <w:t xml:space="preserve"> button, the </w:t>
      </w:r>
      <w:r w:rsidR="004E4FA0">
        <w:rPr>
          <w:rFonts w:eastAsia="Helvetica Neue" w:cs="Helvetica Neue"/>
          <w:color w:val="1F2933"/>
        </w:rPr>
        <w:t>Justifications Library, shown</w:t>
      </w:r>
      <w:r>
        <w:rPr>
          <w:rFonts w:eastAsia="Helvetica Neue" w:cs="Helvetica Neue"/>
          <w:color w:val="1F2933"/>
        </w:rPr>
        <w:t xml:space="preserve"> below</w:t>
      </w:r>
      <w:r w:rsidR="004E4FA0">
        <w:rPr>
          <w:rFonts w:eastAsia="Helvetica Neue" w:cs="Helvetica Neue"/>
          <w:color w:val="1F2933"/>
        </w:rPr>
        <w:t>,</w:t>
      </w:r>
      <w:r>
        <w:rPr>
          <w:rFonts w:eastAsia="Helvetica Neue" w:cs="Helvetica Neue"/>
          <w:color w:val="1F2933"/>
        </w:rPr>
        <w:t xml:space="preserve"> will appear. </w:t>
      </w:r>
      <w:r w:rsidR="004E4FA0">
        <w:rPr>
          <w:rFonts w:eastAsia="Helvetica Neue" w:cs="Helvetica Neue"/>
          <w:color w:val="1F2933"/>
        </w:rPr>
        <w:t>If you</w:t>
      </w:r>
      <w:r>
        <w:rPr>
          <w:rFonts w:eastAsia="Helvetica Neue" w:cs="Helvetica Neue"/>
          <w:color w:val="1F2933"/>
        </w:rPr>
        <w:t xml:space="preserve"> know </w:t>
      </w:r>
      <w:r w:rsidR="004E4FA0">
        <w:rPr>
          <w:rFonts w:eastAsia="Helvetica Neue" w:cs="Helvetica Neue"/>
          <w:color w:val="1F2933"/>
        </w:rPr>
        <w:t>which</w:t>
      </w:r>
      <w:r>
        <w:rPr>
          <w:rFonts w:eastAsia="Helvetica Neue" w:cs="Helvetica Neue"/>
          <w:color w:val="1F2933"/>
        </w:rPr>
        <w:t xml:space="preserve"> justification you want</w:t>
      </w:r>
      <w:r w:rsidR="000471BF">
        <w:rPr>
          <w:rFonts w:eastAsia="Helvetica Neue" w:cs="Helvetica Neue"/>
          <w:color w:val="1F2933"/>
        </w:rPr>
        <w:t>,</w:t>
      </w:r>
      <w:r>
        <w:rPr>
          <w:rFonts w:eastAsia="Helvetica Neue" w:cs="Helvetica Neue"/>
          <w:color w:val="1F2933"/>
        </w:rPr>
        <w:t xml:space="preserve"> </w:t>
      </w:r>
      <w:r w:rsidR="004E4FA0" w:rsidRPr="004E4FA0">
        <w:rPr>
          <w:rFonts w:eastAsia="Helvetica Neue" w:cs="Helvetica Neue"/>
          <w:b/>
          <w:bCs/>
          <w:color w:val="1F2933"/>
        </w:rPr>
        <w:t>search by keyword</w:t>
      </w:r>
      <w:r w:rsidR="004E4FA0">
        <w:rPr>
          <w:rFonts w:eastAsia="Helvetica Neue" w:cs="Helvetica Neue"/>
          <w:color w:val="1F2933"/>
        </w:rPr>
        <w:t xml:space="preserve"> (such as “SSS” or “exterior”) to see which theorems, postulates, or definitions are a match. Y</w:t>
      </w:r>
      <w:r>
        <w:rPr>
          <w:rFonts w:eastAsia="Helvetica Neue" w:cs="Helvetica Neue"/>
          <w:color w:val="1F2933"/>
        </w:rPr>
        <w:t xml:space="preserve">ou may </w:t>
      </w:r>
      <w:r w:rsidR="004E4FA0">
        <w:rPr>
          <w:rFonts w:eastAsia="Helvetica Neue" w:cs="Helvetica Neue"/>
          <w:color w:val="1F2933"/>
        </w:rPr>
        <w:t xml:space="preserve">not </w:t>
      </w:r>
      <w:r>
        <w:rPr>
          <w:rFonts w:eastAsia="Helvetica Neue" w:cs="Helvetica Neue"/>
          <w:color w:val="1F2933"/>
        </w:rPr>
        <w:t xml:space="preserve">know </w:t>
      </w:r>
      <w:r w:rsidR="004E4FA0">
        <w:rPr>
          <w:rFonts w:eastAsia="Helvetica Neue" w:cs="Helvetica Neue"/>
          <w:color w:val="1F2933"/>
        </w:rPr>
        <w:t>which justifications might meet your needs. In this case,</w:t>
      </w:r>
      <w:r>
        <w:rPr>
          <w:rFonts w:eastAsia="Helvetica Neue" w:cs="Helvetica Neue"/>
          <w:color w:val="1F2933"/>
        </w:rPr>
        <w:t xml:space="preserve"> </w:t>
      </w:r>
      <w:r w:rsidRPr="00E42312">
        <w:rPr>
          <w:rFonts w:eastAsia="Helvetica Neue" w:cs="Helvetica Neue"/>
          <w:b/>
          <w:bCs/>
          <w:color w:val="1F2933"/>
        </w:rPr>
        <w:t xml:space="preserve">choose a </w:t>
      </w:r>
      <w:r>
        <w:rPr>
          <w:rFonts w:eastAsia="Helvetica Neue" w:cs="Helvetica Neue"/>
          <w:b/>
          <w:bCs/>
          <w:color w:val="1F2933"/>
        </w:rPr>
        <w:t>t</w:t>
      </w:r>
      <w:r w:rsidRPr="00E42312">
        <w:rPr>
          <w:rFonts w:eastAsia="Helvetica Neue" w:cs="Helvetica Neue"/>
          <w:b/>
          <w:bCs/>
          <w:color w:val="1F2933"/>
        </w:rPr>
        <w:t>opic</w:t>
      </w:r>
      <w:r>
        <w:rPr>
          <w:rFonts w:eastAsia="Helvetica Neue" w:cs="Helvetica Neue"/>
          <w:color w:val="1F2933"/>
        </w:rPr>
        <w:t xml:space="preserve"> from the Topic menu below the search bar and then </w:t>
      </w:r>
      <w:r w:rsidR="004E4FA0">
        <w:rPr>
          <w:rFonts w:eastAsia="Helvetica Neue" w:cs="Helvetica Neue"/>
          <w:color w:val="1F2933"/>
        </w:rPr>
        <w:t>narrow down</w:t>
      </w:r>
      <w:r>
        <w:rPr>
          <w:rFonts w:eastAsia="Helvetica Neue" w:cs="Helvetica Neue"/>
          <w:color w:val="1F2933"/>
        </w:rPr>
        <w:t xml:space="preserve"> by type (</w:t>
      </w:r>
      <w:r w:rsidR="004E4FA0">
        <w:rPr>
          <w:rFonts w:eastAsia="Helvetica Neue" w:cs="Helvetica Neue"/>
          <w:color w:val="1F2933"/>
        </w:rPr>
        <w:t>D</w:t>
      </w:r>
      <w:r>
        <w:rPr>
          <w:rFonts w:eastAsia="Helvetica Neue" w:cs="Helvetica Neue"/>
          <w:color w:val="1F2933"/>
        </w:rPr>
        <w:t xml:space="preserve">efinitions, </w:t>
      </w:r>
      <w:r w:rsidR="004E4FA0">
        <w:rPr>
          <w:rFonts w:eastAsia="Helvetica Neue" w:cs="Helvetica Neue"/>
          <w:color w:val="1F2933"/>
        </w:rPr>
        <w:t>P</w:t>
      </w:r>
      <w:r>
        <w:rPr>
          <w:rFonts w:eastAsia="Helvetica Neue" w:cs="Helvetica Neue"/>
          <w:color w:val="1F2933"/>
        </w:rPr>
        <w:t xml:space="preserve">ostulates, </w:t>
      </w:r>
      <w:r w:rsidR="004E4FA0">
        <w:rPr>
          <w:rFonts w:eastAsia="Helvetica Neue" w:cs="Helvetica Neue"/>
          <w:color w:val="1F2933"/>
        </w:rPr>
        <w:t>T</w:t>
      </w:r>
      <w:r>
        <w:rPr>
          <w:rFonts w:eastAsia="Helvetica Neue" w:cs="Helvetica Neue"/>
          <w:color w:val="1F2933"/>
        </w:rPr>
        <w:t>heorems</w:t>
      </w:r>
      <w:r w:rsidR="004E4FA0">
        <w:rPr>
          <w:rFonts w:eastAsia="Helvetica Neue" w:cs="Helvetica Neue"/>
          <w:color w:val="1F2933"/>
        </w:rPr>
        <w:t>, and Properties</w:t>
      </w:r>
      <w:r>
        <w:rPr>
          <w:rFonts w:eastAsia="Helvetica Neue" w:cs="Helvetica Neue"/>
          <w:color w:val="1F2933"/>
        </w:rPr>
        <w:t xml:space="preserve">). </w:t>
      </w:r>
      <w:r w:rsidR="004E4FA0">
        <w:rPr>
          <w:rFonts w:eastAsia="Helvetica Neue" w:cs="Helvetica Neue"/>
          <w:color w:val="1F2933"/>
        </w:rPr>
        <w:t>Click</w:t>
      </w:r>
      <w:r>
        <w:rPr>
          <w:rFonts w:eastAsia="Helvetica Neue" w:cs="Helvetica Neue"/>
          <w:color w:val="1F2933"/>
        </w:rPr>
        <w:t xml:space="preserve"> on </w:t>
      </w:r>
      <w:r w:rsidR="004E4FA0">
        <w:rPr>
          <w:rFonts w:eastAsia="Helvetica Neue" w:cs="Helvetica Neue"/>
          <w:color w:val="1F2933"/>
        </w:rPr>
        <w:t>a justification in the list on the right</w:t>
      </w:r>
      <w:r>
        <w:rPr>
          <w:rFonts w:eastAsia="Helvetica Neue" w:cs="Helvetica Neue"/>
          <w:color w:val="1F2933"/>
        </w:rPr>
        <w:t xml:space="preserve"> and you will be returned to </w:t>
      </w:r>
      <w:r w:rsidR="004E4FA0">
        <w:rPr>
          <w:rFonts w:eastAsia="Helvetica Neue" w:cs="Helvetica Neue"/>
          <w:color w:val="1F2933"/>
        </w:rPr>
        <w:t>P</w:t>
      </w:r>
      <w:r>
        <w:rPr>
          <w:rFonts w:eastAsia="Helvetica Neue" w:cs="Helvetica Neue"/>
          <w:color w:val="1F2933"/>
        </w:rPr>
        <w:t xml:space="preserve">roof </w:t>
      </w:r>
      <w:r w:rsidR="001810E9">
        <w:rPr>
          <w:rFonts w:eastAsia="Helvetica Neue" w:cs="Helvetica Neue"/>
          <w:color w:val="1F2933"/>
        </w:rPr>
        <w:t>M</w:t>
      </w:r>
      <w:r>
        <w:rPr>
          <w:rFonts w:eastAsia="Helvetica Neue" w:cs="Helvetica Neue"/>
          <w:color w:val="1F2933"/>
        </w:rPr>
        <w:t>ode with that choice in place for your claim.</w:t>
      </w:r>
    </w:p>
    <w:p w14:paraId="5A13F705" w14:textId="5B5C3398" w:rsidR="0024373F" w:rsidRDefault="0024373F" w:rsidP="00E42312">
      <w:pPr>
        <w:jc w:val="center"/>
      </w:pPr>
      <w:r>
        <w:rPr>
          <w:noProof/>
        </w:rPr>
        <w:drawing>
          <wp:inline distT="0" distB="0" distL="0" distR="0" wp14:anchorId="2590A13C" wp14:editId="61FC1DCF">
            <wp:extent cx="5259469" cy="2805050"/>
            <wp:effectExtent l="0" t="0" r="0"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78"/>
                    <a:stretch>
                      <a:fillRect/>
                    </a:stretch>
                  </pic:blipFill>
                  <pic:spPr>
                    <a:xfrm>
                      <a:off x="0" y="0"/>
                      <a:ext cx="5304441" cy="2829035"/>
                    </a:xfrm>
                    <a:prstGeom prst="rect">
                      <a:avLst/>
                    </a:prstGeom>
                  </pic:spPr>
                </pic:pic>
              </a:graphicData>
            </a:graphic>
          </wp:inline>
        </w:drawing>
      </w:r>
    </w:p>
    <w:p w14:paraId="4AF85BC6" w14:textId="6A692E65" w:rsidR="0024373F" w:rsidRDefault="00856D3F" w:rsidP="00856D3F">
      <w:pPr>
        <w:spacing w:after="160"/>
        <w:rPr>
          <w:rFonts w:eastAsia="Helvetica Neue" w:cs="Helvetica Neue"/>
          <w:color w:val="1F2933"/>
        </w:rPr>
      </w:pPr>
      <w:r>
        <w:rPr>
          <w:noProof/>
        </w:rPr>
        <w:lastRenderedPageBreak/>
        <mc:AlternateContent>
          <mc:Choice Requires="wpg">
            <w:drawing>
              <wp:anchor distT="0" distB="0" distL="114300" distR="114300" simplePos="0" relativeHeight="251734016" behindDoc="0" locked="0" layoutInCell="1" allowOverlap="1" wp14:anchorId="77C304E4" wp14:editId="2A88F055">
                <wp:simplePos x="0" y="0"/>
                <wp:positionH relativeFrom="column">
                  <wp:posOffset>3902650</wp:posOffset>
                </wp:positionH>
                <wp:positionV relativeFrom="paragraph">
                  <wp:posOffset>343651</wp:posOffset>
                </wp:positionV>
                <wp:extent cx="2862825" cy="1522095"/>
                <wp:effectExtent l="0" t="0" r="0" b="1905"/>
                <wp:wrapTight wrapText="bothSides">
                  <wp:wrapPolygon edited="0">
                    <wp:start x="10829" y="0"/>
                    <wp:lineTo x="10829" y="2884"/>
                    <wp:lineTo x="0" y="4325"/>
                    <wp:lineTo x="0" y="21447"/>
                    <wp:lineTo x="21466" y="21447"/>
                    <wp:lineTo x="21466" y="0"/>
                    <wp:lineTo x="10829" y="0"/>
                  </wp:wrapPolygon>
                </wp:wrapTight>
                <wp:docPr id="1225481608" name="Group 40"/>
                <wp:cNvGraphicFramePr/>
                <a:graphic xmlns:a="http://schemas.openxmlformats.org/drawingml/2006/main">
                  <a:graphicData uri="http://schemas.microsoft.com/office/word/2010/wordprocessingGroup">
                    <wpg:wgp>
                      <wpg:cNvGrpSpPr/>
                      <wpg:grpSpPr>
                        <a:xfrm>
                          <a:off x="0" y="0"/>
                          <a:ext cx="2862825" cy="1522095"/>
                          <a:chOff x="0" y="0"/>
                          <a:chExt cx="2862825" cy="1522095"/>
                        </a:xfrm>
                      </wpg:grpSpPr>
                      <pic:pic xmlns:pic="http://schemas.openxmlformats.org/drawingml/2006/picture">
                        <pic:nvPicPr>
                          <pic:cNvPr id="1399199432" name="Picture 1"/>
                          <pic:cNvPicPr>
                            <a:picLocks noChangeAspect="1"/>
                          </pic:cNvPicPr>
                        </pic:nvPicPr>
                        <pic:blipFill>
                          <a:blip r:embed="rId79"/>
                          <a:stretch>
                            <a:fillRect/>
                          </a:stretch>
                        </pic:blipFill>
                        <pic:spPr>
                          <a:xfrm>
                            <a:off x="0" y="313699"/>
                            <a:ext cx="1409700" cy="1206500"/>
                          </a:xfrm>
                          <a:prstGeom prst="rect">
                            <a:avLst/>
                          </a:prstGeom>
                        </pic:spPr>
                      </pic:pic>
                      <pic:pic xmlns:pic="http://schemas.openxmlformats.org/drawingml/2006/picture">
                        <pic:nvPicPr>
                          <pic:cNvPr id="172507727" name="Picture 1"/>
                          <pic:cNvPicPr>
                            <a:picLocks noChangeAspect="1"/>
                          </pic:cNvPicPr>
                        </pic:nvPicPr>
                        <pic:blipFill>
                          <a:blip r:embed="rId80"/>
                          <a:stretch>
                            <a:fillRect/>
                          </a:stretch>
                        </pic:blipFill>
                        <pic:spPr>
                          <a:xfrm>
                            <a:off x="1455030" y="0"/>
                            <a:ext cx="1407795" cy="1522095"/>
                          </a:xfrm>
                          <a:prstGeom prst="rect">
                            <a:avLst/>
                          </a:prstGeom>
                        </pic:spPr>
                      </pic:pic>
                    </wpg:wgp>
                  </a:graphicData>
                </a:graphic>
              </wp:anchor>
            </w:drawing>
          </mc:Choice>
          <mc:Fallback>
            <w:pict>
              <v:group w14:anchorId="3302D0A0" id="Group 40" o:spid="_x0000_s1026" style="position:absolute;margin-left:307.3pt;margin-top:27.05pt;width:225.4pt;height:119.85pt;z-index:251734016" coordsize="28628,15220"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">
                <v:shape id="Picture 1" o:spid="_x0000_s1027" type="#_x0000_t75" style="position:absolute;top:3136;width:14097;height:1206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">
                  <v:imagedata r:id="rId81" o:title=""/>
                </v:shape>
                <v:shape id="Picture 1" o:spid="_x0000_s1028" type="#_x0000_t75" style="position:absolute;left:14550;width:14078;height:1522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">
                  <v:imagedata r:id="rId82" o:title=""/>
                </v:shape>
                <w10:wrap type="tight"/>
              </v:group>
            </w:pict>
          </mc:Fallback>
        </mc:AlternateContent>
      </w:r>
      <w:r w:rsidR="00B07970">
        <w:rPr>
          <w:rFonts w:eastAsia="Helvetica Neue" w:cs="Helvetica Neue"/>
          <w:color w:val="1F2933"/>
        </w:rPr>
        <w:t xml:space="preserve">Theorems and postulates are unidirectional: </w:t>
      </w:r>
      <w:r w:rsidR="004E4FA0">
        <w:rPr>
          <w:rFonts w:eastAsia="Helvetica Neue" w:cs="Helvetica Neue"/>
          <w:color w:val="1F2933"/>
        </w:rPr>
        <w:t>from</w:t>
      </w:r>
      <w:r w:rsidR="00B07970">
        <w:rPr>
          <w:rFonts w:eastAsia="Helvetica Neue" w:cs="Helvetica Neue"/>
          <w:color w:val="1F2933"/>
        </w:rPr>
        <w:t xml:space="preserve"> </w:t>
      </w:r>
      <w:r w:rsidR="00B07970">
        <w:rPr>
          <w:rFonts w:eastAsia="Helvetica Neue" w:cs="Helvetica Neue"/>
          <w:i/>
          <w:iCs/>
          <w:color w:val="1F2933"/>
        </w:rPr>
        <w:t>if a, then b</w:t>
      </w:r>
      <w:r w:rsidR="00B07970">
        <w:rPr>
          <w:rFonts w:eastAsia="Helvetica Neue" w:cs="Helvetica Neue"/>
          <w:color w:val="1F2933"/>
        </w:rPr>
        <w:t xml:space="preserve">, </w:t>
      </w:r>
      <w:r w:rsidR="004E4FA0">
        <w:rPr>
          <w:rFonts w:eastAsia="Helvetica Neue" w:cs="Helvetica Neue"/>
          <w:color w:val="1F2933"/>
        </w:rPr>
        <w:t>you cannot automatically conclude</w:t>
      </w:r>
      <w:r w:rsidR="00B07970">
        <w:rPr>
          <w:rFonts w:eastAsia="Helvetica Neue" w:cs="Helvetica Neue"/>
          <w:color w:val="1F2933"/>
        </w:rPr>
        <w:t xml:space="preserve"> its converse, </w:t>
      </w:r>
      <w:r w:rsidR="00B07970">
        <w:rPr>
          <w:rFonts w:eastAsia="Helvetica Neue" w:cs="Helvetica Neue"/>
          <w:i/>
          <w:iCs/>
          <w:color w:val="1F2933"/>
        </w:rPr>
        <w:t>if b, then a</w:t>
      </w:r>
      <w:r w:rsidR="00B07970">
        <w:rPr>
          <w:rFonts w:eastAsia="Helvetica Neue" w:cs="Helvetica Neue"/>
          <w:color w:val="1F2933"/>
        </w:rPr>
        <w:t xml:space="preserve">, is also true. But definitions, by definition, </w:t>
      </w:r>
      <w:r w:rsidR="004E4FA0">
        <w:rPr>
          <w:rFonts w:eastAsia="Helvetica Neue" w:cs="Helvetica Neue"/>
          <w:color w:val="1F2933"/>
        </w:rPr>
        <w:t>work in both directions</w:t>
      </w:r>
      <w:r w:rsidR="00B07970">
        <w:rPr>
          <w:rFonts w:eastAsia="Helvetica Neue" w:cs="Helvetica Neue"/>
          <w:color w:val="1F2933"/>
        </w:rPr>
        <w:t xml:space="preserve">. If we define a shape based on a specific property, such as </w:t>
      </w:r>
      <w:r w:rsidR="00B07970" w:rsidRPr="00B07970">
        <w:rPr>
          <w:rFonts w:eastAsia="Helvetica Neue" w:cs="Helvetica Neue"/>
          <w:i/>
          <w:iCs/>
          <w:color w:val="1F2933"/>
        </w:rPr>
        <w:t xml:space="preserve">if a figure is </w:t>
      </w:r>
      <w:r>
        <w:rPr>
          <w:rFonts w:eastAsia="Helvetica Neue" w:cs="Helvetica Neue"/>
          <w:i/>
          <w:iCs/>
          <w:color w:val="1F2933"/>
        </w:rPr>
        <w:t>equilateral</w:t>
      </w:r>
      <w:r w:rsidR="00B07970">
        <w:rPr>
          <w:rFonts w:eastAsia="Helvetica Neue" w:cs="Helvetica Neue"/>
          <w:i/>
          <w:iCs/>
          <w:color w:val="1F2933"/>
        </w:rPr>
        <w:t>,</w:t>
      </w:r>
      <w:r w:rsidR="00B07970" w:rsidRPr="00B07970">
        <w:rPr>
          <w:rFonts w:eastAsia="Helvetica Neue" w:cs="Helvetica Neue"/>
          <w:i/>
          <w:iCs/>
          <w:color w:val="1F2933"/>
        </w:rPr>
        <w:t xml:space="preserve"> then </w:t>
      </w:r>
      <w:r>
        <w:rPr>
          <w:rFonts w:eastAsia="Helvetica Neue" w:cs="Helvetica Neue"/>
          <w:i/>
          <w:iCs/>
          <w:color w:val="1F2933"/>
        </w:rPr>
        <w:t>its sides are all congruent</w:t>
      </w:r>
      <w:r w:rsidR="00B07970">
        <w:rPr>
          <w:rFonts w:eastAsia="Helvetica Neue" w:cs="Helvetica Neue"/>
          <w:color w:val="1F2933"/>
        </w:rPr>
        <w:t xml:space="preserve">, then we automatically have </w:t>
      </w:r>
      <w:r w:rsidR="00B07970" w:rsidRPr="00B07970">
        <w:rPr>
          <w:rFonts w:eastAsia="Helvetica Neue" w:cs="Helvetica Neue"/>
          <w:i/>
          <w:iCs/>
          <w:color w:val="1F2933"/>
        </w:rPr>
        <w:t>if a</w:t>
      </w:r>
      <w:r>
        <w:rPr>
          <w:rFonts w:eastAsia="Helvetica Neue" w:cs="Helvetica Neue"/>
          <w:i/>
          <w:iCs/>
          <w:color w:val="1F2933"/>
        </w:rPr>
        <w:t xml:space="preserve"> figure’s sides are all congruent</w:t>
      </w:r>
      <w:r w:rsidR="00B07970" w:rsidRPr="00B07970">
        <w:rPr>
          <w:rFonts w:eastAsia="Helvetica Neue" w:cs="Helvetica Neue"/>
          <w:i/>
          <w:iCs/>
          <w:color w:val="1F2933"/>
        </w:rPr>
        <w:t xml:space="preserve">, then it is </w:t>
      </w:r>
      <w:r>
        <w:rPr>
          <w:rFonts w:eastAsia="Helvetica Neue" w:cs="Helvetica Neue"/>
          <w:i/>
          <w:iCs/>
          <w:color w:val="1F2933"/>
        </w:rPr>
        <w:t>equilateral</w:t>
      </w:r>
      <w:r w:rsidR="00B07970" w:rsidRPr="00B07970">
        <w:rPr>
          <w:rFonts w:eastAsia="Helvetica Neue" w:cs="Helvetica Neue"/>
          <w:i/>
          <w:iCs/>
          <w:color w:val="1F2933"/>
        </w:rPr>
        <w:t>.</w:t>
      </w:r>
      <w:r w:rsidR="00B07970">
        <w:rPr>
          <w:rFonts w:eastAsia="Helvetica Neue" w:cs="Helvetica Neue"/>
          <w:color w:val="1F2933"/>
        </w:rPr>
        <w:t xml:space="preserve"> </w:t>
      </w:r>
      <w:r w:rsidR="00007F01">
        <w:rPr>
          <w:rFonts w:eastAsia="Helvetica Neue" w:cs="Helvetica Neue"/>
          <w:color w:val="1F2933"/>
        </w:rPr>
        <w:t xml:space="preserve">If the justification that you </w:t>
      </w:r>
      <w:r w:rsidR="00E42312">
        <w:rPr>
          <w:rFonts w:eastAsia="Helvetica Neue" w:cs="Helvetica Neue"/>
          <w:color w:val="1F2933"/>
        </w:rPr>
        <w:t>pick</w:t>
      </w:r>
      <w:r w:rsidR="00007F01">
        <w:rPr>
          <w:rFonts w:eastAsia="Helvetica Neue" w:cs="Helvetica Neue"/>
          <w:color w:val="1F2933"/>
        </w:rPr>
        <w:t xml:space="preserve"> is a definition, you will first be asked to choose which direction is needed before returning to proof mode. This choice flips which ports are </w:t>
      </w:r>
      <w:r>
        <w:rPr>
          <w:rFonts w:eastAsia="Helvetica Neue" w:cs="Helvetica Neue"/>
          <w:color w:val="1F2933"/>
        </w:rPr>
        <w:t>in place for the premise and the connection as shown at right</w:t>
      </w:r>
      <w:r w:rsidR="00E42312">
        <w:rPr>
          <w:rFonts w:eastAsia="Helvetica Neue" w:cs="Helvetica Neue"/>
          <w:color w:val="1F2933"/>
        </w:rPr>
        <w:t>.</w:t>
      </w:r>
    </w:p>
    <w:p w14:paraId="34E5966B" w14:textId="77777777" w:rsidR="0024373F" w:rsidRDefault="0024373F" w:rsidP="0024373F">
      <w:pPr>
        <w:pStyle w:val="Heading1"/>
        <w:spacing w:before="360" w:after="160"/>
      </w:pPr>
      <w:r>
        <w:rPr>
          <w:rFonts w:ascii="Calibri" w:eastAsia="Calibri" w:hAnsi="Calibri" w:cs="Calibri"/>
          <w:color w:val="2E5B9C"/>
        </w:rPr>
        <w:t>Custom justifications, hiding items, and templates</w:t>
      </w:r>
    </w:p>
    <w:p w14:paraId="03665FAD" w14:textId="2CAF7369" w:rsidR="009754FF" w:rsidRPr="009754FF" w:rsidRDefault="004E4FA0" w:rsidP="0024373F">
      <w:pPr>
        <w:spacing w:after="140"/>
        <w:rPr>
          <w:rFonts w:eastAsia="Calibri" w:cs="Calibri"/>
          <w:color w:val="1F2933"/>
        </w:rPr>
      </w:pPr>
      <w:r>
        <w:rPr>
          <w:rFonts w:eastAsia="Calibri" w:cs="Calibri"/>
          <w:color w:val="1F2933"/>
        </w:rPr>
        <w:t xml:space="preserve">There is not </w:t>
      </w:r>
      <w:r w:rsidR="00D95D9A">
        <w:rPr>
          <w:rFonts w:eastAsia="Calibri" w:cs="Calibri"/>
          <w:color w:val="1F2933"/>
        </w:rPr>
        <w:t>a</w:t>
      </w:r>
      <w:r>
        <w:rPr>
          <w:rFonts w:eastAsia="Calibri" w:cs="Calibri"/>
          <w:color w:val="1F2933"/>
        </w:rPr>
        <w:t xml:space="preserve"> unique version of Euclidean geometry. W</w:t>
      </w:r>
      <w:r w:rsidR="009754FF" w:rsidRPr="009754FF">
        <w:rPr>
          <w:rFonts w:eastAsia="Calibri" w:cs="Calibri"/>
          <w:color w:val="1F2933"/>
        </w:rPr>
        <w:t xml:space="preserve">e can make different choices about which statements we make postulates and which </w:t>
      </w:r>
      <w:r>
        <w:rPr>
          <w:rFonts w:eastAsia="Calibri" w:cs="Calibri"/>
          <w:color w:val="1F2933"/>
        </w:rPr>
        <w:t xml:space="preserve">we </w:t>
      </w:r>
      <w:r w:rsidR="004229EB">
        <w:rPr>
          <w:rFonts w:eastAsia="Calibri" w:cs="Calibri"/>
          <w:color w:val="1F2933"/>
        </w:rPr>
        <w:t>think</w:t>
      </w:r>
      <w:r>
        <w:rPr>
          <w:rFonts w:eastAsia="Calibri" w:cs="Calibri"/>
          <w:color w:val="1F2933"/>
        </w:rPr>
        <w:t xml:space="preserve"> will</w:t>
      </w:r>
      <w:r w:rsidR="009754FF" w:rsidRPr="009754FF">
        <w:rPr>
          <w:rFonts w:eastAsia="Calibri" w:cs="Calibri"/>
          <w:color w:val="1F2933"/>
        </w:rPr>
        <w:t xml:space="preserve"> </w:t>
      </w:r>
      <w:r w:rsidR="004229EB">
        <w:rPr>
          <w:rFonts w:eastAsia="Calibri" w:cs="Calibri"/>
          <w:color w:val="1F2933"/>
        </w:rPr>
        <w:t xml:space="preserve">then </w:t>
      </w:r>
      <w:r w:rsidR="009754FF" w:rsidRPr="009754FF">
        <w:rPr>
          <w:rFonts w:eastAsia="Calibri" w:cs="Calibri"/>
          <w:color w:val="1F2933"/>
        </w:rPr>
        <w:t xml:space="preserve">emerge as theorems. Definitions can also differ. For example, </w:t>
      </w:r>
      <w:r w:rsidR="004229EB">
        <w:rPr>
          <w:rFonts w:eastAsia="Calibri" w:cs="Calibri"/>
          <w:color w:val="1F2933"/>
        </w:rPr>
        <w:t>do we want to define</w:t>
      </w:r>
      <w:r w:rsidR="009754FF" w:rsidRPr="009754FF">
        <w:rPr>
          <w:rFonts w:eastAsia="Calibri" w:cs="Calibri"/>
          <w:color w:val="1F2933"/>
        </w:rPr>
        <w:t xml:space="preserve"> a square </w:t>
      </w:r>
      <w:r w:rsidR="004229EB">
        <w:rPr>
          <w:rFonts w:eastAsia="Calibri" w:cs="Calibri"/>
          <w:color w:val="1F2933"/>
        </w:rPr>
        <w:t xml:space="preserve">as </w:t>
      </w:r>
      <w:r w:rsidR="009754FF" w:rsidRPr="009754FF">
        <w:rPr>
          <w:rFonts w:eastAsia="Calibri" w:cs="Calibri"/>
          <w:color w:val="1F2933"/>
        </w:rPr>
        <w:t>equiangular</w:t>
      </w:r>
      <w:r w:rsidR="00041C94" w:rsidRPr="004E4FA0">
        <w:rPr>
          <w:rStyle w:val="FootnoteReference"/>
          <w:rFonts w:eastAsia="Calibri" w:cs="Calibri"/>
          <w:color w:val="1F2933"/>
          <w:sz w:val="24"/>
          <w:szCs w:val="24"/>
        </w:rPr>
        <w:footnoteReference w:customMarkFollows="1" w:id="1"/>
        <w:t>*</w:t>
      </w:r>
      <w:r w:rsidR="009754FF" w:rsidRPr="009754FF">
        <w:rPr>
          <w:rFonts w:eastAsia="Calibri" w:cs="Calibri"/>
          <w:color w:val="1F2933"/>
        </w:rPr>
        <w:t xml:space="preserve"> or </w:t>
      </w:r>
      <w:r w:rsidR="004229EB">
        <w:rPr>
          <w:rFonts w:eastAsia="Calibri" w:cs="Calibri"/>
          <w:color w:val="1F2933"/>
        </w:rPr>
        <w:t>as having</w:t>
      </w:r>
      <w:r w:rsidR="009754FF" w:rsidRPr="009754FF">
        <w:rPr>
          <w:rFonts w:eastAsia="Calibri" w:cs="Calibri"/>
          <w:color w:val="1F2933"/>
        </w:rPr>
        <w:t xml:space="preserve"> four 90° angles? </w:t>
      </w:r>
      <w:r w:rsidR="0095551D">
        <w:rPr>
          <w:rFonts w:eastAsia="Calibri" w:cs="Calibri"/>
          <w:color w:val="1F2933"/>
        </w:rPr>
        <w:t xml:space="preserve">To support different starting points, </w:t>
      </w:r>
      <w:r w:rsidR="0095551D" w:rsidRPr="009754FF">
        <w:rPr>
          <w:rFonts w:eastAsia="Calibri" w:cs="Calibri"/>
          <w:color w:val="1F2933"/>
        </w:rPr>
        <w:t>GPS lets you customize the Justifications Library.</w:t>
      </w:r>
    </w:p>
    <w:p w14:paraId="19E79117" w14:textId="219F227B" w:rsidR="006A092F" w:rsidRDefault="00041C94" w:rsidP="0024373F">
      <w:pPr>
        <w:spacing w:after="140"/>
        <w:rPr>
          <w:rFonts w:eastAsia="Helvetica Neue" w:cs="Helvetica Neue"/>
          <w:color w:val="1F2933"/>
        </w:rPr>
      </w:pPr>
      <w:r w:rsidRPr="006A092F">
        <w:rPr>
          <w:rFonts w:eastAsia="Helvetica Neue" w:cs="Helvetica Neue"/>
          <w:noProof/>
          <w:color w:val="1F2933"/>
        </w:rPr>
        <w:drawing>
          <wp:anchor distT="0" distB="0" distL="114300" distR="114300" simplePos="0" relativeHeight="251735040" behindDoc="0" locked="0" layoutInCell="1" allowOverlap="1" wp14:anchorId="664AD039" wp14:editId="6278BEB3">
            <wp:simplePos x="0" y="0"/>
            <wp:positionH relativeFrom="column">
              <wp:posOffset>3510280</wp:posOffset>
            </wp:positionH>
            <wp:positionV relativeFrom="paragraph">
              <wp:posOffset>38100</wp:posOffset>
            </wp:positionV>
            <wp:extent cx="3019425" cy="2788920"/>
            <wp:effectExtent l="0" t="0" r="3175" b="5080"/>
            <wp:wrapSquare wrapText="bothSides"/>
            <wp:docPr id="9675151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7515102" name="Picture 1"/>
                    <pic:cNvPicPr/>
                  </pic:nvPicPr>
                  <pic:blipFill>
                    <a:blip r:embed="rId83"/>
                    <a:stretch>
                      <a:fillRect/>
                    </a:stretch>
                  </pic:blipFill>
                  <pic:spPr>
                    <a:xfrm>
                      <a:off x="0" y="0"/>
                      <a:ext cx="3019425" cy="2788920"/>
                    </a:xfrm>
                    <a:prstGeom prst="rect">
                      <a:avLst/>
                    </a:prstGeom>
                  </pic:spPr>
                </pic:pic>
              </a:graphicData>
            </a:graphic>
            <wp14:sizeRelH relativeFrom="page">
              <wp14:pctWidth>0</wp14:pctWidth>
            </wp14:sizeRelH>
            <wp14:sizeRelV relativeFrom="page">
              <wp14:pctHeight>0</wp14:pctHeight>
            </wp14:sizeRelV>
          </wp:anchor>
        </w:drawing>
      </w:r>
      <w:r w:rsidR="0095551D">
        <w:rPr>
          <w:rFonts w:eastAsia="Helvetica Neue" w:cs="Helvetica Neue"/>
          <w:color w:val="1F2933"/>
        </w:rPr>
        <w:t xml:space="preserve">To add a justification, open Justifications from the main navigation bar and click the orange </w:t>
      </w:r>
      <w:r w:rsidR="0095551D" w:rsidRPr="001810E9">
        <w:rPr>
          <w:rFonts w:eastAsia="Helvetica Neue" w:cs="Helvetica Neue"/>
          <w:b/>
          <w:bCs/>
          <w:color w:val="1F2933"/>
        </w:rPr>
        <w:t>Add to Project Library</w:t>
      </w:r>
      <w:r w:rsidR="0095551D">
        <w:rPr>
          <w:rFonts w:eastAsia="Helvetica Neue" w:cs="Helvetica Neue"/>
          <w:color w:val="1F2933"/>
        </w:rPr>
        <w:t xml:space="preserve"> button. You will see</w:t>
      </w:r>
      <w:r>
        <w:rPr>
          <w:rFonts w:eastAsia="Helvetica Neue" w:cs="Helvetica Neue"/>
          <w:color w:val="1F2933"/>
        </w:rPr>
        <w:t xml:space="preserve"> the interface at right. </w:t>
      </w:r>
      <w:r w:rsidR="0095551D">
        <w:rPr>
          <w:rFonts w:eastAsia="Helvetica Neue" w:cs="Helvetica Neue"/>
          <w:color w:val="1F2933"/>
        </w:rPr>
        <w:t>Give the statement a short, recognizable label and enter the full result in if-then form. Then classify it by Type and Topic so it appears in the right place in the library.</w:t>
      </w:r>
    </w:p>
    <w:p w14:paraId="5570D87E" w14:textId="1890016F" w:rsidR="006A092F" w:rsidRDefault="00AC6236" w:rsidP="0024373F">
      <w:pPr>
        <w:spacing w:after="140"/>
        <w:rPr>
          <w:rFonts w:eastAsia="Helvetica Neue" w:cs="Helvetica Neue"/>
          <w:color w:val="1F2933"/>
        </w:rPr>
      </w:pPr>
      <w:r>
        <w:rPr>
          <w:rFonts w:eastAsia="Helvetica Neue" w:cs="Helvetica Neue"/>
          <w:color w:val="1F2933"/>
        </w:rPr>
        <w:t xml:space="preserve">The final two menus control </w:t>
      </w:r>
      <w:r w:rsidR="0095551D">
        <w:rPr>
          <w:rFonts w:eastAsia="Helvetica Neue" w:cs="Helvetica Neue"/>
          <w:color w:val="1F2933"/>
        </w:rPr>
        <w:t>the</w:t>
      </w:r>
      <w:r>
        <w:rPr>
          <w:rFonts w:eastAsia="Helvetica Neue" w:cs="Helvetica Neue"/>
          <w:color w:val="1F2933"/>
        </w:rPr>
        <w:t xml:space="preserve"> premise and conclusion ports </w:t>
      </w:r>
      <w:r w:rsidR="0095551D">
        <w:rPr>
          <w:rFonts w:eastAsia="Helvetica Neue" w:cs="Helvetica Neue"/>
          <w:color w:val="1F2933"/>
        </w:rPr>
        <w:t xml:space="preserve">that </w:t>
      </w:r>
      <w:r>
        <w:rPr>
          <w:rFonts w:eastAsia="Helvetica Neue" w:cs="Helvetica Neue"/>
          <w:color w:val="1F2933"/>
        </w:rPr>
        <w:t xml:space="preserve">will appear on a claim box using this justification. For each part of the premise, choose the type in the dropdown menu and click the blue </w:t>
      </w:r>
      <w:r w:rsidRPr="001810E9">
        <w:rPr>
          <w:rFonts w:eastAsia="Helvetica Neue" w:cs="Helvetica Neue"/>
          <w:b/>
          <w:bCs/>
          <w:color w:val="1F2933"/>
        </w:rPr>
        <w:t>Add premise type</w:t>
      </w:r>
      <w:r>
        <w:rPr>
          <w:rFonts w:eastAsia="Helvetica Neue" w:cs="Helvetica Neue"/>
          <w:color w:val="1F2933"/>
        </w:rPr>
        <w:t xml:space="preserve"> button. For example, if you were adding the quadrilateral congruence theorem ASASA, you would need to add </w:t>
      </w:r>
      <w:r w:rsidR="00D95D9A">
        <w:rPr>
          <w:rFonts w:eastAsia="Helvetica Neue" w:cs="Helvetica Neue"/>
          <w:color w:val="1F2933"/>
        </w:rPr>
        <w:t>three</w:t>
      </w:r>
      <w:r w:rsidR="00214A16">
        <w:rPr>
          <w:rFonts w:eastAsia="Helvetica Neue" w:cs="Helvetica Neue"/>
          <w:color w:val="1F2933"/>
        </w:rPr>
        <w:t xml:space="preserve"> Angle premises and </w:t>
      </w:r>
      <w:r w:rsidR="00D95D9A">
        <w:rPr>
          <w:rFonts w:eastAsia="Helvetica Neue" w:cs="Helvetica Neue"/>
          <w:color w:val="1F2933"/>
        </w:rPr>
        <w:t>two</w:t>
      </w:r>
      <w:r w:rsidR="00214A16">
        <w:rPr>
          <w:rFonts w:eastAsia="Helvetica Neue" w:cs="Helvetica Neue"/>
          <w:color w:val="1F2933"/>
        </w:rPr>
        <w:t xml:space="preserve"> </w:t>
      </w:r>
      <w:r w:rsidR="00D95D9A">
        <w:rPr>
          <w:rFonts w:eastAsia="Helvetica Neue" w:cs="Helvetica Neue"/>
          <w:color w:val="1F2933"/>
        </w:rPr>
        <w:t>Segment</w:t>
      </w:r>
      <w:r w:rsidR="00214A16">
        <w:rPr>
          <w:rFonts w:eastAsia="Helvetica Neue" w:cs="Helvetica Neue"/>
          <w:color w:val="1F2933"/>
        </w:rPr>
        <w:t xml:space="preserve"> </w:t>
      </w:r>
      <w:r w:rsidR="00D95D9A">
        <w:rPr>
          <w:rFonts w:eastAsia="Helvetica Neue" w:cs="Helvetica Neue"/>
          <w:color w:val="1F2933"/>
        </w:rPr>
        <w:t>premises</w:t>
      </w:r>
      <w:r w:rsidR="00214A16">
        <w:rPr>
          <w:rFonts w:eastAsia="Helvetica Neue" w:cs="Helvetica Neue"/>
          <w:color w:val="1F2933"/>
        </w:rPr>
        <w:t xml:space="preserve">. If the premises have a natural order, as they do in this example, create them in that order. </w:t>
      </w:r>
    </w:p>
    <w:p w14:paraId="276310D0" w14:textId="77777777" w:rsidR="00754009" w:rsidRDefault="00EE3F16" w:rsidP="0024373F">
      <w:pPr>
        <w:spacing w:after="140"/>
        <w:rPr>
          <w:rFonts w:eastAsia="Helvetica Neue" w:cs="Helvetica Neue"/>
          <w:color w:val="1F2933"/>
        </w:rPr>
      </w:pPr>
      <w:r>
        <w:rPr>
          <w:rFonts w:eastAsia="Helvetica Neue" w:cs="Helvetica Neue"/>
          <w:color w:val="1F2933"/>
        </w:rPr>
        <w:t xml:space="preserve">Most justifications have only one conclusion, but some have more (e.g., the definition of a square has both angle and segment conclusion ports). As with the premise ports, choose the needed type from the menu and click the </w:t>
      </w:r>
      <w:r w:rsidRPr="001810E9">
        <w:rPr>
          <w:rFonts w:eastAsia="Helvetica Neue" w:cs="Helvetica Neue"/>
          <w:b/>
          <w:bCs/>
          <w:color w:val="1F2933"/>
        </w:rPr>
        <w:t>Add conclusion type</w:t>
      </w:r>
      <w:r>
        <w:rPr>
          <w:rFonts w:eastAsia="Helvetica Neue" w:cs="Helvetica Neue"/>
          <w:color w:val="1F2933"/>
        </w:rPr>
        <w:t xml:space="preserve"> button. </w:t>
      </w:r>
    </w:p>
    <w:p w14:paraId="1937205B" w14:textId="430EB9B0" w:rsidR="00214A16" w:rsidRDefault="00754009" w:rsidP="0024373F">
      <w:pPr>
        <w:spacing w:after="140"/>
        <w:rPr>
          <w:rFonts w:eastAsia="Helvetica Neue" w:cs="Helvetica Neue"/>
          <w:color w:val="1F2933"/>
        </w:rPr>
      </w:pPr>
      <w:r>
        <w:rPr>
          <w:rFonts w:eastAsia="Helvetica Neue" w:cs="Helvetica Neue"/>
          <w:color w:val="1F2933"/>
        </w:rPr>
        <w:t xml:space="preserve">When all entries in the window are complete, click on the </w:t>
      </w:r>
      <w:r w:rsidRPr="001810E9">
        <w:rPr>
          <w:rFonts w:eastAsia="Helvetica Neue" w:cs="Helvetica Neue"/>
          <w:b/>
          <w:bCs/>
          <w:color w:val="1F2933"/>
        </w:rPr>
        <w:t>Add rule</w:t>
      </w:r>
      <w:r>
        <w:rPr>
          <w:rFonts w:eastAsia="Helvetica Neue" w:cs="Helvetica Neue"/>
          <w:color w:val="1F2933"/>
        </w:rPr>
        <w:t xml:space="preserve"> button.</w:t>
      </w:r>
      <w:r w:rsidR="00F03FA0">
        <w:rPr>
          <w:rFonts w:eastAsia="Helvetica Neue" w:cs="Helvetica Neue"/>
          <w:color w:val="1F2933"/>
        </w:rPr>
        <w:t xml:space="preserve"> </w:t>
      </w:r>
    </w:p>
    <w:p w14:paraId="3786747C" w14:textId="45947E2E" w:rsidR="00CF20E4" w:rsidRDefault="00F03FA0" w:rsidP="00CF20E4">
      <w:pPr>
        <w:spacing w:after="140"/>
        <w:ind w:right="-522"/>
        <w:rPr>
          <w:rFonts w:eastAsia="Helvetica Neue" w:cs="Helvetica Neue"/>
          <w:color w:val="1F2933"/>
        </w:rPr>
      </w:pPr>
      <w:r>
        <w:rPr>
          <w:rFonts w:eastAsia="Helvetica Neue" w:cs="Helvetica Neue"/>
          <w:color w:val="1F2933"/>
        </w:rPr>
        <w:lastRenderedPageBreak/>
        <w:t xml:space="preserve">Below is the window showing the ASASA theorem being added. Note the five premise types listed in order. If a premise is added incorrectly, click on the </w:t>
      </w:r>
      <w:r w:rsidR="001810E9">
        <w:rPr>
          <w:rFonts w:eastAsia="Helvetica Neue" w:cs="Helvetica Neue"/>
          <w:b/>
          <w:bCs/>
          <w:color w:val="1F2933"/>
        </w:rPr>
        <w:t>x</w:t>
      </w:r>
      <w:r>
        <w:rPr>
          <w:rFonts w:eastAsia="Helvetica Neue" w:cs="Helvetica Neue"/>
          <w:color w:val="1F2933"/>
        </w:rPr>
        <w:t xml:space="preserve"> button to remove it and add back what is needed. At least one premise must </w:t>
      </w:r>
      <w:r w:rsidR="009314AB">
        <w:rPr>
          <w:rFonts w:eastAsia="Helvetica Neue" w:cs="Helvetica Neue"/>
          <w:color w:val="1F2933"/>
        </w:rPr>
        <w:t>appear in</w:t>
      </w:r>
      <w:r>
        <w:rPr>
          <w:rFonts w:eastAsia="Helvetica Neue" w:cs="Helvetica Neue"/>
          <w:color w:val="1F2933"/>
        </w:rPr>
        <w:t xml:space="preserve"> the list above the premise menu. The claim box at right shows an application of this theorem. Note the many premise ports and one conclusion output. </w:t>
      </w:r>
    </w:p>
    <w:p w14:paraId="1BC94604" w14:textId="1C6D8A41" w:rsidR="00AC6236" w:rsidRDefault="00CF20E4" w:rsidP="00F03FA0">
      <w:pPr>
        <w:spacing w:after="140"/>
        <w:ind w:right="-522"/>
        <w:rPr>
          <w:rFonts w:eastAsia="Helvetica Neue" w:cs="Helvetica Neue"/>
          <w:color w:val="1F2933"/>
        </w:rPr>
      </w:pPr>
      <w:r>
        <w:rPr>
          <w:rFonts w:eastAsia="Helvetica Neue" w:cs="Helvetica Neue"/>
          <w:noProof/>
          <w:color w:val="1F2933"/>
        </w:rPr>
        <mc:AlternateContent>
          <mc:Choice Requires="wpg">
            <w:drawing>
              <wp:anchor distT="0" distB="0" distL="114300" distR="114300" simplePos="0" relativeHeight="251740160" behindDoc="0" locked="0" layoutInCell="1" allowOverlap="1" wp14:anchorId="315D999C" wp14:editId="1538290B">
                <wp:simplePos x="0" y="0"/>
                <wp:positionH relativeFrom="column">
                  <wp:posOffset>38044</wp:posOffset>
                </wp:positionH>
                <wp:positionV relativeFrom="paragraph">
                  <wp:posOffset>2656</wp:posOffset>
                </wp:positionV>
                <wp:extent cx="4131973" cy="3915832"/>
                <wp:effectExtent l="0" t="0" r="0" b="0"/>
                <wp:wrapSquare wrapText="bothSides"/>
                <wp:docPr id="54781871" name="Group 41"/>
                <wp:cNvGraphicFramePr/>
                <a:graphic xmlns:a="http://schemas.openxmlformats.org/drawingml/2006/main">
                  <a:graphicData uri="http://schemas.microsoft.com/office/word/2010/wordprocessingGroup">
                    <wpg:wgp>
                      <wpg:cNvGrpSpPr/>
                      <wpg:grpSpPr>
                        <a:xfrm>
                          <a:off x="0" y="0"/>
                          <a:ext cx="4131973" cy="3915832"/>
                          <a:chOff x="0" y="0"/>
                          <a:chExt cx="4131973" cy="3915832"/>
                        </a:xfrm>
                      </wpg:grpSpPr>
                      <pic:pic xmlns:pic="http://schemas.openxmlformats.org/drawingml/2006/picture">
                        <pic:nvPicPr>
                          <pic:cNvPr id="1421102712" name="Picture 1"/>
                          <pic:cNvPicPr>
                            <a:picLocks noChangeAspect="1"/>
                          </pic:cNvPicPr>
                        </pic:nvPicPr>
                        <pic:blipFill>
                          <a:blip r:embed="rId84"/>
                          <a:stretch>
                            <a:fillRect/>
                          </a:stretch>
                        </pic:blipFill>
                        <pic:spPr>
                          <a:xfrm>
                            <a:off x="0" y="0"/>
                            <a:ext cx="4131310" cy="3722370"/>
                          </a:xfrm>
                          <a:prstGeom prst="rect">
                            <a:avLst/>
                          </a:prstGeom>
                        </pic:spPr>
                      </pic:pic>
                      <pic:pic xmlns:pic="http://schemas.openxmlformats.org/drawingml/2006/picture">
                        <pic:nvPicPr>
                          <pic:cNvPr id="1442737775" name="Picture 1"/>
                          <pic:cNvPicPr>
                            <a:picLocks noChangeAspect="1"/>
                          </pic:cNvPicPr>
                        </pic:nvPicPr>
                        <pic:blipFill>
                          <a:blip r:embed="rId85"/>
                          <a:stretch>
                            <a:fillRect/>
                          </a:stretch>
                        </pic:blipFill>
                        <pic:spPr>
                          <a:xfrm>
                            <a:off x="26698" y="2843317"/>
                            <a:ext cx="4105275" cy="1072515"/>
                          </a:xfrm>
                          <a:prstGeom prst="rect">
                            <a:avLst/>
                          </a:prstGeom>
                        </pic:spPr>
                      </pic:pic>
                    </wpg:wgp>
                  </a:graphicData>
                </a:graphic>
              </wp:anchor>
            </w:drawing>
          </mc:Choice>
          <mc:Fallback>
            <w:pict>
              <v:group w14:anchorId="7AA1F87A" id="Group 41" o:spid="_x0000_s1026" style="position:absolute;margin-left:3pt;margin-top:.2pt;width:325.35pt;height:308.35pt;z-index:251740160" coordsize="41319,3915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">
                <v:shape id="Picture 1" o:spid="_x0000_s1027" type="#_x0000_t75" style="position:absolute;width:41313;height:3722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">
                  <v:imagedata r:id="rId86" o:title=""/>
                </v:shape>
                <v:shape id="Picture 1" o:spid="_x0000_s1028" type="#_x0000_t75" style="position:absolute;left:266;top:28433;width:41053;height:1072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">
                  <v:imagedata r:id="rId87" o:title=""/>
                </v:shape>
                <w10:wrap type="square"/>
              </v:group>
            </w:pict>
          </mc:Fallback>
        </mc:AlternateContent>
      </w:r>
      <w:r w:rsidR="00F03FA0" w:rsidRPr="00AC6236">
        <w:rPr>
          <w:rFonts w:eastAsia="Helvetica Neue" w:cs="Helvetica Neue"/>
          <w:noProof/>
          <w:color w:val="1F2933"/>
        </w:rPr>
        <w:drawing>
          <wp:anchor distT="0" distB="0" distL="114300" distR="114300" simplePos="0" relativeHeight="251736064" behindDoc="0" locked="0" layoutInCell="1" allowOverlap="1" wp14:anchorId="3DB6C34B" wp14:editId="4D38C05A">
            <wp:simplePos x="0" y="0"/>
            <wp:positionH relativeFrom="column">
              <wp:posOffset>4382066</wp:posOffset>
            </wp:positionH>
            <wp:positionV relativeFrom="paragraph">
              <wp:posOffset>542</wp:posOffset>
            </wp:positionV>
            <wp:extent cx="2188845" cy="2052320"/>
            <wp:effectExtent l="0" t="0" r="0" b="5080"/>
            <wp:wrapSquare wrapText="bothSides"/>
            <wp:docPr id="17397871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9787150" name=""/>
                    <pic:cNvPicPr/>
                  </pic:nvPicPr>
                  <pic:blipFill>
                    <a:blip r:embed="rId88"/>
                    <a:stretch>
                      <a:fillRect/>
                    </a:stretch>
                  </pic:blipFill>
                  <pic:spPr>
                    <a:xfrm>
                      <a:off x="0" y="0"/>
                      <a:ext cx="2188845" cy="2052320"/>
                    </a:xfrm>
                    <a:prstGeom prst="rect">
                      <a:avLst/>
                    </a:prstGeom>
                  </pic:spPr>
                </pic:pic>
              </a:graphicData>
            </a:graphic>
            <wp14:sizeRelH relativeFrom="page">
              <wp14:pctWidth>0</wp14:pctWidth>
            </wp14:sizeRelH>
            <wp14:sizeRelV relativeFrom="page">
              <wp14:pctHeight>0</wp14:pctHeight>
            </wp14:sizeRelV>
          </wp:anchor>
        </w:drawing>
      </w:r>
      <w:r w:rsidRPr="00CF20E4">
        <w:rPr>
          <w:noProof/>
        </w:rPr>
        <w:t xml:space="preserve"> </w:t>
      </w:r>
      <w:r w:rsidR="00AC6236" w:rsidRPr="00AC6236">
        <w:rPr>
          <w:rFonts w:eastAsia="Helvetica Neue" w:cs="Helvetica Neue"/>
          <w:color w:val="1F2933"/>
        </w:rPr>
        <w:t xml:space="preserve"> </w:t>
      </w:r>
    </w:p>
    <w:p w14:paraId="3A508AC2" w14:textId="77777777" w:rsidR="006A092F" w:rsidRDefault="006A092F" w:rsidP="0024373F">
      <w:pPr>
        <w:spacing w:after="140"/>
        <w:rPr>
          <w:rFonts w:eastAsia="Helvetica Neue" w:cs="Helvetica Neue"/>
          <w:color w:val="1F2933"/>
        </w:rPr>
      </w:pPr>
    </w:p>
    <w:p w14:paraId="275EF12E" w14:textId="77777777" w:rsidR="00CF20E4" w:rsidRDefault="00CF20E4" w:rsidP="0024373F">
      <w:pPr>
        <w:spacing w:after="140"/>
        <w:rPr>
          <w:rFonts w:eastAsia="Helvetica Neue" w:cs="Helvetica Neue"/>
          <w:color w:val="1F2933"/>
        </w:rPr>
      </w:pPr>
    </w:p>
    <w:p w14:paraId="2DDAEA57" w14:textId="100F8ED9" w:rsidR="00CF20E4" w:rsidRDefault="00CF20E4" w:rsidP="0024373F">
      <w:pPr>
        <w:spacing w:after="140"/>
        <w:rPr>
          <w:rFonts w:eastAsia="Helvetica Neue" w:cs="Helvetica Neue"/>
          <w:color w:val="1F2933"/>
        </w:rPr>
      </w:pPr>
    </w:p>
    <w:p w14:paraId="7CC7B56A" w14:textId="4510C67F" w:rsidR="00CF20E4" w:rsidRDefault="00CF20E4" w:rsidP="0024373F">
      <w:pPr>
        <w:spacing w:after="140"/>
        <w:rPr>
          <w:rFonts w:eastAsia="Helvetica Neue" w:cs="Helvetica Neue"/>
          <w:color w:val="1F2933"/>
        </w:rPr>
      </w:pPr>
    </w:p>
    <w:p w14:paraId="31CE783B" w14:textId="2B58312B" w:rsidR="00CF20E4" w:rsidRDefault="00CF20E4" w:rsidP="0024373F">
      <w:pPr>
        <w:spacing w:after="140"/>
        <w:rPr>
          <w:rFonts w:eastAsia="Helvetica Neue" w:cs="Helvetica Neue"/>
          <w:color w:val="1F2933"/>
        </w:rPr>
      </w:pPr>
    </w:p>
    <w:p w14:paraId="51B31853" w14:textId="0FB9688B" w:rsidR="00CF20E4" w:rsidRDefault="00FB30BC" w:rsidP="0024373F">
      <w:pPr>
        <w:spacing w:after="140"/>
        <w:rPr>
          <w:rFonts w:eastAsia="Helvetica Neue" w:cs="Helvetica Neue"/>
          <w:color w:val="1F2933"/>
        </w:rPr>
      </w:pPr>
      <w:r w:rsidRPr="00FB30BC">
        <w:rPr>
          <w:rFonts w:eastAsia="Helvetica Neue" w:cs="Helvetica Neue"/>
          <w:noProof/>
          <w:color w:val="1F2933"/>
        </w:rPr>
        <w:drawing>
          <wp:anchor distT="0" distB="0" distL="114300" distR="114300" simplePos="0" relativeHeight="251741184" behindDoc="1" locked="0" layoutInCell="1" allowOverlap="1" wp14:anchorId="3E5D7FF9" wp14:editId="268B5780">
            <wp:simplePos x="0" y="0"/>
            <wp:positionH relativeFrom="column">
              <wp:posOffset>3443605</wp:posOffset>
            </wp:positionH>
            <wp:positionV relativeFrom="paragraph">
              <wp:posOffset>245745</wp:posOffset>
            </wp:positionV>
            <wp:extent cx="2926080" cy="3372514"/>
            <wp:effectExtent l="0" t="0" r="0" b="5715"/>
            <wp:wrapTight wrapText="bothSides">
              <wp:wrapPolygon edited="0">
                <wp:start x="0" y="0"/>
                <wp:lineTo x="0" y="21555"/>
                <wp:lineTo x="21469" y="21555"/>
                <wp:lineTo x="21469" y="0"/>
                <wp:lineTo x="0" y="0"/>
              </wp:wrapPolygon>
            </wp:wrapTight>
            <wp:docPr id="5445999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4599917" name=""/>
                    <pic:cNvPicPr/>
                  </pic:nvPicPr>
                  <pic:blipFill>
                    <a:blip r:embed="rId89"/>
                    <a:stretch>
                      <a:fillRect/>
                    </a:stretch>
                  </pic:blipFill>
                  <pic:spPr>
                    <a:xfrm>
                      <a:off x="0" y="0"/>
                      <a:ext cx="2926080" cy="3372514"/>
                    </a:xfrm>
                    <a:prstGeom prst="rect">
                      <a:avLst/>
                    </a:prstGeom>
                  </pic:spPr>
                </pic:pic>
              </a:graphicData>
            </a:graphic>
            <wp14:sizeRelH relativeFrom="page">
              <wp14:pctWidth>0</wp14:pctWidth>
            </wp14:sizeRelH>
            <wp14:sizeRelV relativeFrom="page">
              <wp14:pctHeight>0</wp14:pctHeight>
            </wp14:sizeRelV>
          </wp:anchor>
        </w:drawing>
      </w:r>
    </w:p>
    <w:p w14:paraId="64546CEE" w14:textId="77777777" w:rsidR="00FB30BC" w:rsidRDefault="00754009" w:rsidP="0024373F">
      <w:pPr>
        <w:spacing w:after="140"/>
        <w:rPr>
          <w:rFonts w:eastAsia="Helvetica Neue" w:cs="Helvetica Neue"/>
          <w:color w:val="1F2933"/>
        </w:rPr>
      </w:pPr>
      <w:r>
        <w:rPr>
          <w:rFonts w:eastAsia="Helvetica Neue" w:cs="Helvetica Neue"/>
          <w:color w:val="1F2933"/>
        </w:rPr>
        <w:t>If you are adding a definition to the library, the</w:t>
      </w:r>
      <w:r w:rsidR="00FB30BC">
        <w:rPr>
          <w:rFonts w:eastAsia="Helvetica Neue" w:cs="Helvetica Neue"/>
          <w:color w:val="1F2933"/>
        </w:rPr>
        <w:t>re is one extra entry needed that covers both directions of the definition. Make the Full statement in the form:</w:t>
      </w:r>
    </w:p>
    <w:p w14:paraId="2C2CDFBD" w14:textId="77777777" w:rsidR="00FB30BC" w:rsidRDefault="00FB30BC" w:rsidP="00FB30BC">
      <w:pPr>
        <w:spacing w:after="140"/>
        <w:ind w:firstLine="720"/>
        <w:rPr>
          <w:rFonts w:eastAsia="Helvetica Neue" w:cs="Helvetica Neue"/>
          <w:i/>
          <w:iCs/>
          <w:color w:val="1F2933"/>
        </w:rPr>
      </w:pPr>
      <w:r>
        <w:rPr>
          <w:rFonts w:eastAsia="Helvetica Neue" w:cs="Helvetica Neue"/>
          <w:color w:val="1F2933"/>
        </w:rPr>
        <w:t xml:space="preserve"> </w:t>
      </w:r>
      <w:r>
        <w:rPr>
          <w:rFonts w:eastAsia="Helvetica Neue" w:cs="Helvetica Neue"/>
          <w:i/>
          <w:iCs/>
          <w:color w:val="1F2933"/>
        </w:rPr>
        <w:t>if word-being-defined, then properties</w:t>
      </w:r>
    </w:p>
    <w:p w14:paraId="65B4D132" w14:textId="207E01FA" w:rsidR="00754009" w:rsidRDefault="00FB30BC" w:rsidP="00FB30BC">
      <w:pPr>
        <w:spacing w:after="140"/>
        <w:rPr>
          <w:rFonts w:eastAsia="Helvetica Neue" w:cs="Helvetica Neue"/>
          <w:color w:val="1F2933"/>
        </w:rPr>
      </w:pPr>
      <w:r>
        <w:rPr>
          <w:rFonts w:eastAsia="Helvetica Neue" w:cs="Helvetica Neue"/>
          <w:color w:val="1F2933"/>
        </w:rPr>
        <w:t>and make the Converse statement of the form:</w:t>
      </w:r>
    </w:p>
    <w:p w14:paraId="0F649721" w14:textId="3F5B417C" w:rsidR="00FB30BC" w:rsidRPr="00FB30BC" w:rsidRDefault="00FB30BC" w:rsidP="0024373F">
      <w:pPr>
        <w:spacing w:after="140"/>
        <w:rPr>
          <w:rFonts w:eastAsia="Helvetica Neue" w:cs="Helvetica Neue"/>
          <w:color w:val="1F2933"/>
        </w:rPr>
      </w:pPr>
      <w:r>
        <w:rPr>
          <w:rFonts w:eastAsia="Helvetica Neue" w:cs="Helvetica Neue"/>
          <w:color w:val="1F2933"/>
        </w:rPr>
        <w:tab/>
      </w:r>
      <w:r>
        <w:rPr>
          <w:rFonts w:eastAsia="Helvetica Neue" w:cs="Helvetica Neue"/>
          <w:i/>
          <w:iCs/>
          <w:color w:val="1F2933"/>
        </w:rPr>
        <w:t>if properties, then word-being-defined</w:t>
      </w:r>
    </w:p>
    <w:p w14:paraId="3BC4BE52" w14:textId="519AA023" w:rsidR="00FB30BC" w:rsidRDefault="00FB30BC" w:rsidP="0024373F">
      <w:pPr>
        <w:spacing w:after="140"/>
        <w:rPr>
          <w:rFonts w:eastAsia="Helvetica Neue" w:cs="Helvetica Neue"/>
          <w:color w:val="1F2933"/>
        </w:rPr>
      </w:pPr>
      <w:r>
        <w:rPr>
          <w:rFonts w:eastAsia="Helvetica Neue" w:cs="Helvetica Neue"/>
          <w:color w:val="1F2933"/>
        </w:rPr>
        <w:t xml:space="preserve">The definition of a “house pentagon” at right is an example of adding a new definition and also of a justification with two conclusion ports. </w:t>
      </w:r>
    </w:p>
    <w:p w14:paraId="5C3F9FA8" w14:textId="5900EC7A" w:rsidR="00FB30BC" w:rsidRDefault="009754FF" w:rsidP="0024373F">
      <w:pPr>
        <w:spacing w:after="140"/>
        <w:rPr>
          <w:rFonts w:eastAsia="Helvetica Neue" w:cs="Helvetica Neue"/>
          <w:color w:val="1F2933"/>
        </w:rPr>
      </w:pPr>
      <w:r w:rsidRPr="009754FF">
        <w:rPr>
          <w:rFonts w:eastAsia="Helvetica Neue" w:cs="Helvetica Neue"/>
          <w:color w:val="1F2933"/>
        </w:rPr>
        <w:t xml:space="preserve">Custom </w:t>
      </w:r>
      <w:r w:rsidR="005A4DC9">
        <w:rPr>
          <w:rFonts w:eastAsia="Helvetica Neue" w:cs="Helvetica Neue"/>
          <w:color w:val="1F2933"/>
        </w:rPr>
        <w:t>j</w:t>
      </w:r>
      <w:r w:rsidRPr="009754FF">
        <w:rPr>
          <w:rFonts w:eastAsia="Helvetica Neue" w:cs="Helvetica Neue"/>
          <w:color w:val="1F2933"/>
        </w:rPr>
        <w:t>ustifications are marked Custom</w:t>
      </w:r>
      <w:r w:rsidR="005A4DC9">
        <w:rPr>
          <w:rFonts w:eastAsia="Helvetica Neue" w:cs="Helvetica Neue"/>
          <w:color w:val="1F2933"/>
        </w:rPr>
        <w:t xml:space="preserve"> in the library. They will be saved in </w:t>
      </w:r>
      <w:r w:rsidR="0027692C">
        <w:rPr>
          <w:rFonts w:eastAsia="Helvetica Neue" w:cs="Helvetica Neue"/>
          <w:color w:val="1F2933"/>
        </w:rPr>
        <w:t xml:space="preserve">.geoproof project </w:t>
      </w:r>
      <w:r w:rsidR="005A4DC9">
        <w:rPr>
          <w:rFonts w:eastAsia="Helvetica Neue" w:cs="Helvetica Neue"/>
          <w:color w:val="1F2933"/>
        </w:rPr>
        <w:t xml:space="preserve">files. This feature means that students and teachers can create custom libraries as a template for individual or class work. If </w:t>
      </w:r>
      <w:r w:rsidR="0027692C">
        <w:rPr>
          <w:rFonts w:eastAsia="Helvetica Neue" w:cs="Helvetica Neue"/>
          <w:color w:val="1F2933"/>
        </w:rPr>
        <w:t xml:space="preserve">you have created a new definition or proven a theorem, you can make them part of the library for other proof projects that you undertake. </w:t>
      </w:r>
      <w:r w:rsidR="005A4DC9">
        <w:rPr>
          <w:rFonts w:eastAsia="Helvetica Neue" w:cs="Helvetica Neue"/>
          <w:color w:val="1F2933"/>
        </w:rPr>
        <w:t xml:space="preserve"> </w:t>
      </w:r>
      <w:r w:rsidR="0027692C">
        <w:rPr>
          <w:rFonts w:eastAsia="Helvetica Neue" w:cs="Helvetica Neue"/>
          <w:color w:val="1F2933"/>
        </w:rPr>
        <w:lastRenderedPageBreak/>
        <w:t>Saving a file with library additions prior to</w:t>
      </w:r>
      <w:r w:rsidR="005A4DC9">
        <w:rPr>
          <w:rFonts w:eastAsia="Helvetica Neue" w:cs="Helvetica Neue"/>
          <w:color w:val="1F2933"/>
        </w:rPr>
        <w:t xml:space="preserve"> adding a diagram or proof makes a useful starting file that can be shared (with a name such as “OurClass</w:t>
      </w:r>
      <w:r w:rsidR="0027692C">
        <w:rPr>
          <w:rFonts w:eastAsia="Helvetica Neue" w:cs="Helvetica Neue"/>
          <w:color w:val="1F2933"/>
        </w:rPr>
        <w:t>Template</w:t>
      </w:r>
      <w:r w:rsidR="005A4DC9">
        <w:rPr>
          <w:rFonts w:eastAsia="Helvetica Neue" w:cs="Helvetica Neue"/>
          <w:color w:val="1F2933"/>
        </w:rPr>
        <w:t>.geoproof”</w:t>
      </w:r>
      <w:r w:rsidR="0027692C">
        <w:rPr>
          <w:rFonts w:eastAsia="Helvetica Neue" w:cs="Helvetica Neue"/>
          <w:color w:val="1F2933"/>
        </w:rPr>
        <w:t>)</w:t>
      </w:r>
      <w:r w:rsidRPr="009754FF">
        <w:rPr>
          <w:rFonts w:eastAsia="Helvetica Neue" w:cs="Helvetica Neue"/>
          <w:color w:val="1F2933"/>
        </w:rPr>
        <w:t>.</w:t>
      </w:r>
      <w:r w:rsidR="005A4DC9">
        <w:rPr>
          <w:rFonts w:eastAsia="Helvetica Neue" w:cs="Helvetica Neue"/>
          <w:color w:val="1F2933"/>
        </w:rPr>
        <w:t xml:space="preserve"> </w:t>
      </w:r>
    </w:p>
    <w:p w14:paraId="438E2AD6" w14:textId="4BFFF57B" w:rsidR="00E60C06" w:rsidRPr="00022637" w:rsidRDefault="00E60C06" w:rsidP="00E60C06">
      <w:pPr>
        <w:spacing w:after="140"/>
        <w:rPr>
          <w:rFonts w:eastAsia="Calibri" w:cs="Calibri"/>
          <w:color w:val="1F2933"/>
        </w:rPr>
      </w:pPr>
      <w:r>
        <w:rPr>
          <w:rFonts w:eastAsia="Helvetica Neue" w:cs="Helvetica Neue"/>
          <w:noProof/>
          <w:color w:val="1F2933"/>
        </w:rPr>
        <mc:AlternateContent>
          <mc:Choice Requires="wpg">
            <w:drawing>
              <wp:anchor distT="0" distB="0" distL="114300" distR="114300" simplePos="0" relativeHeight="251745280" behindDoc="1" locked="0" layoutInCell="1" allowOverlap="1" wp14:anchorId="381E9FAC" wp14:editId="2811C9D6">
                <wp:simplePos x="0" y="0"/>
                <wp:positionH relativeFrom="column">
                  <wp:posOffset>2459272</wp:posOffset>
                </wp:positionH>
                <wp:positionV relativeFrom="paragraph">
                  <wp:posOffset>522719</wp:posOffset>
                </wp:positionV>
                <wp:extent cx="4030345" cy="1891665"/>
                <wp:effectExtent l="0" t="0" r="0" b="635"/>
                <wp:wrapTight wrapText="bothSides">
                  <wp:wrapPolygon edited="0">
                    <wp:start x="0" y="0"/>
                    <wp:lineTo x="0" y="21462"/>
                    <wp:lineTo x="21508" y="21462"/>
                    <wp:lineTo x="21508" y="0"/>
                    <wp:lineTo x="0" y="0"/>
                  </wp:wrapPolygon>
                </wp:wrapTight>
                <wp:docPr id="602335403" name="Group 43"/>
                <wp:cNvGraphicFramePr/>
                <a:graphic xmlns:a="http://schemas.openxmlformats.org/drawingml/2006/main">
                  <a:graphicData uri="http://schemas.microsoft.com/office/word/2010/wordprocessingGroup">
                    <wpg:wgp>
                      <wpg:cNvGrpSpPr/>
                      <wpg:grpSpPr>
                        <a:xfrm>
                          <a:off x="0" y="0"/>
                          <a:ext cx="4030345" cy="1891665"/>
                          <a:chOff x="0" y="0"/>
                          <a:chExt cx="4030345" cy="1891665"/>
                        </a:xfrm>
                      </wpg:grpSpPr>
                      <pic:pic xmlns:pic="http://schemas.openxmlformats.org/drawingml/2006/picture">
                        <pic:nvPicPr>
                          <pic:cNvPr id="846436749" name="Picture 1"/>
                          <pic:cNvPicPr>
                            <a:picLocks noChangeAspect="1"/>
                          </pic:cNvPicPr>
                        </pic:nvPicPr>
                        <pic:blipFill>
                          <a:blip r:embed="rId90"/>
                          <a:stretch>
                            <a:fillRect/>
                          </a:stretch>
                        </pic:blipFill>
                        <pic:spPr>
                          <a:xfrm>
                            <a:off x="0" y="0"/>
                            <a:ext cx="4030345" cy="1891665"/>
                          </a:xfrm>
                          <a:prstGeom prst="rect">
                            <a:avLst/>
                          </a:prstGeom>
                        </pic:spPr>
                      </pic:pic>
                      <wps:wsp>
                        <wps:cNvPr id="686467783" name="Oval 31"/>
                        <wps:cNvSpPr/>
                        <wps:spPr>
                          <a:xfrm>
                            <a:off x="1067217" y="77865"/>
                            <a:ext cx="388416" cy="227669"/>
                          </a:xfrm>
                          <a:prstGeom prst="ellipse">
                            <a:avLst/>
                          </a:prstGeom>
                          <a:noFill/>
                          <a:ln>
                            <a:solidFill>
                              <a:srgbClr val="0070C0"/>
                            </a:solidFill>
                          </a:ln>
                          <a:effectLst>
                            <a:outerShdw blurRad="25400" dist="12700" dir="2700000" algn="tl" rotWithShape="0">
                              <a:prstClr val="black">
                                <a:alpha val="40000"/>
                              </a:prstClr>
                            </a:outerShdw>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5BA34711" id="Group 43" o:spid="_x0000_s1026" style="position:absolute;margin-left:193.65pt;margin-top:41.15pt;width:317.35pt;height:148.95pt;z-index:-251571200" coordsize="40303,1891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">
                <v:shape id="Picture 1" o:spid="_x0000_s1027" type="#_x0000_t75" style="position:absolute;width:40303;height:1891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">
                  <v:imagedata r:id="rId91" o:title=""/>
                </v:shape>
                <v:oval id="Oval 31" o:spid="_x0000_s1028" style="position:absolute;left:10672;top:778;width:3884;height:2277;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" filled="f" strokecolor="#0070c0">
                  <v:shadow on="t" color="black" opacity="26214f" origin="-.5,-.5" offset=".24944mm,.24944mm"/>
                </v:oval>
                <w10:wrap type="tight"/>
              </v:group>
            </w:pict>
          </mc:Fallback>
        </mc:AlternateContent>
      </w:r>
      <w:r>
        <w:rPr>
          <w:rFonts w:eastAsia="Helvetica Neue" w:cs="Helvetica Neue"/>
          <w:color w:val="1F2933"/>
        </w:rPr>
        <w:t xml:space="preserve">If you are adding a justification that can apply to different types the way that the transitive property of congruence does, you will need to either use generic premises and conclusions or add a specific version for each type. </w:t>
      </w:r>
    </w:p>
    <w:p w14:paraId="6492E958" w14:textId="270F6AE1" w:rsidR="00A120BA" w:rsidRDefault="00E60C06" w:rsidP="00E60C06">
      <w:pPr>
        <w:spacing w:after="140"/>
        <w:rPr>
          <w:rFonts w:eastAsia="Helvetica Neue" w:cs="Helvetica Neue"/>
          <w:color w:val="1F2933"/>
        </w:rPr>
      </w:pPr>
      <w:r>
        <w:rPr>
          <w:rFonts w:eastAsia="Helvetica Neue" w:cs="Helvetica Neue"/>
          <w:color w:val="1F2933"/>
        </w:rPr>
        <w:t xml:space="preserve">Hidden items are saved with the project. Click the </w:t>
      </w:r>
      <w:r w:rsidRPr="001810E9">
        <w:rPr>
          <w:rFonts w:eastAsia="Helvetica Neue" w:cs="Helvetica Neue"/>
          <w:b/>
          <w:bCs/>
          <w:color w:val="1F2933"/>
        </w:rPr>
        <w:t>Hidden (#)</w:t>
      </w:r>
      <w:r>
        <w:rPr>
          <w:rFonts w:eastAsia="Helvetica Neue" w:cs="Helvetica Neue"/>
          <w:color w:val="1F2933"/>
        </w:rPr>
        <w:t xml:space="preserve"> button (circled in blue) to review them and the </w:t>
      </w:r>
      <w:r w:rsidRPr="001810E9">
        <w:rPr>
          <w:rFonts w:eastAsia="Helvetica Neue" w:cs="Helvetica Neue"/>
          <w:b/>
          <w:bCs/>
          <w:color w:val="1F2933"/>
        </w:rPr>
        <w:t>Restore selected</w:t>
      </w:r>
      <w:r>
        <w:rPr>
          <w:rFonts w:eastAsia="Helvetica Neue" w:cs="Helvetica Neue"/>
          <w:color w:val="1F2933"/>
        </w:rPr>
        <w:t xml:space="preserve"> button to bring any item back. Hiding can make a large library easier to search or let you substitute a version whose language better matches your work.</w:t>
      </w:r>
    </w:p>
    <w:p w14:paraId="25294402" w14:textId="58D17ACB" w:rsidR="00563F93" w:rsidRPr="00563F93" w:rsidRDefault="005C0E5B" w:rsidP="00563F93">
      <w:pPr>
        <w:spacing w:before="240" w:after="160"/>
        <w:rPr>
          <w:rFonts w:eastAsia="Helvetica Neue" w:cs="Helvetica Neue"/>
          <w:b/>
          <w:color w:val="2E5B9C"/>
          <w:sz w:val="28"/>
        </w:rPr>
      </w:pPr>
      <w:bookmarkStart w:id="7" w:name="ConnectingClaims"/>
      <w:bookmarkStart w:id="8" w:name="Proofmode2"/>
      <w:bookmarkEnd w:id="7"/>
      <w:bookmarkEnd w:id="8"/>
      <w:r>
        <w:rPr>
          <w:rFonts w:eastAsia="Helvetica Neue" w:cs="Helvetica Neue"/>
          <w:b/>
          <w:color w:val="2E5B9C"/>
          <w:sz w:val="28"/>
        </w:rPr>
        <w:t>Connecting Claims</w:t>
      </w:r>
    </w:p>
    <w:p w14:paraId="14275ECB" w14:textId="3E1803D2" w:rsidR="00563F93" w:rsidRPr="00B034BC" w:rsidRDefault="00BB24FE" w:rsidP="00BB24FE">
      <w:pPr>
        <w:pStyle w:val="Heading2"/>
        <w:keepNext w:val="0"/>
        <w:keepLines w:val="0"/>
        <w:widowControl w:val="0"/>
        <w:spacing w:before="240" w:after="160"/>
        <w:rPr>
          <w:rFonts w:ascii="Helvetica Neue" w:eastAsia="Helvetica Neue" w:hAnsi="Helvetica Neue" w:cs="Helvetica Neue"/>
          <w:b w:val="0"/>
          <w:bCs w:val="0"/>
          <w:color w:val="1F2933"/>
          <w:sz w:val="22"/>
          <w:szCs w:val="22"/>
        </w:rPr>
      </w:pPr>
      <w:r>
        <w:rPr>
          <w:noProof/>
        </w:rPr>
        <w:drawing>
          <wp:anchor distT="0" distB="0" distL="114300" distR="114300" simplePos="0" relativeHeight="251746304" behindDoc="1" locked="0" layoutInCell="1" allowOverlap="1" wp14:anchorId="69238549" wp14:editId="79EAD296">
            <wp:simplePos x="0" y="0"/>
            <wp:positionH relativeFrom="column">
              <wp:posOffset>3094683</wp:posOffset>
            </wp:positionH>
            <wp:positionV relativeFrom="paragraph">
              <wp:posOffset>697462</wp:posOffset>
            </wp:positionV>
            <wp:extent cx="3129915" cy="998855"/>
            <wp:effectExtent l="0" t="0" r="0" b="4445"/>
            <wp:wrapTight wrapText="bothSides">
              <wp:wrapPolygon edited="0">
                <wp:start x="0" y="0"/>
                <wp:lineTo x="0" y="21421"/>
                <wp:lineTo x="21473" y="21421"/>
                <wp:lineTo x="21473" y="0"/>
                <wp:lineTo x="0" y="0"/>
              </wp:wrapPolygon>
            </wp:wrapTight>
            <wp:docPr id="1622577206" name="Picture 1622577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rotWithShape="1">
                    <a:blip r:embed="rId54"/>
                    <a:srcRect l="25192" t="16598" r="35651" b="57848"/>
                    <a:stretch>
                      <a:fillRect/>
                    </a:stretch>
                  </pic:blipFill>
                  <pic:spPr bwMode="auto">
                    <a:xfrm>
                      <a:off x="0" y="0"/>
                      <a:ext cx="3129915" cy="9988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63F93">
        <w:rPr>
          <w:rFonts w:ascii="Helvetica Neue" w:eastAsia="Helvetica Neue" w:hAnsi="Helvetica Neue" w:cs="Helvetica Neue"/>
          <w:b w:val="0"/>
          <w:bCs w:val="0"/>
          <w:color w:val="1F2933"/>
          <w:sz w:val="22"/>
          <w:szCs w:val="22"/>
        </w:rPr>
        <w:t xml:space="preserve">As you build your proof, you want to make the logical connections between claims clear. Each syllogism is shown with a visual arc connecting </w:t>
      </w:r>
      <w:r w:rsidR="00B034BC">
        <w:rPr>
          <w:rFonts w:ascii="Helvetica Neue" w:eastAsia="Helvetica Neue" w:hAnsi="Helvetica Neue" w:cs="Helvetica Neue"/>
          <w:b w:val="0"/>
          <w:bCs w:val="0"/>
          <w:color w:val="1F2933"/>
          <w:sz w:val="22"/>
          <w:szCs w:val="22"/>
        </w:rPr>
        <w:t xml:space="preserve">conclusions </w:t>
      </w:r>
      <w:r>
        <w:rPr>
          <w:rFonts w:ascii="Helvetica Neue" w:eastAsia="Helvetica Neue" w:hAnsi="Helvetica Neue" w:cs="Helvetica Neue"/>
          <w:b w:val="0"/>
          <w:bCs w:val="0"/>
          <w:color w:val="1F2933"/>
          <w:sz w:val="22"/>
          <w:szCs w:val="22"/>
        </w:rPr>
        <w:t>of one claim</w:t>
      </w:r>
      <w:r w:rsidR="00B034BC">
        <w:rPr>
          <w:rFonts w:ascii="Helvetica Neue" w:eastAsia="Helvetica Neue" w:hAnsi="Helvetica Neue" w:cs="Helvetica Neue"/>
          <w:b w:val="0"/>
          <w:bCs w:val="0"/>
          <w:color w:val="1F2933"/>
          <w:sz w:val="22"/>
          <w:szCs w:val="22"/>
        </w:rPr>
        <w:t xml:space="preserve"> to the premises </w:t>
      </w:r>
      <w:r>
        <w:rPr>
          <w:rFonts w:ascii="Helvetica Neue" w:eastAsia="Helvetica Neue" w:hAnsi="Helvetica Neue" w:cs="Helvetica Neue"/>
          <w:b w:val="0"/>
          <w:bCs w:val="0"/>
          <w:color w:val="1F2933"/>
          <w:sz w:val="22"/>
          <w:szCs w:val="22"/>
        </w:rPr>
        <w:t xml:space="preserve">of another </w:t>
      </w:r>
      <w:r w:rsidR="00B034BC">
        <w:rPr>
          <w:rFonts w:ascii="Helvetica Neue" w:eastAsia="Helvetica Neue" w:hAnsi="Helvetica Neue" w:cs="Helvetica Neue"/>
          <w:b w:val="0"/>
          <w:bCs w:val="0"/>
          <w:color w:val="1F2933"/>
          <w:sz w:val="22"/>
          <w:szCs w:val="22"/>
        </w:rPr>
        <w:t>claim that build</w:t>
      </w:r>
      <w:r>
        <w:rPr>
          <w:rFonts w:ascii="Helvetica Neue" w:eastAsia="Helvetica Neue" w:hAnsi="Helvetica Neue" w:cs="Helvetica Neue"/>
          <w:b w:val="0"/>
          <w:bCs w:val="0"/>
          <w:color w:val="1F2933"/>
          <w:sz w:val="22"/>
          <w:szCs w:val="22"/>
        </w:rPr>
        <w:t>s</w:t>
      </w:r>
      <w:r w:rsidR="00B034BC">
        <w:rPr>
          <w:rFonts w:ascii="Helvetica Neue" w:eastAsia="Helvetica Neue" w:hAnsi="Helvetica Neue" w:cs="Helvetica Neue"/>
          <w:b w:val="0"/>
          <w:bCs w:val="0"/>
          <w:color w:val="1F2933"/>
          <w:sz w:val="22"/>
          <w:szCs w:val="22"/>
        </w:rPr>
        <w:t xml:space="preserve"> upon </w:t>
      </w:r>
      <w:r w:rsidR="00831AE5">
        <w:rPr>
          <w:rFonts w:ascii="Helvetica Neue" w:eastAsia="Helvetica Neue" w:hAnsi="Helvetica Neue" w:cs="Helvetica Neue"/>
          <w:b w:val="0"/>
          <w:bCs w:val="0"/>
          <w:color w:val="1F2933"/>
          <w:sz w:val="22"/>
          <w:szCs w:val="22"/>
        </w:rPr>
        <w:t>it</w:t>
      </w:r>
      <w:r w:rsidR="00B034BC">
        <w:rPr>
          <w:rFonts w:ascii="Helvetica Neue" w:eastAsia="Helvetica Neue" w:hAnsi="Helvetica Neue" w:cs="Helvetica Neue"/>
          <w:b w:val="0"/>
          <w:bCs w:val="0"/>
          <w:color w:val="1F2933"/>
          <w:sz w:val="22"/>
          <w:szCs w:val="22"/>
        </w:rPr>
        <w:t xml:space="preserve">. </w:t>
      </w:r>
      <w:r>
        <w:rPr>
          <w:rFonts w:ascii="Helvetica Neue" w:eastAsia="Helvetica Neue" w:hAnsi="Helvetica Neue" w:cs="Helvetica Neue"/>
          <w:b w:val="0"/>
          <w:bCs w:val="0"/>
          <w:color w:val="1F2933"/>
          <w:sz w:val="22"/>
          <w:szCs w:val="22"/>
        </w:rPr>
        <w:t>The</w:t>
      </w:r>
      <w:r w:rsidR="00831AE5">
        <w:rPr>
          <w:rFonts w:ascii="Helvetica Neue" w:eastAsia="Helvetica Neue" w:hAnsi="Helvetica Neue" w:cs="Helvetica Neue"/>
          <w:b w:val="0"/>
          <w:bCs w:val="0"/>
          <w:color w:val="1F2933"/>
          <w:sz w:val="22"/>
          <w:szCs w:val="22"/>
        </w:rPr>
        <w:t xml:space="preserve"> arcs</w:t>
      </w:r>
      <w:r>
        <w:rPr>
          <w:rFonts w:ascii="Helvetica Neue" w:eastAsia="Helvetica Neue" w:hAnsi="Helvetica Neue" w:cs="Helvetica Neue"/>
          <w:b w:val="0"/>
          <w:bCs w:val="0"/>
          <w:color w:val="1F2933"/>
          <w:sz w:val="22"/>
          <w:szCs w:val="22"/>
        </w:rPr>
        <w:t xml:space="preserve"> connect a port on the right side of a claim box to a port on the left side of a claim box that follows it (is to its right). </w:t>
      </w:r>
      <w:r w:rsidR="00B034BC">
        <w:rPr>
          <w:rFonts w:ascii="Helvetica Neue" w:eastAsia="Helvetica Neue" w:hAnsi="Helvetica Neue" w:cs="Helvetica Neue"/>
          <w:b w:val="0"/>
          <w:bCs w:val="0"/>
          <w:color w:val="1F2933"/>
          <w:sz w:val="22"/>
          <w:szCs w:val="22"/>
        </w:rPr>
        <w:t xml:space="preserve">Connections should be of the same type: angles to angles, perpendicular lines to perpendicular lines, etc. Connections will match the </w:t>
      </w:r>
      <w:hyperlink w:anchor="Portcolors" w:history="1">
        <w:r w:rsidR="00B034BC" w:rsidRPr="00B034BC">
          <w:rPr>
            <w:rStyle w:val="Hyperlink"/>
            <w:rFonts w:ascii="Helvetica Neue" w:eastAsia="Helvetica Neue" w:hAnsi="Helvetica Neue" w:cs="Helvetica Neue"/>
            <w:b w:val="0"/>
            <w:bCs w:val="0"/>
            <w:sz w:val="22"/>
            <w:szCs w:val="22"/>
          </w:rPr>
          <w:t>color of their ports</w:t>
        </w:r>
      </w:hyperlink>
      <w:r w:rsidR="00B034BC">
        <w:rPr>
          <w:rFonts w:ascii="Helvetica Neue" w:eastAsia="Helvetica Neue" w:hAnsi="Helvetica Neue" w:cs="Helvetica Neue"/>
          <w:b w:val="0"/>
          <w:bCs w:val="0"/>
          <w:color w:val="1F2933"/>
          <w:sz w:val="22"/>
          <w:szCs w:val="22"/>
        </w:rPr>
        <w:t xml:space="preserve">. </w:t>
      </w:r>
    </w:p>
    <w:p w14:paraId="3C1BA27A" w14:textId="3EDFA554" w:rsidR="00377934" w:rsidRDefault="00377934" w:rsidP="00377934">
      <w:pPr>
        <w:pStyle w:val="Heading2"/>
        <w:spacing w:before="240" w:after="160"/>
      </w:pPr>
      <w:r>
        <w:rPr>
          <w:rFonts w:ascii="Calibri" w:eastAsia="Calibri" w:hAnsi="Calibri" w:cs="Calibri"/>
          <w:color w:val="2E5B9C"/>
        </w:rPr>
        <w:t xml:space="preserve">How to </w:t>
      </w:r>
      <w:r w:rsidR="00B034BC">
        <w:rPr>
          <w:rFonts w:ascii="Calibri" w:eastAsia="Calibri" w:hAnsi="Calibri" w:cs="Calibri"/>
          <w:color w:val="2E5B9C"/>
        </w:rPr>
        <w:t xml:space="preserve">make a </w:t>
      </w:r>
      <w:r>
        <w:rPr>
          <w:rFonts w:ascii="Calibri" w:eastAsia="Calibri" w:hAnsi="Calibri" w:cs="Calibri"/>
          <w:color w:val="2E5B9C"/>
        </w:rPr>
        <w:t>connect</w:t>
      </w:r>
      <w:r w:rsidR="00B034BC">
        <w:rPr>
          <w:rFonts w:ascii="Calibri" w:eastAsia="Calibri" w:hAnsi="Calibri" w:cs="Calibri"/>
          <w:color w:val="2E5B9C"/>
        </w:rPr>
        <w:t>ion</w:t>
      </w:r>
    </w:p>
    <w:p w14:paraId="0B34E7C8" w14:textId="7EA0C538" w:rsidR="00377934" w:rsidRPr="00B034BC" w:rsidRDefault="00B034BC" w:rsidP="00377934">
      <w:pPr>
        <w:pStyle w:val="ListParagraph"/>
        <w:numPr>
          <w:ilvl w:val="0"/>
          <w:numId w:val="27"/>
        </w:numPr>
        <w:spacing w:after="80"/>
        <w:contextualSpacing w:val="0"/>
      </w:pPr>
      <w:r w:rsidRPr="00B034BC">
        <w:rPr>
          <w:rFonts w:eastAsia="Calibri" w:cs="Calibri"/>
          <w:color w:val="1F2933"/>
        </w:rPr>
        <w:t>Make sure</w:t>
      </w:r>
      <w:r w:rsidR="00377934" w:rsidRPr="00B034BC">
        <w:rPr>
          <w:rFonts w:eastAsia="Calibri" w:cs="Calibri"/>
          <w:color w:val="1F2933"/>
        </w:rPr>
        <w:t xml:space="preserve"> the supporting claim is in a column to the left of the claim that </w:t>
      </w:r>
      <w:r w:rsidRPr="00B034BC">
        <w:rPr>
          <w:rFonts w:eastAsia="Calibri" w:cs="Calibri"/>
          <w:color w:val="1F2933"/>
        </w:rPr>
        <w:t>follows from it</w:t>
      </w:r>
      <w:r w:rsidR="00377934" w:rsidRPr="00B034BC">
        <w:rPr>
          <w:rFonts w:eastAsia="Calibri" w:cs="Calibri"/>
          <w:color w:val="1F2933"/>
        </w:rPr>
        <w:t>.</w:t>
      </w:r>
      <w:r w:rsidRPr="00B034BC">
        <w:rPr>
          <w:rFonts w:eastAsia="Calibri" w:cs="Calibri"/>
          <w:color w:val="1F2933"/>
        </w:rPr>
        <w:t xml:space="preserve"> If it isn’t, move the claims with their </w:t>
      </w:r>
      <w:hyperlink w:anchor="Claimbox" w:history="1">
        <w:r w:rsidRPr="00B034BC">
          <w:rPr>
            <w:rStyle w:val="Hyperlink"/>
            <w:rFonts w:eastAsia="Calibri" w:cs="Calibri"/>
          </w:rPr>
          <w:t>grab bar</w:t>
        </w:r>
      </w:hyperlink>
      <w:r w:rsidRPr="00B034BC">
        <w:rPr>
          <w:rFonts w:eastAsia="Calibri" w:cs="Calibri"/>
          <w:color w:val="1F2933"/>
        </w:rPr>
        <w:t xml:space="preserve"> or add a new column with the plus symbol </w:t>
      </w:r>
      <w:r>
        <w:rPr>
          <w:rFonts w:eastAsia="Helvetica Neue" w:cs="Helvetica Neue"/>
          <w:color w:val="1F2933"/>
        </w:rPr>
        <w:t>(</w:t>
      </w:r>
      <w:r w:rsidRPr="00F656A4">
        <w:rPr>
          <w:rFonts w:eastAsia="Helvetica Neue" w:cs="Helvetica Neue"/>
          <w:noProof/>
          <w:color w:val="1F2933"/>
          <w:position w:val="-4"/>
        </w:rPr>
        <w:drawing>
          <wp:inline distT="0" distB="0" distL="0" distR="0" wp14:anchorId="2B4A7854" wp14:editId="62F6FC84">
            <wp:extent cx="142258" cy="146050"/>
            <wp:effectExtent l="0" t="0" r="0" b="0"/>
            <wp:docPr id="1094329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470786" name=""/>
                    <pic:cNvPicPr/>
                  </pic:nvPicPr>
                  <pic:blipFill rotWithShape="1">
                    <a:blip r:embed="rId57">
                      <a:extLst>
                        <a:ext uri="{BEBA8EAE-BF5A-486C-A8C5-ECC9F3942E4B}">
                          <a14:imgProps xmlns:a14="http://schemas.microsoft.com/office/drawing/2010/main">
                            <a14:imgLayer r:embed="rId58">
                              <a14:imgEffect>
                                <a14:brightnessContrast contrast="-40000"/>
                              </a14:imgEffect>
                            </a14:imgLayer>
                          </a14:imgProps>
                        </a:ext>
                      </a:extLst>
                    </a:blip>
                    <a:srcRect l="4239" t="-3" r="6699" b="4753"/>
                    <a:stretch>
                      <a:fillRect/>
                    </a:stretch>
                  </pic:blipFill>
                  <pic:spPr bwMode="auto">
                    <a:xfrm>
                      <a:off x="0" y="0"/>
                      <a:ext cx="144215" cy="148059"/>
                    </a:xfrm>
                    <a:prstGeom prst="rect">
                      <a:avLst/>
                    </a:prstGeom>
                    <a:ln>
                      <a:noFill/>
                    </a:ln>
                    <a:extLst>
                      <a:ext uri="{53640926-AAD7-44D8-BBD7-CCE9431645EC}">
                        <a14:shadowObscured xmlns:a14="http://schemas.microsoft.com/office/drawing/2010/main"/>
                      </a:ext>
                    </a:extLst>
                  </pic:spPr>
                </pic:pic>
              </a:graphicData>
            </a:graphic>
          </wp:inline>
        </w:drawing>
      </w:r>
      <w:r>
        <w:rPr>
          <w:rFonts w:eastAsia="Helvetica Neue" w:cs="Helvetica Neue"/>
          <w:color w:val="1F2933"/>
        </w:rPr>
        <w:t>)</w:t>
      </w:r>
      <w:r w:rsidRPr="00B034BC">
        <w:rPr>
          <w:rFonts w:eastAsia="Calibri" w:cs="Calibri"/>
          <w:color w:val="1F2933"/>
        </w:rPr>
        <w:t xml:space="preserve"> that </w:t>
      </w:r>
      <w:r>
        <w:rPr>
          <w:rFonts w:eastAsia="Calibri" w:cs="Calibri"/>
          <w:color w:val="1F2933"/>
        </w:rPr>
        <w:t>will allow</w:t>
      </w:r>
      <w:r w:rsidRPr="00B034BC">
        <w:rPr>
          <w:rFonts w:eastAsia="Calibri" w:cs="Calibri"/>
          <w:color w:val="1F2933"/>
        </w:rPr>
        <w:t xml:space="preserve"> you to position them in the correct sequence.</w:t>
      </w:r>
    </w:p>
    <w:tbl>
      <w:tblPr>
        <w:tblpPr w:leftFromText="180" w:rightFromText="180" w:vertAnchor="text" w:horzAnchor="page" w:tblpX="8927" w:tblpY="46"/>
        <w:tblOverlap w:val="never"/>
        <w:tblW w:w="13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65"/>
        <w:gridCol w:w="1439"/>
      </w:tblGrid>
      <w:tr w:rsidR="00CB6346" w14:paraId="2F719CEA" w14:textId="77777777" w:rsidTr="00CB6346">
        <w:trPr>
          <w:trHeight w:val="216"/>
        </w:trPr>
        <w:tc>
          <w:tcPr>
            <w:tcW w:w="1165" w:type="dxa"/>
            <w:shd w:val="clear" w:color="auto" w:fill="548DD4" w:themeFill="text2" w:themeFillTint="99"/>
          </w:tcPr>
          <w:p w14:paraId="5689AA82" w14:textId="62979C85" w:rsidR="00CB6346" w:rsidRPr="00CB6346" w:rsidRDefault="00CB6346" w:rsidP="00CB6346">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Connector &amp; Port C</w:t>
            </w:r>
            <w:r w:rsidRPr="003E4598">
              <w:rPr>
                <w:rFonts w:ascii="Calibri" w:eastAsia="Calibri" w:hAnsi="Calibri" w:cs="Calibri"/>
                <w:b/>
                <w:bCs/>
                <w:color w:val="FFFFFF"/>
                <w:sz w:val="20"/>
                <w:szCs w:val="20"/>
              </w:rPr>
              <w:t>olor</w:t>
            </w:r>
            <w:r>
              <w:rPr>
                <w:rFonts w:ascii="Calibri" w:eastAsia="Calibri" w:hAnsi="Calibri" w:cs="Calibri"/>
                <w:b/>
                <w:bCs/>
                <w:color w:val="FFFFFF"/>
                <w:sz w:val="20"/>
                <w:szCs w:val="20"/>
              </w:rPr>
              <w:t>s</w:t>
            </w:r>
          </w:p>
        </w:tc>
        <w:tc>
          <w:tcPr>
            <w:tcW w:w="1440" w:type="dxa"/>
            <w:shd w:val="clear" w:color="auto" w:fill="548DD4" w:themeFill="text2" w:themeFillTint="99"/>
            <w:tcMar>
              <w:top w:w="60" w:type="dxa"/>
              <w:left w:w="80" w:type="dxa"/>
              <w:bottom w:w="60" w:type="dxa"/>
              <w:right w:w="80" w:type="dxa"/>
            </w:tcMar>
          </w:tcPr>
          <w:p w14:paraId="7A5F273F" w14:textId="77777777" w:rsidR="00CB6346" w:rsidRDefault="00CB6346" w:rsidP="00CB6346">
            <w:pPr>
              <w:jc w:val="center"/>
            </w:pPr>
            <w:r>
              <w:rPr>
                <w:rFonts w:ascii="Calibri" w:eastAsia="Calibri" w:hAnsi="Calibri" w:cs="Calibri"/>
                <w:b/>
                <w:bCs/>
                <w:color w:val="FFFFFF"/>
                <w:sz w:val="18"/>
                <w:szCs w:val="18"/>
              </w:rPr>
              <w:t>Type</w:t>
            </w:r>
          </w:p>
        </w:tc>
      </w:tr>
      <w:tr w:rsidR="00CB6346" w:rsidRPr="00B629F1" w14:paraId="112B3F8A" w14:textId="77777777" w:rsidTr="00CB6346">
        <w:trPr>
          <w:trHeight w:hRule="exact" w:val="360"/>
        </w:trPr>
        <w:tc>
          <w:tcPr>
            <w:tcW w:w="1165" w:type="dxa"/>
            <w:vMerge w:val="restart"/>
            <w:shd w:val="clear" w:color="auto" w:fill="F8FAFC"/>
            <w:noWrap/>
          </w:tcPr>
          <w:p w14:paraId="349D8E9B" w14:textId="77777777" w:rsidR="00CB6346" w:rsidRPr="005F48CB" w:rsidRDefault="00CB6346" w:rsidP="00CB6346">
            <w:pPr>
              <w:spacing w:after="0" w:line="240" w:lineRule="auto"/>
              <w:jc w:val="center"/>
              <w:rPr>
                <w:rFonts w:ascii="Calibri" w:eastAsia="Calibri" w:hAnsi="Calibri" w:cs="Calibri"/>
                <w:color w:val="1F2933"/>
                <w:sz w:val="6"/>
                <w:szCs w:val="6"/>
              </w:rPr>
            </w:pPr>
          </w:p>
          <w:p w14:paraId="1B74A2BB" w14:textId="77777777" w:rsidR="00CB6346" w:rsidRDefault="00CB6346" w:rsidP="00CB6346">
            <w:pPr>
              <w:spacing w:after="0" w:line="240" w:lineRule="auto"/>
              <w:jc w:val="center"/>
              <w:rPr>
                <w:rFonts w:ascii="Calibri" w:eastAsia="Calibri" w:hAnsi="Calibri" w:cs="Calibri"/>
                <w:color w:val="1F2933"/>
                <w:sz w:val="18"/>
                <w:szCs w:val="18"/>
              </w:rPr>
            </w:pPr>
            <w:r>
              <w:rPr>
                <w:noProof/>
              </w:rPr>
              <w:drawing>
                <wp:inline distT="0" distB="0" distL="0" distR="0" wp14:anchorId="5FF209F5" wp14:editId="6374F1B7">
                  <wp:extent cx="503684" cy="1737360"/>
                  <wp:effectExtent l="0" t="0" r="4445" b="2540"/>
                  <wp:docPr id="1082687843" name="07-connector-types-legend.png" descr="Figure A2. Connector types, plug shapes, and stroke colors used in Proof mode." title="Figure A2. Connector types, plug shapes, and stroke colors used in Proof mo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rotWithShape="1">
                          <a:blip r:embed="rId71"/>
                          <a:srcRect l="2743" t="17872" r="83680" b="10956"/>
                          <a:stretch>
                            <a:fillRect/>
                          </a:stretch>
                        </pic:blipFill>
                        <pic:spPr bwMode="auto">
                          <a:xfrm>
                            <a:off x="0" y="0"/>
                            <a:ext cx="503684" cy="1737360"/>
                          </a:xfrm>
                          <a:prstGeom prst="rect">
                            <a:avLst/>
                          </a:prstGeom>
                          <a:ln>
                            <a:noFill/>
                          </a:ln>
                          <a:extLst>
                            <a:ext uri="{53640926-AAD7-44D8-BBD7-CCE9431645EC}">
                              <a14:shadowObscured xmlns:a14="http://schemas.microsoft.com/office/drawing/2010/main"/>
                            </a:ext>
                          </a:extLst>
                        </pic:spPr>
                      </pic:pic>
                    </a:graphicData>
                  </a:graphic>
                </wp:inline>
              </w:drawing>
            </w:r>
          </w:p>
        </w:tc>
        <w:tc>
          <w:tcPr>
            <w:tcW w:w="1440" w:type="dxa"/>
            <w:shd w:val="clear" w:color="auto" w:fill="F8FAFC"/>
            <w:tcMar>
              <w:top w:w="50" w:type="dxa"/>
              <w:left w:w="80" w:type="dxa"/>
              <w:bottom w:w="50" w:type="dxa"/>
              <w:right w:w="80" w:type="dxa"/>
            </w:tcMar>
          </w:tcPr>
          <w:p w14:paraId="6493B247" w14:textId="77777777" w:rsidR="00CB6346" w:rsidRPr="0010186A" w:rsidRDefault="00CB6346" w:rsidP="00CB6346">
            <w:pPr>
              <w:rPr>
                <w:rFonts w:ascii="Arial Narrow" w:hAnsi="Arial Narrow"/>
                <w:sz w:val="16"/>
                <w:szCs w:val="16"/>
              </w:rPr>
            </w:pPr>
            <w:r w:rsidRPr="0010186A">
              <w:rPr>
                <w:rFonts w:ascii="Arial Narrow" w:eastAsia="Calibri" w:hAnsi="Arial Narrow" w:cs="Calibri"/>
                <w:color w:val="1F2933"/>
                <w:sz w:val="16"/>
                <w:szCs w:val="16"/>
              </w:rPr>
              <w:t>Point</w:t>
            </w:r>
          </w:p>
        </w:tc>
      </w:tr>
      <w:tr w:rsidR="00CB6346" w:rsidRPr="00B629F1" w14:paraId="41998272" w14:textId="77777777" w:rsidTr="00CB6346">
        <w:trPr>
          <w:trHeight w:hRule="exact" w:val="360"/>
        </w:trPr>
        <w:tc>
          <w:tcPr>
            <w:tcW w:w="1165" w:type="dxa"/>
            <w:vMerge/>
            <w:shd w:val="clear" w:color="auto" w:fill="FFFFFF"/>
          </w:tcPr>
          <w:p w14:paraId="43313A45" w14:textId="77777777" w:rsidR="00CB6346" w:rsidRDefault="00CB6346" w:rsidP="00CB6346">
            <w:pPr>
              <w:rPr>
                <w:rFonts w:ascii="Calibri" w:eastAsia="Calibri" w:hAnsi="Calibri" w:cs="Calibri"/>
                <w:color w:val="1F2933"/>
                <w:sz w:val="18"/>
                <w:szCs w:val="18"/>
              </w:rPr>
            </w:pPr>
          </w:p>
        </w:tc>
        <w:tc>
          <w:tcPr>
            <w:tcW w:w="1440" w:type="dxa"/>
            <w:shd w:val="clear" w:color="auto" w:fill="FFFFFF"/>
            <w:tcMar>
              <w:top w:w="50" w:type="dxa"/>
              <w:left w:w="80" w:type="dxa"/>
              <w:bottom w:w="50" w:type="dxa"/>
              <w:right w:w="80" w:type="dxa"/>
            </w:tcMar>
          </w:tcPr>
          <w:p w14:paraId="52953831" w14:textId="77777777" w:rsidR="00CB6346" w:rsidRPr="0010186A" w:rsidRDefault="00CB6346" w:rsidP="00CB6346">
            <w:pPr>
              <w:rPr>
                <w:rFonts w:ascii="Arial Narrow" w:hAnsi="Arial Narrow"/>
                <w:sz w:val="16"/>
                <w:szCs w:val="16"/>
              </w:rPr>
            </w:pPr>
            <w:r w:rsidRPr="0010186A">
              <w:rPr>
                <w:rFonts w:ascii="Arial Narrow" w:eastAsia="Calibri" w:hAnsi="Arial Narrow" w:cs="Calibri"/>
                <w:color w:val="1F2933"/>
                <w:sz w:val="16"/>
                <w:szCs w:val="16"/>
              </w:rPr>
              <w:t>Segment / line / ray</w:t>
            </w:r>
          </w:p>
        </w:tc>
      </w:tr>
      <w:tr w:rsidR="00CB6346" w:rsidRPr="00B629F1" w14:paraId="7742F856" w14:textId="77777777" w:rsidTr="00CB6346">
        <w:trPr>
          <w:trHeight w:hRule="exact" w:val="360"/>
        </w:trPr>
        <w:tc>
          <w:tcPr>
            <w:tcW w:w="1165" w:type="dxa"/>
            <w:vMerge/>
            <w:shd w:val="clear" w:color="auto" w:fill="F8FAFC"/>
          </w:tcPr>
          <w:p w14:paraId="392E36AA" w14:textId="77777777" w:rsidR="00CB6346" w:rsidRDefault="00CB6346" w:rsidP="00CB6346">
            <w:pPr>
              <w:rPr>
                <w:rFonts w:ascii="Calibri" w:eastAsia="Calibri" w:hAnsi="Calibri" w:cs="Calibri"/>
                <w:color w:val="1F2933"/>
                <w:sz w:val="18"/>
                <w:szCs w:val="18"/>
              </w:rPr>
            </w:pPr>
          </w:p>
        </w:tc>
        <w:tc>
          <w:tcPr>
            <w:tcW w:w="1440" w:type="dxa"/>
            <w:shd w:val="clear" w:color="auto" w:fill="F8FAFC"/>
            <w:tcMar>
              <w:top w:w="50" w:type="dxa"/>
              <w:left w:w="80" w:type="dxa"/>
              <w:bottom w:w="50" w:type="dxa"/>
              <w:right w:w="80" w:type="dxa"/>
            </w:tcMar>
          </w:tcPr>
          <w:p w14:paraId="3CF3FD23" w14:textId="77777777" w:rsidR="00CB6346" w:rsidRPr="0010186A" w:rsidRDefault="00CB6346" w:rsidP="00CB6346">
            <w:pPr>
              <w:rPr>
                <w:rFonts w:ascii="Arial Narrow" w:hAnsi="Arial Narrow"/>
                <w:sz w:val="16"/>
                <w:szCs w:val="16"/>
              </w:rPr>
            </w:pPr>
            <w:r w:rsidRPr="0010186A">
              <w:rPr>
                <w:rFonts w:ascii="Arial Narrow" w:eastAsia="Calibri" w:hAnsi="Arial Narrow" w:cs="Calibri"/>
                <w:color w:val="1F2933"/>
                <w:sz w:val="16"/>
                <w:szCs w:val="16"/>
              </w:rPr>
              <w:t>Angle</w:t>
            </w:r>
          </w:p>
        </w:tc>
      </w:tr>
      <w:tr w:rsidR="00CB6346" w:rsidRPr="00B629F1" w14:paraId="5E158A4D" w14:textId="77777777" w:rsidTr="00CB6346">
        <w:trPr>
          <w:trHeight w:hRule="exact" w:val="360"/>
        </w:trPr>
        <w:tc>
          <w:tcPr>
            <w:tcW w:w="1165" w:type="dxa"/>
            <w:vMerge/>
            <w:shd w:val="clear" w:color="auto" w:fill="FFFFFF"/>
          </w:tcPr>
          <w:p w14:paraId="5F3DE62A" w14:textId="77777777" w:rsidR="00CB6346" w:rsidRDefault="00CB6346" w:rsidP="00CB6346">
            <w:pPr>
              <w:rPr>
                <w:rFonts w:ascii="Calibri" w:eastAsia="Calibri" w:hAnsi="Calibri" w:cs="Calibri"/>
                <w:color w:val="1F2933"/>
                <w:sz w:val="18"/>
                <w:szCs w:val="18"/>
              </w:rPr>
            </w:pPr>
          </w:p>
        </w:tc>
        <w:tc>
          <w:tcPr>
            <w:tcW w:w="1440" w:type="dxa"/>
            <w:shd w:val="clear" w:color="auto" w:fill="FFFFFF"/>
            <w:tcMar>
              <w:top w:w="50" w:type="dxa"/>
              <w:left w:w="80" w:type="dxa"/>
              <w:bottom w:w="50" w:type="dxa"/>
              <w:right w:w="80" w:type="dxa"/>
            </w:tcMar>
          </w:tcPr>
          <w:p w14:paraId="64B3BAE3" w14:textId="77777777" w:rsidR="00CB6346" w:rsidRPr="0010186A" w:rsidRDefault="00CB6346" w:rsidP="00CB6346">
            <w:pPr>
              <w:rPr>
                <w:rFonts w:ascii="Arial Narrow" w:hAnsi="Arial Narrow"/>
                <w:sz w:val="16"/>
                <w:szCs w:val="16"/>
              </w:rPr>
            </w:pPr>
            <w:r w:rsidRPr="0010186A">
              <w:rPr>
                <w:rFonts w:ascii="Arial Narrow" w:eastAsia="Calibri" w:hAnsi="Arial Narrow" w:cs="Calibri"/>
                <w:color w:val="1F2933"/>
                <w:sz w:val="16"/>
                <w:szCs w:val="16"/>
              </w:rPr>
              <w:t>Parallel</w:t>
            </w:r>
          </w:p>
        </w:tc>
      </w:tr>
      <w:tr w:rsidR="00CB6346" w:rsidRPr="00B629F1" w14:paraId="1D10137C" w14:textId="77777777" w:rsidTr="00CB6346">
        <w:trPr>
          <w:trHeight w:hRule="exact" w:val="360"/>
        </w:trPr>
        <w:tc>
          <w:tcPr>
            <w:tcW w:w="1165" w:type="dxa"/>
            <w:vMerge/>
            <w:shd w:val="clear" w:color="auto" w:fill="F8FAFC"/>
          </w:tcPr>
          <w:p w14:paraId="7B67A521" w14:textId="77777777" w:rsidR="00CB6346" w:rsidRDefault="00CB6346" w:rsidP="00CB6346">
            <w:pPr>
              <w:rPr>
                <w:rFonts w:ascii="Calibri" w:eastAsia="Calibri" w:hAnsi="Calibri" w:cs="Calibri"/>
                <w:color w:val="1F2933"/>
                <w:sz w:val="18"/>
                <w:szCs w:val="18"/>
              </w:rPr>
            </w:pPr>
          </w:p>
        </w:tc>
        <w:tc>
          <w:tcPr>
            <w:tcW w:w="1440" w:type="dxa"/>
            <w:shd w:val="clear" w:color="auto" w:fill="F8FAFC"/>
            <w:tcMar>
              <w:top w:w="50" w:type="dxa"/>
              <w:left w:w="80" w:type="dxa"/>
              <w:bottom w:w="50" w:type="dxa"/>
              <w:right w:w="80" w:type="dxa"/>
            </w:tcMar>
          </w:tcPr>
          <w:p w14:paraId="5236D82D" w14:textId="77777777" w:rsidR="00CB6346" w:rsidRPr="0010186A" w:rsidRDefault="00CB6346" w:rsidP="00CB6346">
            <w:pPr>
              <w:rPr>
                <w:rFonts w:ascii="Arial Narrow" w:hAnsi="Arial Narrow"/>
                <w:sz w:val="16"/>
                <w:szCs w:val="16"/>
              </w:rPr>
            </w:pPr>
            <w:r w:rsidRPr="0010186A">
              <w:rPr>
                <w:rFonts w:ascii="Arial Narrow" w:eastAsia="Calibri" w:hAnsi="Arial Narrow" w:cs="Calibri"/>
                <w:color w:val="1F2933"/>
                <w:sz w:val="16"/>
                <w:szCs w:val="16"/>
              </w:rPr>
              <w:t>Perpendicular</w:t>
            </w:r>
          </w:p>
        </w:tc>
      </w:tr>
      <w:tr w:rsidR="00CB6346" w:rsidRPr="00B629F1" w14:paraId="1CD0D576" w14:textId="77777777" w:rsidTr="00CB6346">
        <w:trPr>
          <w:trHeight w:hRule="exact" w:val="360"/>
        </w:trPr>
        <w:tc>
          <w:tcPr>
            <w:tcW w:w="1165" w:type="dxa"/>
            <w:vMerge/>
            <w:shd w:val="clear" w:color="auto" w:fill="FFFFFF"/>
          </w:tcPr>
          <w:p w14:paraId="0CC84D6C" w14:textId="77777777" w:rsidR="00CB6346" w:rsidRDefault="00CB6346" w:rsidP="00CB6346">
            <w:pPr>
              <w:rPr>
                <w:rFonts w:ascii="Calibri" w:eastAsia="Calibri" w:hAnsi="Calibri" w:cs="Calibri"/>
                <w:color w:val="1F2933"/>
                <w:sz w:val="18"/>
                <w:szCs w:val="18"/>
              </w:rPr>
            </w:pPr>
          </w:p>
        </w:tc>
        <w:tc>
          <w:tcPr>
            <w:tcW w:w="1440" w:type="dxa"/>
            <w:shd w:val="clear" w:color="auto" w:fill="FFFFFF"/>
            <w:tcMar>
              <w:top w:w="50" w:type="dxa"/>
              <w:left w:w="80" w:type="dxa"/>
              <w:bottom w:w="50" w:type="dxa"/>
              <w:right w:w="80" w:type="dxa"/>
            </w:tcMar>
          </w:tcPr>
          <w:p w14:paraId="7B4EE5BF" w14:textId="77777777" w:rsidR="00CB6346" w:rsidRPr="0010186A" w:rsidRDefault="00CB6346" w:rsidP="00CB6346">
            <w:pPr>
              <w:rPr>
                <w:rFonts w:ascii="Arial Narrow" w:hAnsi="Arial Narrow"/>
                <w:sz w:val="16"/>
                <w:szCs w:val="16"/>
              </w:rPr>
            </w:pPr>
            <w:r w:rsidRPr="0010186A">
              <w:rPr>
                <w:rFonts w:ascii="Arial Narrow" w:eastAsia="Calibri" w:hAnsi="Arial Narrow" w:cs="Calibri"/>
                <w:color w:val="1F2933"/>
                <w:sz w:val="16"/>
                <w:szCs w:val="16"/>
              </w:rPr>
              <w:t>Triangle / figure</w:t>
            </w:r>
          </w:p>
        </w:tc>
      </w:tr>
      <w:tr w:rsidR="00CB6346" w:rsidRPr="00B629F1" w14:paraId="600CA3BA" w14:textId="77777777" w:rsidTr="00CB6346">
        <w:trPr>
          <w:trHeight w:hRule="exact" w:val="564"/>
        </w:trPr>
        <w:tc>
          <w:tcPr>
            <w:tcW w:w="1165" w:type="dxa"/>
            <w:vMerge/>
            <w:shd w:val="clear" w:color="auto" w:fill="F8FAFC"/>
          </w:tcPr>
          <w:p w14:paraId="1299DA20" w14:textId="77777777" w:rsidR="00CB6346" w:rsidRDefault="00CB6346" w:rsidP="00CB6346">
            <w:pPr>
              <w:rPr>
                <w:rFonts w:ascii="Calibri" w:eastAsia="Calibri" w:hAnsi="Calibri" w:cs="Calibri"/>
                <w:color w:val="1F2933"/>
                <w:sz w:val="18"/>
                <w:szCs w:val="18"/>
              </w:rPr>
            </w:pPr>
          </w:p>
        </w:tc>
        <w:tc>
          <w:tcPr>
            <w:tcW w:w="1440" w:type="dxa"/>
            <w:shd w:val="clear" w:color="auto" w:fill="F8FAFC"/>
            <w:tcMar>
              <w:top w:w="50" w:type="dxa"/>
              <w:left w:w="80" w:type="dxa"/>
              <w:bottom w:w="50" w:type="dxa"/>
              <w:right w:w="80" w:type="dxa"/>
            </w:tcMar>
          </w:tcPr>
          <w:p w14:paraId="3351B154" w14:textId="77777777" w:rsidR="00CB6346" w:rsidRPr="0010186A" w:rsidRDefault="00CB6346" w:rsidP="00CB6346">
            <w:pPr>
              <w:spacing w:after="0" w:line="240" w:lineRule="auto"/>
              <w:rPr>
                <w:rFonts w:ascii="Arial Narrow" w:hAnsi="Arial Narrow"/>
                <w:sz w:val="16"/>
                <w:szCs w:val="16"/>
              </w:rPr>
            </w:pPr>
            <w:r w:rsidRPr="0010186A">
              <w:rPr>
                <w:rFonts w:ascii="Arial Narrow" w:eastAsia="Calibri" w:hAnsi="Arial Narrow" w:cs="Calibri"/>
                <w:color w:val="1F2933"/>
                <w:sz w:val="16"/>
                <w:szCs w:val="16"/>
              </w:rPr>
              <w:t>Generic / number / measure</w:t>
            </w:r>
          </w:p>
        </w:tc>
      </w:tr>
    </w:tbl>
    <w:p w14:paraId="623C8BB8" w14:textId="77777777" w:rsidR="008040E0" w:rsidRPr="008040E0" w:rsidRDefault="00B034BC" w:rsidP="00377934">
      <w:pPr>
        <w:pStyle w:val="ListParagraph"/>
        <w:numPr>
          <w:ilvl w:val="0"/>
          <w:numId w:val="27"/>
        </w:numPr>
        <w:spacing w:after="80"/>
        <w:contextualSpacing w:val="0"/>
      </w:pPr>
      <w:r>
        <w:rPr>
          <w:rFonts w:eastAsia="Calibri" w:cs="Calibri"/>
          <w:color w:val="1F2933"/>
        </w:rPr>
        <w:t xml:space="preserve">Make sure that the port types </w:t>
      </w:r>
      <w:r w:rsidR="008040E0">
        <w:rPr>
          <w:rFonts w:eastAsia="Calibri" w:cs="Calibri"/>
          <w:color w:val="1F2933"/>
        </w:rPr>
        <w:t xml:space="preserve">you are connecting </w:t>
      </w:r>
      <w:r>
        <w:rPr>
          <w:rFonts w:eastAsia="Calibri" w:cs="Calibri"/>
          <w:color w:val="1F2933"/>
        </w:rPr>
        <w:t xml:space="preserve">are the same shape and color. </w:t>
      </w:r>
    </w:p>
    <w:p w14:paraId="07ACA5BF" w14:textId="5CDEF32E" w:rsidR="00377934" w:rsidRPr="008040E0" w:rsidRDefault="00B034BC" w:rsidP="008040E0">
      <w:pPr>
        <w:pStyle w:val="ListParagraph"/>
        <w:numPr>
          <w:ilvl w:val="1"/>
          <w:numId w:val="27"/>
        </w:numPr>
        <w:spacing w:after="80"/>
        <w:contextualSpacing w:val="0"/>
      </w:pPr>
      <w:r>
        <w:rPr>
          <w:rFonts w:eastAsia="Calibri" w:cs="Calibri"/>
          <w:color w:val="1F2933"/>
        </w:rPr>
        <w:t>In a few cases, such as constructions, you may need a point</w:t>
      </w:r>
      <w:r w:rsidR="008040E0">
        <w:rPr>
          <w:rFonts w:eastAsia="Calibri" w:cs="Calibri"/>
          <w:color w:val="1F2933"/>
        </w:rPr>
        <w:t xml:space="preserve">, </w:t>
      </w:r>
      <w:r>
        <w:rPr>
          <w:rFonts w:eastAsia="Calibri" w:cs="Calibri"/>
          <w:color w:val="1F2933"/>
        </w:rPr>
        <w:t>segment</w:t>
      </w:r>
      <w:r w:rsidR="008040E0">
        <w:rPr>
          <w:rFonts w:eastAsia="Calibri" w:cs="Calibri"/>
          <w:color w:val="1F2933"/>
        </w:rPr>
        <w:t>, or angle</w:t>
      </w:r>
      <w:r>
        <w:rPr>
          <w:rFonts w:eastAsia="Calibri" w:cs="Calibri"/>
          <w:color w:val="1F2933"/>
        </w:rPr>
        <w:t xml:space="preserve"> that is </w:t>
      </w:r>
      <w:r w:rsidR="008040E0">
        <w:rPr>
          <w:rFonts w:eastAsia="Calibri" w:cs="Calibri"/>
          <w:color w:val="1F2933"/>
        </w:rPr>
        <w:t xml:space="preserve">a </w:t>
      </w:r>
      <w:r>
        <w:rPr>
          <w:rFonts w:eastAsia="Calibri" w:cs="Calibri"/>
          <w:color w:val="1F2933"/>
        </w:rPr>
        <w:t xml:space="preserve">part of a figure </w:t>
      </w:r>
      <w:r w:rsidR="008040E0">
        <w:rPr>
          <w:rFonts w:eastAsia="Calibri" w:cs="Calibri"/>
          <w:color w:val="1F2933"/>
        </w:rPr>
        <w:t>from a</w:t>
      </w:r>
      <w:r>
        <w:rPr>
          <w:rFonts w:eastAsia="Calibri" w:cs="Calibri"/>
          <w:color w:val="1F2933"/>
        </w:rPr>
        <w:t xml:space="preserve"> given or other conclusion. In this case</w:t>
      </w:r>
      <w:r w:rsidR="008040E0">
        <w:rPr>
          <w:rFonts w:eastAsia="Calibri" w:cs="Calibri"/>
          <w:color w:val="1F2933"/>
        </w:rPr>
        <w:t>,</w:t>
      </w:r>
      <w:r>
        <w:rPr>
          <w:rFonts w:eastAsia="Calibri" w:cs="Calibri"/>
          <w:color w:val="1F2933"/>
        </w:rPr>
        <w:t xml:space="preserve"> the program will prompt you to make sure that point</w:t>
      </w:r>
      <w:r w:rsidR="008040E0">
        <w:rPr>
          <w:rFonts w:eastAsia="Calibri" w:cs="Calibri"/>
          <w:color w:val="1F2933"/>
        </w:rPr>
        <w:t xml:space="preserve">, </w:t>
      </w:r>
      <w:r>
        <w:rPr>
          <w:rFonts w:eastAsia="Calibri" w:cs="Calibri"/>
          <w:color w:val="1F2933"/>
        </w:rPr>
        <w:t>segment</w:t>
      </w:r>
      <w:r w:rsidR="008040E0">
        <w:rPr>
          <w:rFonts w:eastAsia="Calibri" w:cs="Calibri"/>
          <w:color w:val="1F2933"/>
        </w:rPr>
        <w:t>, or angle</w:t>
      </w:r>
      <w:r>
        <w:rPr>
          <w:rFonts w:eastAsia="Calibri" w:cs="Calibri"/>
          <w:color w:val="1F2933"/>
        </w:rPr>
        <w:t xml:space="preserve"> </w:t>
      </w:r>
      <w:r w:rsidR="007208FD">
        <w:rPr>
          <w:rFonts w:eastAsia="Calibri" w:cs="Calibri"/>
          <w:color w:val="1F2933"/>
        </w:rPr>
        <w:t>is a</w:t>
      </w:r>
      <w:r>
        <w:rPr>
          <w:rFonts w:eastAsia="Calibri" w:cs="Calibri"/>
          <w:color w:val="1F2933"/>
        </w:rPr>
        <w:t xml:space="preserve"> part of the figure and then allow you to connect from that figure to the port</w:t>
      </w:r>
      <w:r w:rsidR="008040E0">
        <w:rPr>
          <w:rFonts w:eastAsia="Calibri" w:cs="Calibri"/>
          <w:color w:val="1F2933"/>
        </w:rPr>
        <w:t xml:space="preserve"> for that component of the figure</w:t>
      </w:r>
      <w:r w:rsidR="00377934" w:rsidRPr="00B034BC">
        <w:rPr>
          <w:rFonts w:eastAsia="Calibri" w:cs="Calibri"/>
          <w:color w:val="1F2933"/>
        </w:rPr>
        <w:t>.</w:t>
      </w:r>
    </w:p>
    <w:p w14:paraId="151AB25F" w14:textId="28A23ADC" w:rsidR="008040E0" w:rsidRPr="00B034BC" w:rsidRDefault="008040E0" w:rsidP="008040E0">
      <w:pPr>
        <w:pStyle w:val="ListParagraph"/>
        <w:numPr>
          <w:ilvl w:val="1"/>
          <w:numId w:val="27"/>
        </w:numPr>
        <w:spacing w:after="80"/>
        <w:contextualSpacing w:val="0"/>
      </w:pPr>
      <w:r>
        <w:rPr>
          <w:rFonts w:eastAsia="Calibri" w:cs="Calibri"/>
          <w:color w:val="1F2933"/>
        </w:rPr>
        <w:t>If you connect two incompatible ports, the program will ask you if you are sure and then show it as a dashed connection suggesting there might need to be an intermedia</w:t>
      </w:r>
      <w:r w:rsidR="007208FD">
        <w:rPr>
          <w:rFonts w:eastAsia="Calibri" w:cs="Calibri"/>
          <w:color w:val="1F2933"/>
        </w:rPr>
        <w:t>te</w:t>
      </w:r>
      <w:r>
        <w:rPr>
          <w:rFonts w:eastAsia="Calibri" w:cs="Calibri"/>
          <w:color w:val="1F2933"/>
        </w:rPr>
        <w:t xml:space="preserve"> claim to justify the connection. </w:t>
      </w:r>
    </w:p>
    <w:p w14:paraId="055F4BCF" w14:textId="0A848EDB" w:rsidR="00377934" w:rsidRPr="00B034BC" w:rsidRDefault="00831AE5" w:rsidP="00377934">
      <w:pPr>
        <w:pStyle w:val="ListParagraph"/>
        <w:numPr>
          <w:ilvl w:val="0"/>
          <w:numId w:val="27"/>
        </w:numPr>
        <w:spacing w:after="80"/>
        <w:contextualSpacing w:val="0"/>
      </w:pPr>
      <w:r w:rsidRPr="00FD0236">
        <w:rPr>
          <w:rFonts w:eastAsia="Calibri" w:cs="Calibri"/>
          <w:noProof/>
          <w:color w:val="1F2933"/>
        </w:rPr>
        <w:lastRenderedPageBreak/>
        <w:drawing>
          <wp:anchor distT="0" distB="0" distL="114300" distR="114300" simplePos="0" relativeHeight="251747328" behindDoc="1" locked="0" layoutInCell="1" allowOverlap="1" wp14:anchorId="61BDE1F4" wp14:editId="409DC106">
            <wp:simplePos x="0" y="0"/>
            <wp:positionH relativeFrom="column">
              <wp:posOffset>5359400</wp:posOffset>
            </wp:positionH>
            <wp:positionV relativeFrom="paragraph">
              <wp:posOffset>301284</wp:posOffset>
            </wp:positionV>
            <wp:extent cx="418465" cy="624205"/>
            <wp:effectExtent l="0" t="0" r="635" b="0"/>
            <wp:wrapTight wrapText="bothSides">
              <wp:wrapPolygon edited="0">
                <wp:start x="0" y="0"/>
                <wp:lineTo x="0" y="21095"/>
                <wp:lineTo x="20977" y="21095"/>
                <wp:lineTo x="20977" y="0"/>
                <wp:lineTo x="0" y="0"/>
              </wp:wrapPolygon>
            </wp:wrapTight>
            <wp:docPr id="11931520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3152038" name=""/>
                    <pic:cNvPicPr/>
                  </pic:nvPicPr>
                  <pic:blipFill>
                    <a:blip r:embed="rId92"/>
                    <a:stretch>
                      <a:fillRect/>
                    </a:stretch>
                  </pic:blipFill>
                  <pic:spPr>
                    <a:xfrm>
                      <a:off x="0" y="0"/>
                      <a:ext cx="418465" cy="624205"/>
                    </a:xfrm>
                    <a:prstGeom prst="rect">
                      <a:avLst/>
                    </a:prstGeom>
                  </pic:spPr>
                </pic:pic>
              </a:graphicData>
            </a:graphic>
            <wp14:sizeRelH relativeFrom="page">
              <wp14:pctWidth>0</wp14:pctWidth>
            </wp14:sizeRelH>
            <wp14:sizeRelV relativeFrom="page">
              <wp14:pctHeight>0</wp14:pctHeight>
            </wp14:sizeRelV>
          </wp:anchor>
        </w:drawing>
      </w:r>
      <w:r w:rsidR="008040E0">
        <w:rPr>
          <w:rFonts w:eastAsia="Calibri" w:cs="Calibri"/>
          <w:color w:val="1F2933"/>
        </w:rPr>
        <w:t>Click</w:t>
      </w:r>
      <w:r w:rsidR="00377934" w:rsidRPr="00B034BC">
        <w:rPr>
          <w:rFonts w:eastAsia="Calibri" w:cs="Calibri"/>
          <w:color w:val="1F2933"/>
        </w:rPr>
        <w:t xml:space="preserve"> </w:t>
      </w:r>
      <w:r w:rsidR="008040E0">
        <w:rPr>
          <w:rFonts w:eastAsia="Calibri" w:cs="Calibri"/>
          <w:color w:val="1F2933"/>
        </w:rPr>
        <w:t>on the</w:t>
      </w:r>
      <w:r w:rsidR="00377934" w:rsidRPr="00B034BC">
        <w:rPr>
          <w:rFonts w:eastAsia="Calibri" w:cs="Calibri"/>
          <w:color w:val="1F2933"/>
        </w:rPr>
        <w:t xml:space="preserve"> conclusion port and drag to the matching premise port</w:t>
      </w:r>
      <w:r w:rsidR="00FD0236">
        <w:rPr>
          <w:rFonts w:eastAsia="Calibri" w:cs="Calibri"/>
          <w:color w:val="1F2933"/>
        </w:rPr>
        <w:t>. V</w:t>
      </w:r>
      <w:r w:rsidR="00377934" w:rsidRPr="00B034BC">
        <w:rPr>
          <w:rFonts w:eastAsia="Calibri" w:cs="Calibri"/>
          <w:color w:val="1F2933"/>
        </w:rPr>
        <w:t>alid targets</w:t>
      </w:r>
      <w:r w:rsidR="00FD0236">
        <w:rPr>
          <w:rFonts w:eastAsia="Calibri" w:cs="Calibri"/>
          <w:color w:val="1F2933"/>
        </w:rPr>
        <w:t xml:space="preserve"> to the right of the starting claim box will</w:t>
      </w:r>
      <w:r w:rsidR="00377934" w:rsidRPr="00B034BC">
        <w:rPr>
          <w:rFonts w:eastAsia="Calibri" w:cs="Calibri"/>
          <w:color w:val="1F2933"/>
        </w:rPr>
        <w:t xml:space="preserve"> highlight </w:t>
      </w:r>
      <w:r w:rsidR="00FD0236">
        <w:rPr>
          <w:rFonts w:eastAsia="Calibri" w:cs="Calibri"/>
          <w:color w:val="1F2933"/>
        </w:rPr>
        <w:t>when you drag near them</w:t>
      </w:r>
      <w:r w:rsidR="00377934" w:rsidRPr="00B034BC">
        <w:rPr>
          <w:rFonts w:eastAsia="Calibri" w:cs="Calibri"/>
          <w:color w:val="1F2933"/>
        </w:rPr>
        <w:t>.</w:t>
      </w:r>
      <w:r>
        <w:rPr>
          <w:rFonts w:eastAsia="Calibri" w:cs="Calibri"/>
          <w:color w:val="1F2933"/>
        </w:rPr>
        <w:t xml:space="preserve"> You cannot make a connection from right to left. </w:t>
      </w:r>
    </w:p>
    <w:p w14:paraId="3B5AA6E3" w14:textId="3AC985D0" w:rsidR="00377934" w:rsidRPr="00B034BC" w:rsidRDefault="00377934" w:rsidP="00377934">
      <w:pPr>
        <w:pStyle w:val="ListParagraph"/>
        <w:numPr>
          <w:ilvl w:val="0"/>
          <w:numId w:val="27"/>
        </w:numPr>
        <w:spacing w:after="80"/>
        <w:contextualSpacing w:val="0"/>
      </w:pPr>
      <w:r w:rsidRPr="00B034BC">
        <w:rPr>
          <w:rFonts w:eastAsia="Calibri" w:cs="Calibri"/>
          <w:color w:val="1F2933"/>
        </w:rPr>
        <w:t xml:space="preserve">Release to link. The </w:t>
      </w:r>
      <w:r w:rsidR="00FD0236">
        <w:rPr>
          <w:rFonts w:eastAsia="Calibri" w:cs="Calibri"/>
          <w:color w:val="1F2933"/>
        </w:rPr>
        <w:t>connection arc</w:t>
      </w:r>
      <w:r w:rsidRPr="00B034BC">
        <w:rPr>
          <w:rFonts w:eastAsia="Calibri" w:cs="Calibri"/>
          <w:color w:val="1F2933"/>
        </w:rPr>
        <w:t xml:space="preserve"> </w:t>
      </w:r>
      <w:r w:rsidR="00FD0236">
        <w:rPr>
          <w:rFonts w:eastAsia="Calibri" w:cs="Calibri"/>
          <w:color w:val="1F2933"/>
        </w:rPr>
        <w:t>will match</w:t>
      </w:r>
      <w:r w:rsidRPr="00B034BC">
        <w:rPr>
          <w:rFonts w:eastAsia="Calibri" w:cs="Calibri"/>
          <w:color w:val="1F2933"/>
        </w:rPr>
        <w:t xml:space="preserve"> the color of the </w:t>
      </w:r>
      <w:r w:rsidR="00FD0236">
        <w:rPr>
          <w:rFonts w:eastAsia="Calibri" w:cs="Calibri"/>
          <w:color w:val="1F2933"/>
        </w:rPr>
        <w:t>port</w:t>
      </w:r>
      <w:r w:rsidRPr="00B034BC">
        <w:rPr>
          <w:rFonts w:eastAsia="Calibri" w:cs="Calibri"/>
          <w:color w:val="1F2933"/>
        </w:rPr>
        <w:t xml:space="preserve"> type.</w:t>
      </w:r>
    </w:p>
    <w:p w14:paraId="32E952D6" w14:textId="151FC87A" w:rsidR="00377934" w:rsidRPr="00831AE5" w:rsidRDefault="00377934" w:rsidP="00377934">
      <w:pPr>
        <w:pStyle w:val="ListParagraph"/>
        <w:numPr>
          <w:ilvl w:val="0"/>
          <w:numId w:val="27"/>
        </w:numPr>
        <w:spacing w:after="80"/>
        <w:contextualSpacing w:val="0"/>
      </w:pPr>
      <w:r w:rsidRPr="00B034BC">
        <w:rPr>
          <w:rFonts w:eastAsia="Calibri" w:cs="Calibri"/>
          <w:color w:val="1F2933"/>
        </w:rPr>
        <w:t xml:space="preserve">To remove a link, </w:t>
      </w:r>
      <w:r w:rsidR="00FD0236">
        <w:rPr>
          <w:rFonts w:eastAsia="Calibri" w:cs="Calibri"/>
          <w:color w:val="1F2933"/>
        </w:rPr>
        <w:t xml:space="preserve">mouse over and click the </w:t>
      </w:r>
      <w:r w:rsidR="00FD0236" w:rsidRPr="001810E9">
        <w:rPr>
          <w:rFonts w:eastAsia="Calibri" w:cs="Calibri"/>
          <w:b/>
          <w:bCs/>
          <w:color w:val="1F2933"/>
        </w:rPr>
        <w:t>x</w:t>
      </w:r>
      <w:r w:rsidR="00FD0236">
        <w:rPr>
          <w:rFonts w:eastAsia="Calibri" w:cs="Calibri"/>
          <w:color w:val="1F2933"/>
        </w:rPr>
        <w:t xml:space="preserve"> icon on the</w:t>
      </w:r>
      <w:r w:rsidRPr="00B034BC">
        <w:rPr>
          <w:rFonts w:eastAsia="Calibri" w:cs="Calibri"/>
          <w:color w:val="1F2933"/>
        </w:rPr>
        <w:t xml:space="preserve"> premise port.</w:t>
      </w:r>
      <w:r w:rsidR="00FD0236">
        <w:rPr>
          <w:rFonts w:eastAsia="Calibri" w:cs="Calibri"/>
          <w:color w:val="1F2933"/>
        </w:rPr>
        <w:t xml:space="preserve"> </w:t>
      </w:r>
    </w:p>
    <w:p w14:paraId="2870F8FE" w14:textId="43E6D320" w:rsidR="00831AE5" w:rsidRDefault="00831AE5" w:rsidP="00831AE5">
      <w:pPr>
        <w:spacing w:after="80"/>
      </w:pPr>
    </w:p>
    <w:p w14:paraId="4360CB94" w14:textId="348BEE61" w:rsidR="00831AE5" w:rsidRPr="00B034BC" w:rsidRDefault="00831AE5" w:rsidP="00831AE5">
      <w:pPr>
        <w:spacing w:after="80"/>
      </w:pPr>
      <w:r>
        <w:t xml:space="preserve">Ultimately, all premise ports for each claim box must have a connection for a proof to be complete. If a premise port is empty, then there is an unsupported gap in the reasoning. </w:t>
      </w:r>
      <w:r w:rsidR="00936F63">
        <w:t xml:space="preserve">Premise ports may only have one connection. Conclusion ports may be used to justify multiple claims (see column 1 to column 2 in </w:t>
      </w:r>
      <w:hyperlink w:anchor="Proofmode" w:history="1">
        <w:r w:rsidR="00936F63" w:rsidRPr="00936F63">
          <w:rPr>
            <w:rStyle w:val="Hyperlink"/>
          </w:rPr>
          <w:t>this example</w:t>
        </w:r>
      </w:hyperlink>
      <w:r w:rsidR="00936F63">
        <w:t>).</w:t>
      </w:r>
    </w:p>
    <w:p w14:paraId="05363E75" w14:textId="77777777" w:rsidR="00F11418" w:rsidRPr="00CA39E2" w:rsidRDefault="00F11418" w:rsidP="00F11418">
      <w:pPr>
        <w:pStyle w:val="Heading3"/>
        <w:spacing w:before="240" w:after="160"/>
        <w:rPr>
          <w:sz w:val="24"/>
          <w:szCs w:val="24"/>
        </w:rPr>
      </w:pPr>
      <w:r w:rsidRPr="00CA39E2">
        <w:rPr>
          <w:rFonts w:ascii="Calibri" w:eastAsia="Calibri" w:hAnsi="Calibri" w:cs="Calibri"/>
          <w:color w:val="2E5B9C"/>
          <w:sz w:val="24"/>
          <w:szCs w:val="24"/>
        </w:rPr>
        <w:t>What "generic" means</w:t>
      </w:r>
    </w:p>
    <w:p w14:paraId="4FD8A6F4" w14:textId="25B92318" w:rsidR="005B303B" w:rsidRDefault="005B303B" w:rsidP="00F11418">
      <w:pPr>
        <w:spacing w:after="140"/>
        <w:rPr>
          <w:rFonts w:eastAsia="Calibri" w:cs="Calibri"/>
          <w:color w:val="1F2933"/>
        </w:rPr>
      </w:pPr>
      <w:r w:rsidRPr="005B303B">
        <w:rPr>
          <w:noProof/>
        </w:rPr>
        <w:drawing>
          <wp:anchor distT="0" distB="0" distL="114300" distR="114300" simplePos="0" relativeHeight="251748352" behindDoc="1" locked="0" layoutInCell="1" allowOverlap="1" wp14:anchorId="1C9C5C4A" wp14:editId="7F02D8AB">
            <wp:simplePos x="0" y="0"/>
            <wp:positionH relativeFrom="column">
              <wp:posOffset>3016885</wp:posOffset>
            </wp:positionH>
            <wp:positionV relativeFrom="paragraph">
              <wp:posOffset>1358698</wp:posOffset>
            </wp:positionV>
            <wp:extent cx="3433270" cy="1143000"/>
            <wp:effectExtent l="0" t="0" r="0" b="0"/>
            <wp:wrapTight wrapText="bothSides">
              <wp:wrapPolygon edited="0">
                <wp:start x="0" y="0"/>
                <wp:lineTo x="0" y="21360"/>
                <wp:lineTo x="21496" y="21360"/>
                <wp:lineTo x="21496" y="0"/>
                <wp:lineTo x="0" y="0"/>
              </wp:wrapPolygon>
            </wp:wrapTight>
            <wp:docPr id="19085239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8523950" name=""/>
                    <pic:cNvPicPr/>
                  </pic:nvPicPr>
                  <pic:blipFill>
                    <a:blip r:embed="rId93"/>
                    <a:stretch>
                      <a:fillRect/>
                    </a:stretch>
                  </pic:blipFill>
                  <pic:spPr>
                    <a:xfrm>
                      <a:off x="0" y="0"/>
                      <a:ext cx="3433270" cy="1143000"/>
                    </a:xfrm>
                    <a:prstGeom prst="rect">
                      <a:avLst/>
                    </a:prstGeom>
                  </pic:spPr>
                </pic:pic>
              </a:graphicData>
            </a:graphic>
            <wp14:sizeRelH relativeFrom="page">
              <wp14:pctWidth>0</wp14:pctWidth>
            </wp14:sizeRelH>
            <wp14:sizeRelV relativeFrom="page">
              <wp14:pctHeight>0</wp14:pctHeight>
            </wp14:sizeRelV>
          </wp:anchor>
        </w:drawing>
      </w:r>
      <w:r w:rsidR="00F11418" w:rsidRPr="0019298A">
        <w:rPr>
          <w:rFonts w:eastAsia="Calibri" w:cs="Calibri"/>
          <w:color w:val="1F2933"/>
        </w:rPr>
        <w:t xml:space="preserve">Generic is the catch-all </w:t>
      </w:r>
      <w:r w:rsidR="0019298A">
        <w:rPr>
          <w:rFonts w:eastAsia="Calibri" w:cs="Calibri"/>
          <w:color w:val="1F2933"/>
        </w:rPr>
        <w:t>port</w:t>
      </w:r>
      <w:r w:rsidR="00F11418" w:rsidRPr="0019298A">
        <w:rPr>
          <w:rFonts w:eastAsia="Calibri" w:cs="Calibri"/>
          <w:color w:val="1F2933"/>
        </w:rPr>
        <w:t xml:space="preserve"> for things that are not </w:t>
      </w:r>
      <w:r w:rsidR="0019298A">
        <w:rPr>
          <w:rFonts w:eastAsia="Calibri" w:cs="Calibri"/>
          <w:color w:val="1F2933"/>
        </w:rPr>
        <w:t xml:space="preserve">geometric shapes or relationships. Generic is for values and equations. So, for example, </w:t>
      </w:r>
      <m:oMath>
        <m:acc>
          <m:accPr>
            <m:chr m:val="̅"/>
            <m:ctrlPr>
              <w:rPr>
                <w:rFonts w:ascii="Cambria Math" w:eastAsia="Calibri" w:hAnsi="Cambria Math" w:cs="Calibri"/>
                <w:i/>
                <w:color w:val="1F2933"/>
              </w:rPr>
            </m:ctrlPr>
          </m:accPr>
          <m:e>
            <m:r>
              <w:rPr>
                <w:rFonts w:ascii="Cambria Math" w:eastAsia="Calibri" w:hAnsi="Cambria Math" w:cs="Calibri"/>
                <w:color w:val="1F2933"/>
              </w:rPr>
              <m:t>AB</m:t>
            </m:r>
          </m:e>
        </m:acc>
        <m:r>
          <w:rPr>
            <w:rFonts w:ascii="Cambria Math" w:eastAsia="Calibri" w:hAnsi="Cambria Math" w:cs="Calibri"/>
            <w:color w:val="1F2933"/>
          </w:rPr>
          <m:t>≅</m:t>
        </m:r>
        <m:acc>
          <m:accPr>
            <m:chr m:val="̅"/>
            <m:ctrlPr>
              <w:rPr>
                <w:rFonts w:ascii="Cambria Math" w:eastAsia="Calibri" w:hAnsi="Cambria Math" w:cs="Calibri"/>
                <w:i/>
                <w:color w:val="1F2933"/>
              </w:rPr>
            </m:ctrlPr>
          </m:accPr>
          <m:e>
            <m:r>
              <w:rPr>
                <w:rFonts w:ascii="Cambria Math" w:eastAsia="Calibri" w:hAnsi="Cambria Math" w:cs="Calibri"/>
                <w:color w:val="1F2933"/>
              </w:rPr>
              <m:t>CD</m:t>
            </m:r>
          </m:e>
        </m:acc>
      </m:oMath>
      <w:r w:rsidR="0019298A">
        <w:rPr>
          <w:rFonts w:eastAsia="Calibri" w:cs="Calibri"/>
          <w:color w:val="1F2933"/>
        </w:rPr>
        <w:t xml:space="preserve"> will use a segment port, but </w:t>
      </w:r>
      <m:oMath>
        <m:r>
          <w:rPr>
            <w:rFonts w:ascii="Cambria Math" w:eastAsia="Calibri" w:hAnsi="Cambria Math" w:cs="Calibri"/>
            <w:color w:val="1F2933"/>
          </w:rPr>
          <m:t>AB=CD</m:t>
        </m:r>
      </m:oMath>
      <w:r w:rsidR="0019298A">
        <w:rPr>
          <w:rFonts w:eastAsia="Calibri" w:cs="Calibri"/>
          <w:color w:val="1F2933"/>
        </w:rPr>
        <w:t xml:space="preserve">, which represents the lengths of those two segments, will use a generic port. A similar distinction is made between </w:t>
      </w:r>
      <w:r w:rsidR="0019298A" w:rsidRPr="0019298A">
        <w:rPr>
          <w:rFonts w:ascii="Cambria Math" w:eastAsia="Calibri" w:hAnsi="Cambria Math" w:cs="Cambria Math"/>
          <w:color w:val="1F2933"/>
        </w:rPr>
        <w:t>∠</w:t>
      </w:r>
      <w:r w:rsidR="0019298A" w:rsidRPr="0019298A">
        <w:rPr>
          <w:rFonts w:eastAsia="Calibri" w:cs="Calibri"/>
          <w:color w:val="1F2933"/>
        </w:rPr>
        <w:t>ABC</w:t>
      </w:r>
      <w:r w:rsidR="0019298A">
        <w:rPr>
          <w:rFonts w:eastAsia="Calibri" w:cs="Calibri"/>
          <w:color w:val="1F2933"/>
        </w:rPr>
        <w:t xml:space="preserve"> and </w:t>
      </w:r>
      <w:r w:rsidR="0019298A" w:rsidRPr="0019298A">
        <w:rPr>
          <w:rFonts w:eastAsia="Calibri" w:cs="Calibri"/>
          <w:color w:val="1F2933"/>
        </w:rPr>
        <w:t>m</w:t>
      </w:r>
      <w:r w:rsidR="0019298A" w:rsidRPr="0019298A">
        <w:rPr>
          <w:rFonts w:ascii="Cambria Math" w:eastAsia="Calibri" w:hAnsi="Cambria Math" w:cs="Cambria Math"/>
          <w:color w:val="1F2933"/>
        </w:rPr>
        <w:t>∠</w:t>
      </w:r>
      <w:r w:rsidR="0019298A" w:rsidRPr="0019298A">
        <w:rPr>
          <w:rFonts w:eastAsia="Calibri" w:cs="Calibri"/>
          <w:color w:val="1F2933"/>
        </w:rPr>
        <w:t>ABC</w:t>
      </w:r>
      <w:r w:rsidR="0019298A">
        <w:rPr>
          <w:rFonts w:eastAsia="Calibri" w:cs="Calibri"/>
          <w:color w:val="1F2933"/>
        </w:rPr>
        <w:t>. The first is an angle (angle port) and the second is its measure (generic port). Some rules use generic ports to be intentionally flexible. Algebraic properties, such as the transitive property of equality, use generic ports as well.</w:t>
      </w:r>
      <w:r>
        <w:rPr>
          <w:rFonts w:eastAsia="Calibri" w:cs="Calibri"/>
          <w:color w:val="1F2933"/>
        </w:rPr>
        <w:t xml:space="preserve"> Often, we need to move between congruence (a geometry perspective) and measure (an algebraic perspective).</w:t>
      </w:r>
    </w:p>
    <w:p w14:paraId="0D06C1FC" w14:textId="1E78918B" w:rsidR="00F11418" w:rsidRPr="0019298A" w:rsidRDefault="005B303B" w:rsidP="00F11418">
      <w:pPr>
        <w:spacing w:after="140"/>
      </w:pPr>
      <w:r>
        <w:rPr>
          <w:rFonts w:eastAsia="Calibri" w:cs="Calibri"/>
          <w:color w:val="1F2933"/>
        </w:rPr>
        <w:t xml:space="preserve">At right is an example of how to move between these types. While generic conclusion ports can be connected to other types (by nature of their </w:t>
      </w:r>
      <w:r w:rsidR="007208FD">
        <w:rPr>
          <w:rFonts w:eastAsia="Calibri" w:cs="Calibri"/>
          <w:color w:val="1F2933"/>
        </w:rPr>
        <w:t>generality</w:t>
      </w:r>
      <w:r>
        <w:rPr>
          <w:rFonts w:eastAsia="Calibri" w:cs="Calibri"/>
          <w:color w:val="1F2933"/>
        </w:rPr>
        <w:t xml:space="preserve">), the extra step shown here is more rigorous. </w:t>
      </w:r>
    </w:p>
    <w:p w14:paraId="03719120" w14:textId="77777777" w:rsidR="00AB3E71" w:rsidRDefault="00AB3E71" w:rsidP="00AB3E71">
      <w:pPr>
        <w:pStyle w:val="Heading2"/>
        <w:spacing w:before="240" w:after="160"/>
      </w:pPr>
      <w:r>
        <w:rPr>
          <w:rFonts w:ascii="Calibri" w:eastAsia="Calibri" w:hAnsi="Calibri" w:cs="Calibri"/>
          <w:color w:val="2E5B9C"/>
        </w:rPr>
        <w:t xml:space="preserve">Connector Teaching Tips </w:t>
      </w:r>
    </w:p>
    <w:p w14:paraId="36D9353E" w14:textId="0AB9FB7B" w:rsidR="00AB3E71" w:rsidRPr="00AB3E71" w:rsidRDefault="007208FD" w:rsidP="00AB3E71">
      <w:pPr>
        <w:pStyle w:val="ListParagraph"/>
        <w:numPr>
          <w:ilvl w:val="0"/>
          <w:numId w:val="29"/>
        </w:numPr>
        <w:spacing w:after="80"/>
        <w:contextualSpacing w:val="0"/>
      </w:pPr>
      <w:r>
        <w:rPr>
          <w:rFonts w:eastAsia="Calibri" w:cs="Calibri"/>
          <w:color w:val="1F2933"/>
        </w:rPr>
        <w:t>Keep each</w:t>
      </w:r>
      <w:r w:rsidR="00AB3E71" w:rsidRPr="00AB3E71">
        <w:rPr>
          <w:rFonts w:eastAsia="Calibri" w:cs="Calibri"/>
          <w:color w:val="1F2933"/>
        </w:rPr>
        <w:t xml:space="preserve"> premise in a column strictly </w:t>
      </w:r>
      <w:r w:rsidR="00AB3E71">
        <w:rPr>
          <w:rFonts w:eastAsia="Calibri" w:cs="Calibri"/>
          <w:color w:val="1F2933"/>
        </w:rPr>
        <w:t xml:space="preserve">to the </w:t>
      </w:r>
      <w:r w:rsidR="00AB3E71" w:rsidRPr="00AB3E71">
        <w:rPr>
          <w:rFonts w:eastAsia="Calibri" w:cs="Calibri"/>
          <w:color w:val="1F2933"/>
        </w:rPr>
        <w:t xml:space="preserve">left of the claim it supports. You cannot connect backwards. This </w:t>
      </w:r>
      <w:r w:rsidR="001F084F">
        <w:rPr>
          <w:rFonts w:eastAsia="Calibri" w:cs="Calibri"/>
          <w:color w:val="1F2933"/>
        </w:rPr>
        <w:t xml:space="preserve">requirement </w:t>
      </w:r>
      <w:r w:rsidR="00AB3E71">
        <w:rPr>
          <w:rFonts w:eastAsia="Calibri" w:cs="Calibri"/>
          <w:color w:val="1F2933"/>
        </w:rPr>
        <w:t>reinforces</w:t>
      </w:r>
      <w:r w:rsidR="00AB3E71" w:rsidRPr="00AB3E71">
        <w:rPr>
          <w:rFonts w:eastAsia="Calibri" w:cs="Calibri"/>
          <w:color w:val="1F2933"/>
        </w:rPr>
        <w:t xml:space="preserve"> that reasons come before conclusions in </w:t>
      </w:r>
      <w:r>
        <w:rPr>
          <w:rFonts w:eastAsia="Calibri" w:cs="Calibri"/>
          <w:color w:val="1F2933"/>
        </w:rPr>
        <w:t>your</w:t>
      </w:r>
      <w:r w:rsidR="00AB3E71" w:rsidRPr="00AB3E71">
        <w:rPr>
          <w:rFonts w:eastAsia="Calibri" w:cs="Calibri"/>
          <w:color w:val="1F2933"/>
        </w:rPr>
        <w:t xml:space="preserve"> argument.</w:t>
      </w:r>
    </w:p>
    <w:p w14:paraId="45DC6357" w14:textId="582D5895" w:rsidR="00AB3E71" w:rsidRPr="00AB3E71" w:rsidRDefault="00AB3E71" w:rsidP="00AB3E71">
      <w:pPr>
        <w:pStyle w:val="ListParagraph"/>
        <w:numPr>
          <w:ilvl w:val="0"/>
          <w:numId w:val="29"/>
        </w:numPr>
        <w:spacing w:after="80"/>
        <w:contextualSpacing w:val="0"/>
      </w:pPr>
      <w:r w:rsidRPr="00AB3E71">
        <w:rPr>
          <w:rFonts w:eastAsia="Calibri" w:cs="Calibri"/>
          <w:color w:val="1F2933"/>
        </w:rPr>
        <w:t xml:space="preserve">Prefer congruence </w:t>
      </w:r>
      <w:r w:rsidR="001F084F">
        <w:rPr>
          <w:rFonts w:eastAsia="Calibri" w:cs="Calibri"/>
          <w:color w:val="1F2933"/>
        </w:rPr>
        <w:t xml:space="preserve">connections </w:t>
      </w:r>
      <w:r w:rsidR="007208FD">
        <w:rPr>
          <w:rFonts w:eastAsia="Calibri" w:cs="Calibri"/>
          <w:color w:val="1F2933"/>
        </w:rPr>
        <w:t>rather than</w:t>
      </w:r>
      <w:r w:rsidR="001F084F">
        <w:rPr>
          <w:rFonts w:eastAsia="Calibri" w:cs="Calibri"/>
          <w:color w:val="1F2933"/>
        </w:rPr>
        <w:t xml:space="preserve"> generic ports</w:t>
      </w:r>
      <w:r w:rsidRPr="00AB3E71">
        <w:rPr>
          <w:rFonts w:eastAsia="Calibri" w:cs="Calibri"/>
          <w:color w:val="1F2933"/>
        </w:rPr>
        <w:t xml:space="preserve"> when the next justification needs segments or angles as </w:t>
      </w:r>
      <w:r w:rsidR="007208FD">
        <w:rPr>
          <w:rFonts w:eastAsia="Calibri" w:cs="Calibri"/>
          <w:color w:val="1F2933"/>
        </w:rPr>
        <w:t xml:space="preserve">geometric </w:t>
      </w:r>
      <w:r w:rsidRPr="00AB3E71">
        <w:rPr>
          <w:rFonts w:eastAsia="Calibri" w:cs="Calibri"/>
          <w:color w:val="1F2933"/>
        </w:rPr>
        <w:t>objects.</w:t>
      </w:r>
    </w:p>
    <w:p w14:paraId="32DBD5F3" w14:textId="77777777" w:rsidR="00AB3E71" w:rsidRPr="00AB3E71" w:rsidRDefault="00AB3E71" w:rsidP="00AB3E71">
      <w:pPr>
        <w:pStyle w:val="ListParagraph"/>
        <w:numPr>
          <w:ilvl w:val="0"/>
          <w:numId w:val="29"/>
        </w:numPr>
        <w:spacing w:after="80"/>
        <w:contextualSpacing w:val="0"/>
      </w:pPr>
      <w:r w:rsidRPr="00AB3E71">
        <w:rPr>
          <w:rFonts w:eastAsia="Calibri" w:cs="Calibri"/>
          <w:color w:val="1F2933"/>
        </w:rPr>
        <w:t>Use generic types intentionally for measures and algebraic statements — not as a default for everything.</w:t>
      </w:r>
    </w:p>
    <w:p w14:paraId="6B31BD97" w14:textId="77777777" w:rsidR="007208FD" w:rsidRDefault="007208FD" w:rsidP="007208FD">
      <w:pPr>
        <w:pStyle w:val="ListParagraph"/>
        <w:numPr>
          <w:ilvl w:val="0"/>
          <w:numId w:val="29"/>
        </w:numPr>
        <w:spacing w:after="80"/>
        <w:contextualSpacing w:val="0"/>
      </w:pPr>
      <w:r w:rsidRPr="00AB3E71">
        <w:rPr>
          <w:rFonts w:eastAsia="Calibri" w:cs="Calibri"/>
          <w:color w:val="1F2933"/>
        </w:rPr>
        <w:t>Treat a dashed override connection as a flag to review that logical step carefully.</w:t>
      </w:r>
    </w:p>
    <w:p w14:paraId="0A5D155B" w14:textId="5753668D" w:rsidR="001F084F" w:rsidRPr="0024198F" w:rsidRDefault="001F084F" w:rsidP="007208FD">
      <w:pPr>
        <w:keepNext/>
        <w:spacing w:before="240" w:after="160"/>
        <w:rPr>
          <w:rFonts w:asciiTheme="majorHAnsi" w:hAnsiTheme="majorHAnsi" w:cstheme="majorHAnsi"/>
        </w:rPr>
      </w:pPr>
      <w:r w:rsidRPr="0024198F">
        <w:rPr>
          <w:rFonts w:asciiTheme="majorHAnsi" w:eastAsia="Helvetica Neue" w:hAnsiTheme="majorHAnsi" w:cstheme="majorHAnsi"/>
          <w:b/>
          <w:color w:val="2E5B9C"/>
          <w:sz w:val="28"/>
        </w:rPr>
        <w:lastRenderedPageBreak/>
        <w:t>Q.E.D.</w:t>
      </w:r>
    </w:p>
    <w:p w14:paraId="3008FAC2" w14:textId="24A9AA71" w:rsidR="001F084F" w:rsidRDefault="006C7E22" w:rsidP="001F084F">
      <w:pPr>
        <w:spacing w:after="160"/>
        <w:rPr>
          <w:rFonts w:eastAsia="Helvetica Neue" w:cs="Helvetica Neue"/>
          <w:color w:val="1F2933"/>
        </w:rPr>
      </w:pPr>
      <w:r w:rsidRPr="001F084F">
        <w:rPr>
          <w:rFonts w:eastAsia="Helvetica Neue" w:cs="Helvetica Neue"/>
          <w:noProof/>
          <w:color w:val="1F2933"/>
        </w:rPr>
        <w:drawing>
          <wp:anchor distT="0" distB="0" distL="114300" distR="114300" simplePos="0" relativeHeight="251749376" behindDoc="1" locked="0" layoutInCell="1" allowOverlap="1" wp14:anchorId="1BCDCCA6" wp14:editId="2B3F21FE">
            <wp:simplePos x="0" y="0"/>
            <wp:positionH relativeFrom="column">
              <wp:posOffset>3966845</wp:posOffset>
            </wp:positionH>
            <wp:positionV relativeFrom="paragraph">
              <wp:posOffset>61936</wp:posOffset>
            </wp:positionV>
            <wp:extent cx="2312035" cy="466090"/>
            <wp:effectExtent l="0" t="0" r="0" b="3810"/>
            <wp:wrapTight wrapText="bothSides">
              <wp:wrapPolygon edited="0">
                <wp:start x="0" y="0"/>
                <wp:lineTo x="0" y="21188"/>
                <wp:lineTo x="21475" y="21188"/>
                <wp:lineTo x="21475" y="0"/>
                <wp:lineTo x="0" y="0"/>
              </wp:wrapPolygon>
            </wp:wrapTight>
            <wp:docPr id="6486505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8650549" name=""/>
                    <pic:cNvPicPr/>
                  </pic:nvPicPr>
                  <pic:blipFill>
                    <a:blip r:embed="rId94"/>
                    <a:stretch>
                      <a:fillRect/>
                    </a:stretch>
                  </pic:blipFill>
                  <pic:spPr>
                    <a:xfrm>
                      <a:off x="0" y="0"/>
                      <a:ext cx="2312035" cy="466090"/>
                    </a:xfrm>
                    <a:prstGeom prst="rect">
                      <a:avLst/>
                    </a:prstGeom>
                  </pic:spPr>
                </pic:pic>
              </a:graphicData>
            </a:graphic>
            <wp14:sizeRelH relativeFrom="page">
              <wp14:pctWidth>0</wp14:pctWidth>
            </wp14:sizeRelH>
            <wp14:sizeRelV relativeFrom="page">
              <wp14:pctHeight>0</wp14:pctHeight>
            </wp14:sizeRelV>
          </wp:anchor>
        </w:drawing>
      </w:r>
      <w:r w:rsidR="006A0BD1" w:rsidRPr="006A0BD1">
        <w:rPr>
          <w:rFonts w:eastAsia="Helvetica Neue" w:cs="Helvetica Neue"/>
          <w:noProof/>
          <w:color w:val="1F2933"/>
        </w:rPr>
        <w:drawing>
          <wp:anchor distT="0" distB="0" distL="114300" distR="114300" simplePos="0" relativeHeight="251750400" behindDoc="1" locked="0" layoutInCell="1" allowOverlap="1" wp14:anchorId="13DF62A4" wp14:editId="3007C924">
            <wp:simplePos x="0" y="0"/>
            <wp:positionH relativeFrom="column">
              <wp:posOffset>4608334</wp:posOffset>
            </wp:positionH>
            <wp:positionV relativeFrom="paragraph">
              <wp:posOffset>903567</wp:posOffset>
            </wp:positionV>
            <wp:extent cx="1901952" cy="2576223"/>
            <wp:effectExtent l="0" t="0" r="3175" b="1905"/>
            <wp:wrapTight wrapText="bothSides">
              <wp:wrapPolygon edited="0">
                <wp:start x="0" y="0"/>
                <wp:lineTo x="0" y="21509"/>
                <wp:lineTo x="21492" y="21509"/>
                <wp:lineTo x="21492" y="0"/>
                <wp:lineTo x="0" y="0"/>
              </wp:wrapPolygon>
            </wp:wrapTight>
            <wp:docPr id="13503252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0325233" name=""/>
                    <pic:cNvPicPr/>
                  </pic:nvPicPr>
                  <pic:blipFill>
                    <a:blip r:embed="rId95"/>
                    <a:stretch>
                      <a:fillRect/>
                    </a:stretch>
                  </pic:blipFill>
                  <pic:spPr>
                    <a:xfrm>
                      <a:off x="0" y="0"/>
                      <a:ext cx="1901952" cy="2576223"/>
                    </a:xfrm>
                    <a:prstGeom prst="rect">
                      <a:avLst/>
                    </a:prstGeom>
                  </pic:spPr>
                </pic:pic>
              </a:graphicData>
            </a:graphic>
            <wp14:sizeRelH relativeFrom="page">
              <wp14:pctWidth>0</wp14:pctWidth>
            </wp14:sizeRelH>
            <wp14:sizeRelV relativeFrom="page">
              <wp14:pctHeight>0</wp14:pctHeight>
            </wp14:sizeRelV>
          </wp:anchor>
        </w:drawing>
      </w:r>
      <w:r w:rsidR="001F084F">
        <w:rPr>
          <w:rFonts w:eastAsia="Helvetica Neue" w:cs="Helvetica Neue"/>
          <w:color w:val="1F2933"/>
        </w:rPr>
        <w:t xml:space="preserve">When every deduction and To Prove claim has a justification and all premise ports are filled, GeoProof Studio asks whether the proof is complete. </w:t>
      </w:r>
      <w:r>
        <w:rPr>
          <w:rFonts w:eastAsia="Helvetica Neue" w:cs="Helvetica Neue"/>
          <w:color w:val="1F2933"/>
        </w:rPr>
        <w:t xml:space="preserve">Click </w:t>
      </w:r>
      <w:r w:rsidR="001F084F">
        <w:rPr>
          <w:rFonts w:eastAsia="Helvetica Neue" w:cs="Helvetica Neue"/>
          <w:color w:val="1F2933"/>
        </w:rPr>
        <w:t>Mark Q.E.D.</w:t>
      </w:r>
      <w:r>
        <w:rPr>
          <w:rFonts w:eastAsia="Helvetica Neue" w:cs="Helvetica Neue"/>
          <w:color w:val="1F2933"/>
        </w:rPr>
        <w:t xml:space="preserve"> </w:t>
      </w:r>
      <w:r w:rsidR="007208FD">
        <w:rPr>
          <w:rFonts w:eastAsia="Helvetica Neue" w:cs="Helvetica Neue"/>
          <w:color w:val="1F2933"/>
        </w:rPr>
        <w:t xml:space="preserve">to </w:t>
      </w:r>
      <w:r w:rsidR="001F084F">
        <w:rPr>
          <w:rFonts w:eastAsia="Helvetica Neue" w:cs="Helvetica Neue"/>
          <w:color w:val="1F2933"/>
        </w:rPr>
        <w:t xml:space="preserve">place a Q.E.D. mark </w:t>
      </w:r>
      <w:r w:rsidR="007208FD">
        <w:rPr>
          <w:rFonts w:eastAsia="Helvetica Neue" w:cs="Helvetica Neue"/>
          <w:color w:val="1F2933"/>
        </w:rPr>
        <w:t xml:space="preserve">ending the proof </w:t>
      </w:r>
      <w:r w:rsidR="001F084F">
        <w:rPr>
          <w:rFonts w:eastAsia="Helvetica Neue" w:cs="Helvetica Neue"/>
          <w:color w:val="1F2933"/>
        </w:rPr>
        <w:t xml:space="preserve">under the To Prove column. If any connections are subsequently removed, the </w:t>
      </w:r>
      <w:r w:rsidR="006A0BD1">
        <w:rPr>
          <w:rFonts w:eastAsia="Helvetica Neue" w:cs="Helvetica Neue"/>
          <w:color w:val="1F2933"/>
        </w:rPr>
        <w:t>Q.E.D. notation is removed</w:t>
      </w:r>
      <w:r w:rsidR="001F084F">
        <w:rPr>
          <w:rFonts w:eastAsia="Helvetica Neue" w:cs="Helvetica Neue"/>
          <w:color w:val="1F2933"/>
        </w:rPr>
        <w:t>.</w:t>
      </w:r>
      <w:r w:rsidR="007208FD">
        <w:rPr>
          <w:noProof/>
        </w:rPr>
        <w:t xml:space="preserve"> </w:t>
      </w:r>
      <w:r w:rsidR="007208FD">
        <w:rPr>
          <w:rFonts w:eastAsia="Helvetica Neue" w:cs="Helvetica Neue"/>
          <w:color w:val="1F2933"/>
        </w:rPr>
        <w:t>Important: the offer to add Q.E.D. means the structure of the proof is complete; GPS has not verified that the mathematics is correct.</w:t>
      </w:r>
    </w:p>
    <w:p w14:paraId="6388AEE1" w14:textId="09F97F18" w:rsidR="001F084F" w:rsidRDefault="00FD2970" w:rsidP="006A0BD1">
      <w:pPr>
        <w:spacing w:after="160"/>
        <w:rPr>
          <w:rFonts w:eastAsia="Helvetica Neue" w:cs="Helvetica Neue"/>
          <w:color w:val="1F2933"/>
        </w:rPr>
      </w:pPr>
      <w:r>
        <w:rPr>
          <w:rFonts w:eastAsia="Helvetica Neue" w:cs="Helvetica Neue"/>
          <w:color w:val="1F2933"/>
        </w:rPr>
        <w:t xml:space="preserve">Q.E.D. stands for “quod erat demonstrandum,” meaning “that which was to be demonstrated.” It is a celebratory stamp: you had a goal and reached it. Mathematics journals now use a black square instead, and GPS lets you choose other endings as well if you click on the </w:t>
      </w:r>
      <w:r w:rsidRPr="001810E9">
        <w:rPr>
          <w:rFonts w:eastAsia="Helvetica Neue" w:cs="Helvetica Neue"/>
          <w:b/>
          <w:bCs/>
          <w:color w:val="1F2933"/>
        </w:rPr>
        <w:t>Q.E.D.</w:t>
      </w:r>
      <w:r>
        <w:rPr>
          <w:rFonts w:eastAsia="Helvetica Neue" w:cs="Helvetica Neue"/>
          <w:color w:val="1F2933"/>
        </w:rPr>
        <w:t xml:space="preserve"> label.</w:t>
      </w:r>
    </w:p>
    <w:p w14:paraId="7B31E9D4" w14:textId="56F705D2" w:rsidR="006A0BD1" w:rsidRPr="006A0BD1" w:rsidRDefault="006A0BD1" w:rsidP="006C7E22">
      <w:pPr>
        <w:spacing w:after="160"/>
        <w:rPr>
          <w:rFonts w:eastAsia="Helvetica Neue" w:cs="Helvetica Neue"/>
          <w:color w:val="1F2933"/>
        </w:rPr>
      </w:pPr>
      <w:r>
        <w:rPr>
          <w:rFonts w:eastAsia="Helvetica Neue" w:cs="Helvetica Neue"/>
          <w:color w:val="1F2933"/>
        </w:rPr>
        <w:t>You may also occasionally see a proof end with “Q.E.A.”</w:t>
      </w:r>
      <w:r w:rsidR="006C7E22">
        <w:rPr>
          <w:rFonts w:eastAsia="Helvetica Neue" w:cs="Helvetica Neue"/>
          <w:color w:val="1F2933"/>
        </w:rPr>
        <w:t>, which stands for “</w:t>
      </w:r>
      <w:r w:rsidR="006C7E22" w:rsidRPr="006C7E22">
        <w:rPr>
          <w:rFonts w:eastAsia="Helvetica Neue" w:cs="Helvetica Neue"/>
          <w:color w:val="1F2933"/>
        </w:rPr>
        <w:t>quod est absurdum</w:t>
      </w:r>
      <w:r w:rsidR="006C7E22">
        <w:rPr>
          <w:rFonts w:eastAsia="Helvetica Neue" w:cs="Helvetica Neue"/>
          <w:color w:val="1F2933"/>
        </w:rPr>
        <w:t xml:space="preserve">” and means “that which is absurd.” Q.E.A. is the preferred ending for a proof by contradiction in which one assumes the opposite of what you want to prove and then show that that assumption leads to an irreconcilable contradiction. It is that contradiction that is absurd and proves that your original claim is the only remaining possibility. </w:t>
      </w:r>
    </w:p>
    <w:p w14:paraId="22B686D1" w14:textId="013401B9" w:rsidR="006C7E22" w:rsidRPr="0024198F" w:rsidRDefault="00000000" w:rsidP="00FD2970">
      <w:pPr>
        <w:keepNext/>
        <w:widowControl w:val="0"/>
        <w:spacing w:before="240" w:after="160"/>
        <w:rPr>
          <w:rFonts w:asciiTheme="majorHAnsi" w:hAnsiTheme="majorHAnsi" w:cstheme="majorHAnsi"/>
        </w:rPr>
      </w:pPr>
      <w:r w:rsidRPr="0024198F">
        <w:rPr>
          <w:rFonts w:asciiTheme="majorHAnsi" w:eastAsia="Helvetica Neue" w:hAnsiTheme="majorHAnsi" w:cstheme="majorHAnsi"/>
          <w:b/>
          <w:color w:val="2E5B9C"/>
          <w:sz w:val="28"/>
        </w:rPr>
        <w:t xml:space="preserve">Proofreading </w:t>
      </w:r>
      <w:r w:rsidR="00D861ED" w:rsidRPr="0024198F">
        <w:rPr>
          <w:rFonts w:asciiTheme="majorHAnsi" w:eastAsia="Helvetica Neue" w:hAnsiTheme="majorHAnsi" w:cstheme="majorHAnsi"/>
          <w:b/>
          <w:color w:val="2E5B9C"/>
          <w:sz w:val="28"/>
        </w:rPr>
        <w:t>Support</w:t>
      </w:r>
      <w:r w:rsidR="00FD2970" w:rsidRPr="0024198F">
        <w:rPr>
          <w:rFonts w:asciiTheme="majorHAnsi" w:eastAsia="Helvetica Neue" w:hAnsiTheme="majorHAnsi" w:cstheme="majorHAnsi"/>
          <w:b/>
          <w:color w:val="2E5B9C"/>
          <w:sz w:val="28"/>
        </w:rPr>
        <w:t xml:space="preserve"> — what GPS does and does not check</w:t>
      </w:r>
    </w:p>
    <w:p w14:paraId="6CCCF5D0" w14:textId="352F51BA" w:rsidR="000B1A18" w:rsidRDefault="00D861ED" w:rsidP="006C7E22">
      <w:pPr>
        <w:widowControl w:val="0"/>
        <w:spacing w:before="240" w:after="160"/>
      </w:pPr>
      <w:r>
        <w:rPr>
          <w:rFonts w:eastAsia="Helvetica Neue" w:cs="Helvetica Neue"/>
          <w:color w:val="1F2933"/>
        </w:rPr>
        <w:t xml:space="preserve">GeoProof Studio is not a </w:t>
      </w:r>
      <w:r w:rsidR="006C7E22">
        <w:rPr>
          <w:rFonts w:eastAsia="Helvetica Neue" w:cs="Helvetica Neue"/>
          <w:color w:val="1F2933"/>
        </w:rPr>
        <w:t xml:space="preserve">formal </w:t>
      </w:r>
      <w:r>
        <w:rPr>
          <w:rFonts w:eastAsia="Helvetica Neue" w:cs="Helvetica Neue"/>
          <w:color w:val="1F2933"/>
        </w:rPr>
        <w:t xml:space="preserve">proof checker. </w:t>
      </w:r>
      <w:r w:rsidR="00574BA6">
        <w:rPr>
          <w:rFonts w:eastAsia="Helvetica Neue" w:cs="Helvetica Neue"/>
          <w:color w:val="1F2933"/>
        </w:rPr>
        <w:t xml:space="preserve">It will point out some </w:t>
      </w:r>
      <w:r w:rsidR="00FD2970">
        <w:rPr>
          <w:rFonts w:eastAsia="Helvetica Neue" w:cs="Helvetica Neue"/>
          <w:color w:val="1F2933"/>
        </w:rPr>
        <w:t xml:space="preserve">common </w:t>
      </w:r>
      <w:r w:rsidR="00574BA6">
        <w:rPr>
          <w:rFonts w:eastAsia="Helvetica Neue" w:cs="Helvetica Neue"/>
          <w:color w:val="1F2933"/>
        </w:rPr>
        <w:t xml:space="preserve">kinds of mistakes, but it is not checking logic and language in any deep way. </w:t>
      </w:r>
      <w:r>
        <w:rPr>
          <w:rFonts w:eastAsia="Helvetica Neue" w:cs="Helvetica Neue"/>
          <w:color w:val="1F2933"/>
        </w:rPr>
        <w:t xml:space="preserve">Even when it offers the Q.E.D. finishing claim, that does not mean the proof is correct. It just means that all premises have connections. </w:t>
      </w:r>
      <w:r w:rsidR="00FD2970">
        <w:rPr>
          <w:rFonts w:eastAsia="Helvetica Neue" w:cs="Helvetica Neue"/>
          <w:color w:val="1F2933"/>
        </w:rPr>
        <w:t>Some</w:t>
      </w:r>
      <w:r>
        <w:rPr>
          <w:rFonts w:eastAsia="Helvetica Neue" w:cs="Helvetica Neue"/>
          <w:color w:val="1F2933"/>
        </w:rPr>
        <w:t xml:space="preserve"> claims and justifications may </w:t>
      </w:r>
      <w:r w:rsidR="00FD2970">
        <w:rPr>
          <w:rFonts w:eastAsia="Helvetica Neue" w:cs="Helvetica Neue"/>
          <w:color w:val="1F2933"/>
        </w:rPr>
        <w:t>still</w:t>
      </w:r>
      <w:r>
        <w:rPr>
          <w:rFonts w:eastAsia="Helvetica Neue" w:cs="Helvetica Neue"/>
          <w:color w:val="1F2933"/>
        </w:rPr>
        <w:t xml:space="preserve"> be wrong. </w:t>
      </w:r>
      <w:r w:rsidR="00FD2970">
        <w:rPr>
          <w:rFonts w:eastAsia="Helvetica Neue" w:cs="Helvetica Neue"/>
          <w:color w:val="1F2933"/>
        </w:rPr>
        <w:t xml:space="preserve">Ultimately, mathematics is a communal activity – have peers and/or a teacher review the proof for mathematical rigor (all connections are logically correct). </w:t>
      </w:r>
      <w:r>
        <w:rPr>
          <w:rFonts w:eastAsia="Helvetica Neue" w:cs="Helvetica Neue"/>
          <w:color w:val="1F2933"/>
        </w:rPr>
        <w:t xml:space="preserve"> GPS will flag </w:t>
      </w:r>
      <w:r w:rsidR="00BC1E1D">
        <w:rPr>
          <w:rFonts w:eastAsia="Helvetica Neue" w:cs="Helvetica Neue"/>
          <w:color w:val="1F2933"/>
        </w:rPr>
        <w:t>certain issues</w:t>
      </w:r>
      <w:r>
        <w:rPr>
          <w:rFonts w:eastAsia="Helvetica Neue" w:cs="Helvetica Neue"/>
          <w:color w:val="1F2933"/>
        </w:rPr>
        <w:t xml:space="preserve"> with an </w:t>
      </w:r>
      <w:r w:rsidRPr="00480936">
        <w:rPr>
          <w:rFonts w:eastAsia="Helvetica Neue" w:cs="Helvetica Neue"/>
          <w:color w:val="E36C0A" w:themeColor="accent6" w:themeShade="BF"/>
        </w:rPr>
        <w:t xml:space="preserve">orange </w:t>
      </w:r>
      <w:r>
        <w:rPr>
          <w:rFonts w:eastAsia="Helvetica Neue" w:cs="Helvetica Neue"/>
          <w:color w:val="1F2933"/>
        </w:rPr>
        <w:t xml:space="preserve">warning message in the claim box. These messages do not appear in the PDF or HTML output. Here are some of the issues it will </w:t>
      </w:r>
      <w:r w:rsidR="00BC1E1D">
        <w:rPr>
          <w:rFonts w:eastAsia="Helvetica Neue" w:cs="Helvetica Neue"/>
          <w:color w:val="1F2933"/>
        </w:rPr>
        <w:t>point out</w:t>
      </w:r>
      <w:r>
        <w:rPr>
          <w:rFonts w:eastAsia="Helvetica Neue" w:cs="Helvetica Neue"/>
          <w:color w:val="1F2933"/>
        </w:rPr>
        <w:t>:</w:t>
      </w:r>
    </w:p>
    <w:p w14:paraId="61841CA0" w14:textId="082A9378" w:rsidR="007B1B73" w:rsidRPr="007B1B73" w:rsidRDefault="007B1B73">
      <w:pPr>
        <w:pStyle w:val="ListBullet"/>
        <w:spacing w:after="80"/>
      </w:pPr>
      <w:r>
        <w:t>If there is no justification chosen yet.</w:t>
      </w:r>
    </w:p>
    <w:p w14:paraId="0DFF0EDF" w14:textId="093FFC4A" w:rsidR="000B1A18" w:rsidRDefault="006C7E22">
      <w:pPr>
        <w:pStyle w:val="ListBullet"/>
        <w:spacing w:after="80"/>
      </w:pPr>
      <w:r>
        <w:rPr>
          <w:rFonts w:eastAsia="Helvetica Neue" w:cs="Helvetica Neue"/>
          <w:color w:val="1F2933"/>
        </w:rPr>
        <w:t>If points named in a claim are missing from the diagram</w:t>
      </w:r>
      <w:r w:rsidR="007B1B73">
        <w:rPr>
          <w:rFonts w:eastAsia="Helvetica Neue" w:cs="Helvetica Neue"/>
          <w:color w:val="1F2933"/>
        </w:rPr>
        <w:t xml:space="preserve"> (remember that “b” ≠ “B”)</w:t>
      </w:r>
      <w:r>
        <w:rPr>
          <w:rFonts w:eastAsia="Helvetica Neue" w:cs="Helvetica Neue"/>
          <w:color w:val="1F2933"/>
        </w:rPr>
        <w:t>.</w:t>
      </w:r>
      <w:r w:rsidR="00D861ED" w:rsidRPr="00D861ED">
        <w:rPr>
          <w:noProof/>
        </w:rPr>
        <w:t xml:space="preserve"> </w:t>
      </w:r>
    </w:p>
    <w:p w14:paraId="0CEA407B" w14:textId="45C640A1" w:rsidR="000B1A18" w:rsidRDefault="006C7E22">
      <w:pPr>
        <w:pStyle w:val="ListBullet"/>
        <w:spacing w:after="80"/>
      </w:pPr>
      <w:r>
        <w:rPr>
          <w:rFonts w:eastAsia="Helvetica Neue" w:cs="Helvetica Neue"/>
          <w:color w:val="1F2933"/>
        </w:rPr>
        <w:t xml:space="preserve">If an angle is just </w:t>
      </w:r>
      <w:r w:rsidR="00DE522B">
        <w:rPr>
          <w:rFonts w:eastAsia="Helvetica Neue" w:cs="Helvetica Neue"/>
          <w:color w:val="1F2933"/>
        </w:rPr>
        <w:t xml:space="preserve">referenced with </w:t>
      </w:r>
      <w:r>
        <w:rPr>
          <w:rFonts w:eastAsia="Helvetica Neue" w:cs="Helvetica Neue"/>
          <w:color w:val="1F2933"/>
        </w:rPr>
        <w:t xml:space="preserve">a single point (e.g., </w:t>
      </w:r>
      <w:r>
        <w:rPr>
          <w:rFonts w:ascii="Cambria Math" w:eastAsia="Cambria Math" w:hAnsi="Cambria Math" w:cs="Cambria Math"/>
          <w:color w:val="1F2933"/>
        </w:rPr>
        <w:t>∠</w:t>
      </w:r>
      <w:r>
        <w:rPr>
          <w:rFonts w:eastAsia="Helvetica Neue" w:cs="Helvetica Neue"/>
          <w:color w:val="1F2933"/>
        </w:rPr>
        <w:t>A)</w:t>
      </w:r>
      <w:r w:rsidR="00DE522B">
        <w:rPr>
          <w:rFonts w:eastAsia="Helvetica Neue" w:cs="Helvetica Neue"/>
          <w:color w:val="1F2933"/>
        </w:rPr>
        <w:t xml:space="preserve">. </w:t>
      </w:r>
      <w:r w:rsidR="00FD2970">
        <w:rPr>
          <w:rFonts w:eastAsia="Helvetica Neue" w:cs="Helvetica Neue"/>
          <w:color w:val="1F2933"/>
        </w:rPr>
        <w:t xml:space="preserve">GPS requests a three-letter angle name (such as </w:t>
      </w:r>
      <w:r w:rsidR="00FD2970">
        <w:rPr>
          <w:rFonts w:ascii="Cambria Math" w:eastAsia="Helvetica Neue" w:hAnsi="Cambria Math" w:cs="Cambria Math"/>
          <w:color w:val="1F2933"/>
        </w:rPr>
        <w:t>∠</w:t>
      </w:r>
      <w:r w:rsidR="00FD2970">
        <w:rPr>
          <w:rFonts w:eastAsia="Helvetica Neue" w:cs="Helvetica Neue"/>
          <w:color w:val="1F2933"/>
        </w:rPr>
        <w:t>BAC) so that the angle is unambiguous.</w:t>
      </w:r>
    </w:p>
    <w:p w14:paraId="11B85C65" w14:textId="2F61B76C" w:rsidR="000B1A18" w:rsidRPr="008F0935" w:rsidRDefault="00000000">
      <w:pPr>
        <w:pStyle w:val="ListBullet"/>
        <w:spacing w:after="80"/>
      </w:pPr>
      <w:r>
        <w:rPr>
          <w:rFonts w:eastAsia="Helvetica Neue" w:cs="Helvetica Neue"/>
          <w:color w:val="1F2933"/>
        </w:rPr>
        <w:t xml:space="preserve">Betweenness claims </w:t>
      </w:r>
      <w:r w:rsidR="00DE522B">
        <w:rPr>
          <w:rFonts w:eastAsia="Helvetica Neue" w:cs="Helvetica Neue"/>
          <w:color w:val="1F2933"/>
        </w:rPr>
        <w:t xml:space="preserve">are checked </w:t>
      </w:r>
      <w:r w:rsidR="008F0935">
        <w:rPr>
          <w:rFonts w:eastAsia="Helvetica Neue" w:cs="Helvetica Neue"/>
          <w:color w:val="1F2933"/>
        </w:rPr>
        <w:t>(is the point actually between the other two in the diagram?)</w:t>
      </w:r>
      <w:r>
        <w:rPr>
          <w:rFonts w:eastAsia="Helvetica Neue" w:cs="Helvetica Neue"/>
          <w:color w:val="1F2933"/>
        </w:rPr>
        <w:t>.</w:t>
      </w:r>
    </w:p>
    <w:p w14:paraId="1C3A6892" w14:textId="35A19C31" w:rsidR="008F0935" w:rsidRDefault="00DE522B" w:rsidP="008F0935">
      <w:pPr>
        <w:pStyle w:val="ListBullet"/>
        <w:spacing w:after="80"/>
      </w:pPr>
      <w:r>
        <w:rPr>
          <w:rFonts w:eastAsia="Helvetica Neue" w:cs="Helvetica Neue"/>
          <w:color w:val="1F2933"/>
        </w:rPr>
        <w:t>The correspondence of vertices in a t</w:t>
      </w:r>
      <w:r w:rsidR="008F0935">
        <w:rPr>
          <w:rFonts w:eastAsia="Helvetica Neue" w:cs="Helvetica Neue"/>
          <w:color w:val="1F2933"/>
        </w:rPr>
        <w:t>riangle congruence claim</w:t>
      </w:r>
      <w:r>
        <w:rPr>
          <w:rFonts w:eastAsia="Helvetica Neue" w:cs="Helvetica Neue"/>
          <w:color w:val="1F2933"/>
        </w:rPr>
        <w:t xml:space="preserve"> if they don’t follow from the</w:t>
      </w:r>
      <w:r w:rsidR="008F0935">
        <w:rPr>
          <w:rFonts w:eastAsia="Helvetica Neue" w:cs="Helvetica Neue"/>
          <w:color w:val="1F2933"/>
        </w:rPr>
        <w:t xml:space="preserve"> corresponding order of vertices in the linked segment and/or angle premises.</w:t>
      </w:r>
      <w:r w:rsidR="008F0935">
        <w:t xml:space="preserve"> Note that sometimes the program will produce multiple messages as shown below when only one input (the top claim in column 2) is wrong, because any one incorrect correspondence yields many possible conflicts.</w:t>
      </w:r>
    </w:p>
    <w:p w14:paraId="0AC1FCEB" w14:textId="6A6E26D6" w:rsidR="00DE522B" w:rsidRDefault="00DE522B" w:rsidP="008F0935">
      <w:pPr>
        <w:pStyle w:val="ListBullet"/>
        <w:spacing w:after="80"/>
      </w:pPr>
      <w:r>
        <w:rPr>
          <w:rFonts w:eastAsia="Helvetica Neue" w:cs="Helvetica Neue"/>
          <w:color w:val="1F2933"/>
        </w:rPr>
        <w:t>Checks that CPCTC / CPCPC claims follow the correspondences in the figures in their premise input.</w:t>
      </w:r>
    </w:p>
    <w:p w14:paraId="0BCD0605" w14:textId="77777777" w:rsidR="00DE522B" w:rsidRPr="00403500" w:rsidRDefault="007B1B73" w:rsidP="00DE522B">
      <w:pPr>
        <w:pStyle w:val="ListBullet"/>
        <w:tabs>
          <w:tab w:val="clear" w:pos="360"/>
        </w:tabs>
        <w:spacing w:after="80"/>
      </w:pPr>
      <w:r>
        <w:rPr>
          <w:rFonts w:eastAsia="Helvetica Neue" w:cs="Helvetica Neue"/>
          <w:color w:val="1F2933"/>
        </w:rPr>
        <w:lastRenderedPageBreak/>
        <w:t xml:space="preserve">If nothing in </w:t>
      </w:r>
      <w:r w:rsidR="00DE522B">
        <w:rPr>
          <w:rFonts w:eastAsia="Helvetica Neue" w:cs="Helvetica Neue"/>
          <w:color w:val="1F2933"/>
        </w:rPr>
        <w:t>a</w:t>
      </w:r>
      <w:r>
        <w:rPr>
          <w:rFonts w:eastAsia="Helvetica Neue" w:cs="Helvetica Neue"/>
          <w:color w:val="1F2933"/>
        </w:rPr>
        <w:t xml:space="preserve"> claim corresponds to the justification (as in the “hmm” claim below). </w:t>
      </w:r>
    </w:p>
    <w:p w14:paraId="0B15D054" w14:textId="7FEECCCC" w:rsidR="00403500" w:rsidRPr="00DE522B" w:rsidRDefault="00403500" w:rsidP="00DE522B">
      <w:pPr>
        <w:pStyle w:val="ListBullet"/>
        <w:tabs>
          <w:tab w:val="clear" w:pos="360"/>
        </w:tabs>
        <w:spacing w:after="80"/>
      </w:pPr>
      <w:r>
        <w:rPr>
          <w:rFonts w:eastAsia="Helvetica Neue" w:cs="Helvetica Neue"/>
          <w:color w:val="1F2933"/>
        </w:rPr>
        <w:t xml:space="preserve">If a justification involves angles, parallelism, perpendicularity, similarity, or congruence, then the corresponding symbol from the </w:t>
      </w:r>
      <w:r w:rsidR="00A042A8">
        <w:rPr>
          <w:rFonts w:eastAsia="Helvetica Neue" w:cs="Helvetica Neue"/>
          <w:color w:val="1F2933"/>
        </w:rPr>
        <w:t xml:space="preserve">insert </w:t>
      </w:r>
      <w:r>
        <w:rPr>
          <w:rFonts w:eastAsia="Helvetica Neue" w:cs="Helvetica Neue"/>
          <w:color w:val="1F2933"/>
        </w:rPr>
        <w:t>symbol buttons should be in the claim.</w:t>
      </w:r>
    </w:p>
    <w:p w14:paraId="2AC0C035" w14:textId="0666F907" w:rsidR="00480936" w:rsidRPr="0024198F" w:rsidRDefault="00480936" w:rsidP="00480936">
      <w:pPr>
        <w:keepNext/>
        <w:widowControl w:val="0"/>
        <w:spacing w:before="240" w:after="160"/>
        <w:ind w:firstLine="360"/>
        <w:rPr>
          <w:rFonts w:asciiTheme="majorHAnsi" w:eastAsia="Helvetica Neue" w:hAnsiTheme="majorHAnsi" w:cstheme="majorHAnsi"/>
          <w:b/>
          <w:color w:val="2E5B9C"/>
          <w:sz w:val="24"/>
          <w:szCs w:val="21"/>
        </w:rPr>
      </w:pPr>
      <w:r w:rsidRPr="0024198F">
        <w:rPr>
          <w:rFonts w:asciiTheme="majorHAnsi" w:hAnsiTheme="majorHAnsi" w:cstheme="majorHAnsi"/>
          <w:noProof/>
        </w:rPr>
        <mc:AlternateContent>
          <mc:Choice Requires="wpg">
            <w:drawing>
              <wp:anchor distT="0" distB="0" distL="114300" distR="114300" simplePos="0" relativeHeight="251756544" behindDoc="0" locked="0" layoutInCell="1" allowOverlap="1" wp14:anchorId="4DAACE06" wp14:editId="540C60C5">
                <wp:simplePos x="0" y="0"/>
                <wp:positionH relativeFrom="column">
                  <wp:posOffset>272260</wp:posOffset>
                </wp:positionH>
                <wp:positionV relativeFrom="paragraph">
                  <wp:posOffset>337954</wp:posOffset>
                </wp:positionV>
                <wp:extent cx="5523322" cy="3604895"/>
                <wp:effectExtent l="0" t="0" r="13970" b="14605"/>
                <wp:wrapSquare wrapText="bothSides"/>
                <wp:docPr id="550826338" name="Group 42"/>
                <wp:cNvGraphicFramePr/>
                <a:graphic xmlns:a="http://schemas.openxmlformats.org/drawingml/2006/main">
                  <a:graphicData uri="http://schemas.microsoft.com/office/word/2010/wordprocessingGroup">
                    <wpg:wgp>
                      <wpg:cNvGrpSpPr/>
                      <wpg:grpSpPr>
                        <a:xfrm>
                          <a:off x="0" y="0"/>
                          <a:ext cx="5523322" cy="3604895"/>
                          <a:chOff x="0" y="0"/>
                          <a:chExt cx="5523322" cy="3604895"/>
                        </a:xfrm>
                      </wpg:grpSpPr>
                      <pic:pic xmlns:pic="http://schemas.openxmlformats.org/drawingml/2006/picture">
                        <pic:nvPicPr>
                          <pic:cNvPr id="875674902" name="Picture 1"/>
                          <pic:cNvPicPr>
                            <a:picLocks noChangeAspect="1"/>
                          </pic:cNvPicPr>
                        </pic:nvPicPr>
                        <pic:blipFill rotWithShape="1">
                          <a:blip r:embed="rId96"/>
                          <a:srcRect l="53348"/>
                          <a:stretch>
                            <a:fillRect/>
                          </a:stretch>
                        </pic:blipFill>
                        <pic:spPr bwMode="auto">
                          <a:xfrm>
                            <a:off x="1392794" y="0"/>
                            <a:ext cx="1261745" cy="196977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323474801" name="Picture 1"/>
                          <pic:cNvPicPr>
                            <a:picLocks noChangeAspect="1"/>
                          </pic:cNvPicPr>
                        </pic:nvPicPr>
                        <pic:blipFill>
                          <a:blip r:embed="rId97"/>
                          <a:stretch>
                            <a:fillRect/>
                          </a:stretch>
                        </pic:blipFill>
                        <pic:spPr>
                          <a:xfrm>
                            <a:off x="0" y="0"/>
                            <a:ext cx="1243330" cy="1394460"/>
                          </a:xfrm>
                          <a:prstGeom prst="rect">
                            <a:avLst/>
                          </a:prstGeom>
                        </pic:spPr>
                      </pic:pic>
                      <pic:pic xmlns:pic="http://schemas.openxmlformats.org/drawingml/2006/picture">
                        <pic:nvPicPr>
                          <pic:cNvPr id="974892520" name="Picture 1"/>
                          <pic:cNvPicPr>
                            <a:picLocks noChangeAspect="1"/>
                          </pic:cNvPicPr>
                        </pic:nvPicPr>
                        <pic:blipFill>
                          <a:blip r:embed="rId98"/>
                          <a:stretch>
                            <a:fillRect/>
                          </a:stretch>
                        </pic:blipFill>
                        <pic:spPr>
                          <a:xfrm>
                            <a:off x="1392794" y="2113414"/>
                            <a:ext cx="1243330" cy="603885"/>
                          </a:xfrm>
                          <a:prstGeom prst="rect">
                            <a:avLst/>
                          </a:prstGeom>
                        </pic:spPr>
                      </pic:pic>
                      <pic:pic xmlns:pic="http://schemas.openxmlformats.org/drawingml/2006/picture">
                        <pic:nvPicPr>
                          <pic:cNvPr id="546112032" name="Picture 1"/>
                          <pic:cNvPicPr>
                            <a:picLocks noChangeAspect="1"/>
                          </pic:cNvPicPr>
                        </pic:nvPicPr>
                        <pic:blipFill>
                          <a:blip r:embed="rId99"/>
                          <a:stretch>
                            <a:fillRect/>
                          </a:stretch>
                        </pic:blipFill>
                        <pic:spPr>
                          <a:xfrm>
                            <a:off x="0" y="1513907"/>
                            <a:ext cx="1243330" cy="1467485"/>
                          </a:xfrm>
                          <a:prstGeom prst="rect">
                            <a:avLst/>
                          </a:prstGeom>
                        </pic:spPr>
                      </pic:pic>
                      <pic:pic xmlns:pic="http://schemas.openxmlformats.org/drawingml/2006/picture">
                        <pic:nvPicPr>
                          <pic:cNvPr id="1262790238" name="Picture 1"/>
                          <pic:cNvPicPr>
                            <a:picLocks noChangeAspect="1"/>
                          </pic:cNvPicPr>
                        </pic:nvPicPr>
                        <pic:blipFill>
                          <a:blip r:embed="rId100"/>
                          <a:stretch>
                            <a:fillRect/>
                          </a:stretch>
                        </pic:blipFill>
                        <pic:spPr>
                          <a:xfrm>
                            <a:off x="2780122" y="12700"/>
                            <a:ext cx="2743200" cy="3592195"/>
                          </a:xfrm>
                          <a:prstGeom prst="rect">
                            <a:avLst/>
                          </a:prstGeom>
                          <a:ln>
                            <a:solidFill>
                              <a:schemeClr val="accent6">
                                <a:lumMod val="75000"/>
                              </a:schemeClr>
                            </a:solidFill>
                          </a:ln>
                        </pic:spPr>
                      </pic:pic>
                    </wpg:wgp>
                  </a:graphicData>
                </a:graphic>
                <wp14:sizeRelV relativeFrom="margin">
                  <wp14:pctHeight>0</wp14:pctHeight>
                </wp14:sizeRelV>
              </wp:anchor>
            </w:drawing>
          </mc:Choice>
          <mc:Fallback>
            <w:pict>
              <v:group w14:anchorId="15E447E6" id="Group 42" o:spid="_x0000_s1026" style="position:absolute;margin-left:21.45pt;margin-top:26.6pt;width:434.9pt;height:283.85pt;z-index:251756544;mso-height-relative:margin" coordsize="55233,3604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">
                <v:shape id="Picture 1" o:spid="_x0000_s1027" type="#_x0000_t75" style="position:absolute;left:13927;width:12618;height:1969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">
                  <v:imagedata r:id="rId101" o:title="" cropleft="34962f"/>
                </v:shape>
                <v:shape id="Picture 1" o:spid="_x0000_s1028" type="#_x0000_t75" style="position:absolute;width:12433;height:1394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">
                  <v:imagedata r:id="rId102" o:title=""/>
                </v:shape>
                <v:shape id="Picture 1" o:spid="_x0000_s1029" type="#_x0000_t75" style="position:absolute;left:13927;top:21134;width:12434;height:603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">
                  <v:imagedata r:id="rId103" o:title=""/>
                </v:shape>
                <v:shape id="Picture 1" o:spid="_x0000_s1030" type="#_x0000_t75" style="position:absolute;top:15139;width:12433;height:1467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">
                  <v:imagedata r:id="rId104" o:title=""/>
                </v:shape>
                <v:shape id="Picture 1" o:spid="_x0000_s1031" type="#_x0000_t75" style="position:absolute;left:27801;top:127;width:27432;height:3592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" stroked="t" strokecolor="#e36c0a [2409]">
                  <v:imagedata r:id="rId105" o:title=""/>
                  <v:path arrowok="t"/>
                </v:shape>
                <w10:wrap type="square"/>
              </v:group>
            </w:pict>
          </mc:Fallback>
        </mc:AlternateContent>
      </w:r>
      <w:r w:rsidR="00DE522B" w:rsidRPr="0024198F">
        <w:rPr>
          <w:rFonts w:asciiTheme="majorHAnsi" w:eastAsia="Helvetica Neue" w:hAnsiTheme="majorHAnsi" w:cstheme="majorHAnsi"/>
          <w:b/>
          <w:color w:val="2E5B9C"/>
          <w:sz w:val="24"/>
          <w:szCs w:val="21"/>
        </w:rPr>
        <w:t>Sample Error Messages</w:t>
      </w:r>
    </w:p>
    <w:p w14:paraId="6480E710" w14:textId="43DC431F" w:rsidR="008F0935" w:rsidRDefault="008F0935" w:rsidP="007B1B73">
      <w:pPr>
        <w:pStyle w:val="ListBullet"/>
        <w:numPr>
          <w:ilvl w:val="0"/>
          <w:numId w:val="0"/>
        </w:numPr>
        <w:spacing w:after="80"/>
      </w:pPr>
    </w:p>
    <w:tbl>
      <w:tblPr>
        <w:tblpPr w:leftFromText="180" w:rightFromText="180" w:vertAnchor="text" w:tblpY="1"/>
        <w:tblOverlap w:val="never"/>
        <w:tblW w:w="0" w:type="auto"/>
        <w:tblLook w:val="04A0" w:firstRow="1" w:lastRow="0" w:firstColumn="1" w:lastColumn="0" w:noHBand="0" w:noVBand="1"/>
      </w:tblPr>
      <w:tblGrid>
        <w:gridCol w:w="9603"/>
      </w:tblGrid>
      <w:tr w:rsidR="000B1A18" w14:paraId="0740D12B" w14:textId="77777777" w:rsidTr="00480936">
        <w:tc>
          <w:tcPr>
            <w:tcW w:w="9603" w:type="dxa"/>
            <w:tcBorders>
              <w:top w:val="single" w:sz="12" w:space="0" w:color="2E5B9C"/>
              <w:left w:val="single" w:sz="24" w:space="0" w:color="2E5B9C"/>
              <w:bottom w:val="single" w:sz="12" w:space="0" w:color="2E5B9C"/>
              <w:right w:val="single" w:sz="12" w:space="0" w:color="2E5B9C"/>
            </w:tcBorders>
            <w:shd w:val="clear" w:color="auto" w:fill="E8F0FA"/>
          </w:tcPr>
          <w:p w14:paraId="114E0ECB" w14:textId="68E4B133" w:rsidR="000B1A18" w:rsidRPr="001A66A5" w:rsidRDefault="00480936" w:rsidP="00480936">
            <w:pPr>
              <w:rPr>
                <w:rFonts w:asciiTheme="majorHAnsi" w:hAnsiTheme="majorHAnsi" w:cstheme="majorHAnsi"/>
                <w:szCs w:val="28"/>
              </w:rPr>
            </w:pPr>
            <w:r w:rsidRPr="001A66A5">
              <w:rPr>
                <w:rFonts w:asciiTheme="majorHAnsi" w:eastAsia="Helvetica Neue" w:hAnsiTheme="majorHAnsi" w:cstheme="majorHAnsi"/>
                <w:b/>
                <w:color w:val="2E5B9C"/>
                <w:szCs w:val="28"/>
              </w:rPr>
              <w:t xml:space="preserve">Notation Tip </w:t>
            </w:r>
            <w:r w:rsidRPr="001A66A5">
              <w:rPr>
                <w:rFonts w:asciiTheme="majorHAnsi" w:eastAsia="Cambria Math" w:hAnsiTheme="majorHAnsi" w:cstheme="majorHAnsi"/>
                <w:b/>
                <w:color w:val="2E5B9C"/>
                <w:szCs w:val="28"/>
              </w:rPr>
              <w:t>—</w:t>
            </w:r>
            <w:r w:rsidRPr="001A66A5">
              <w:rPr>
                <w:rFonts w:asciiTheme="majorHAnsi" w:eastAsia="Helvetica Neue" w:hAnsiTheme="majorHAnsi" w:cstheme="majorHAnsi"/>
                <w:b/>
                <w:color w:val="2E5B9C"/>
                <w:szCs w:val="28"/>
              </w:rPr>
              <w:t xml:space="preserve"> The correspondence symbol</w:t>
            </w:r>
          </w:p>
          <w:p w14:paraId="7A9A29C1" w14:textId="24F82359" w:rsidR="000B1A18" w:rsidRPr="001A66A5" w:rsidRDefault="00000000" w:rsidP="00480936">
            <w:pPr>
              <w:rPr>
                <w:szCs w:val="28"/>
              </w:rPr>
            </w:pPr>
            <w:r w:rsidRPr="001A66A5">
              <w:rPr>
                <w:rFonts w:eastAsia="Helvetica Neue" w:cs="Helvetica Neue"/>
                <w:color w:val="1F2933"/>
                <w:szCs w:val="28"/>
              </w:rPr>
              <w:t xml:space="preserve">Proofreading messages use </w:t>
            </w:r>
            <w:r w:rsidRPr="001A66A5">
              <w:rPr>
                <w:rFonts w:ascii="Cambria Math" w:eastAsia="Cambria Math" w:hAnsi="Cambria Math" w:cs="Cambria Math"/>
                <w:color w:val="1F2933"/>
                <w:szCs w:val="28"/>
              </w:rPr>
              <w:t>↔</w:t>
            </w:r>
            <w:r w:rsidRPr="001A66A5">
              <w:rPr>
                <w:rFonts w:eastAsia="Helvetica Neue" w:cs="Helvetica Neue"/>
                <w:color w:val="1F2933"/>
                <w:szCs w:val="28"/>
              </w:rPr>
              <w:t xml:space="preserve"> to mean “corresponds to,” for example A</w:t>
            </w:r>
            <w:r w:rsidRPr="001A66A5">
              <w:rPr>
                <w:rFonts w:ascii="Cambria Math" w:eastAsia="Cambria Math" w:hAnsi="Cambria Math" w:cs="Cambria Math"/>
                <w:color w:val="1F2933"/>
                <w:szCs w:val="28"/>
              </w:rPr>
              <w:t>↔</w:t>
            </w:r>
            <w:r w:rsidRPr="001A66A5">
              <w:rPr>
                <w:rFonts w:eastAsia="Helvetica Neue" w:cs="Helvetica Neue"/>
                <w:color w:val="1F2933"/>
                <w:szCs w:val="28"/>
              </w:rPr>
              <w:t>D</w:t>
            </w:r>
            <w:r w:rsidR="00480936" w:rsidRPr="001A66A5">
              <w:rPr>
                <w:rFonts w:eastAsia="Helvetica Neue" w:cs="Helvetica Neue"/>
                <w:color w:val="1F2933"/>
                <w:szCs w:val="28"/>
              </w:rPr>
              <w:t xml:space="preserve"> or </w:t>
            </w:r>
            <w:r w:rsidRPr="001A66A5">
              <w:rPr>
                <w:rFonts w:eastAsia="Helvetica Neue" w:cs="Helvetica Neue"/>
                <w:color w:val="1F2933"/>
                <w:szCs w:val="28"/>
              </w:rPr>
              <w:t>B</w:t>
            </w:r>
            <w:r w:rsidRPr="001A66A5">
              <w:rPr>
                <w:rFonts w:ascii="Cambria Math" w:eastAsia="Cambria Math" w:hAnsi="Cambria Math" w:cs="Cambria Math"/>
                <w:color w:val="1F2933"/>
                <w:szCs w:val="28"/>
              </w:rPr>
              <w:t>↔</w:t>
            </w:r>
            <w:r w:rsidRPr="001A66A5">
              <w:rPr>
                <w:rFonts w:eastAsia="Helvetica Neue" w:cs="Helvetica Neue"/>
                <w:color w:val="1F2933"/>
                <w:szCs w:val="28"/>
              </w:rPr>
              <w:t xml:space="preserve">E. </w:t>
            </w:r>
            <w:r w:rsidR="00480936" w:rsidRPr="001A66A5">
              <w:rPr>
                <w:rFonts w:eastAsia="Helvetica Neue" w:cs="Helvetica Neue"/>
                <w:color w:val="1F2933"/>
                <w:szCs w:val="28"/>
              </w:rPr>
              <w:t>I</w:t>
            </w:r>
            <w:r w:rsidRPr="001A66A5">
              <w:rPr>
                <w:rFonts w:eastAsia="Helvetica Neue" w:cs="Helvetica Neue"/>
                <w:color w:val="1F2933"/>
                <w:szCs w:val="28"/>
              </w:rPr>
              <w:t>t is the vertex map</w:t>
            </w:r>
            <w:r w:rsidR="00480936" w:rsidRPr="001A66A5">
              <w:rPr>
                <w:rFonts w:eastAsia="Helvetica Neue" w:cs="Helvetica Neue"/>
                <w:color w:val="1F2933"/>
                <w:szCs w:val="28"/>
              </w:rPr>
              <w:t>ping</w:t>
            </w:r>
            <w:r w:rsidRPr="001A66A5">
              <w:rPr>
                <w:rFonts w:eastAsia="Helvetica Neue" w:cs="Helvetica Neue"/>
                <w:color w:val="1F2933"/>
                <w:szCs w:val="28"/>
              </w:rPr>
              <w:t xml:space="preserve"> suggested by </w:t>
            </w:r>
            <w:r w:rsidR="00480936" w:rsidRPr="001A66A5">
              <w:rPr>
                <w:rFonts w:eastAsia="Helvetica Neue" w:cs="Helvetica Neue"/>
                <w:color w:val="1F2933"/>
                <w:szCs w:val="28"/>
              </w:rPr>
              <w:t>the</w:t>
            </w:r>
            <w:r w:rsidRPr="001A66A5">
              <w:rPr>
                <w:rFonts w:eastAsia="Helvetica Neue" w:cs="Helvetica Neue"/>
                <w:color w:val="1F2933"/>
                <w:szCs w:val="28"/>
              </w:rPr>
              <w:t xml:space="preserve"> linked premises.</w:t>
            </w:r>
          </w:p>
        </w:tc>
      </w:tr>
    </w:tbl>
    <w:p w14:paraId="01216A4C" w14:textId="2CE6245B" w:rsidR="000B1A18" w:rsidRPr="001A66A5" w:rsidRDefault="000471BF">
      <w:pPr>
        <w:spacing w:before="240" w:after="160"/>
        <w:rPr>
          <w:rFonts w:asciiTheme="majorHAnsi" w:hAnsiTheme="majorHAnsi" w:cstheme="majorHAnsi"/>
        </w:rPr>
      </w:pPr>
      <w:r w:rsidRPr="001A66A5">
        <w:rPr>
          <w:rFonts w:asciiTheme="majorHAnsi" w:eastAsia="Helvetica Neue" w:hAnsiTheme="majorHAnsi" w:cstheme="majorHAnsi"/>
          <w:b/>
          <w:color w:val="2E5B9C"/>
          <w:sz w:val="28"/>
        </w:rPr>
        <w:t>The diagram reference window</w:t>
      </w:r>
    </w:p>
    <w:p w14:paraId="4126BBCE" w14:textId="5FE77BED" w:rsidR="000471BF" w:rsidRDefault="00000000" w:rsidP="000471BF">
      <w:pPr>
        <w:spacing w:after="160"/>
        <w:rPr>
          <w:rFonts w:eastAsia="Helvetica Neue" w:cs="Helvetica Neue"/>
          <w:color w:val="1F2933"/>
        </w:rPr>
      </w:pPr>
      <w:r>
        <w:rPr>
          <w:rFonts w:eastAsia="Helvetica Neue" w:cs="Helvetica Neue"/>
          <w:color w:val="1F2933"/>
        </w:rPr>
        <w:t xml:space="preserve">In Proof </w:t>
      </w:r>
      <w:r w:rsidR="001810E9">
        <w:rPr>
          <w:rFonts w:eastAsia="Helvetica Neue" w:cs="Helvetica Neue"/>
          <w:color w:val="1F2933"/>
        </w:rPr>
        <w:t>M</w:t>
      </w:r>
      <w:r>
        <w:rPr>
          <w:rFonts w:eastAsia="Helvetica Neue" w:cs="Helvetica Neue"/>
          <w:color w:val="1F2933"/>
        </w:rPr>
        <w:t xml:space="preserve">ode, a floating Diagram reference window appears so you can see the figure while writing. Drag the title bar to move it, resize from the corner, zoom/pan inside the window, or use </w:t>
      </w:r>
      <w:r w:rsidR="000471BF">
        <w:rPr>
          <w:rFonts w:eastAsia="Helvetica Neue" w:cs="Helvetica Neue"/>
          <w:color w:val="1F2933"/>
        </w:rPr>
        <w:t xml:space="preserve">the </w:t>
      </w:r>
      <w:r w:rsidRPr="001810E9">
        <w:rPr>
          <w:rFonts w:eastAsia="Helvetica Neue" w:cs="Helvetica Neue"/>
          <w:b/>
          <w:bCs/>
          <w:color w:val="1F2933"/>
        </w:rPr>
        <w:t>Hide diagram</w:t>
      </w:r>
      <w:r>
        <w:rPr>
          <w:rFonts w:eastAsia="Helvetica Neue" w:cs="Helvetica Neue"/>
          <w:color w:val="1F2933"/>
        </w:rPr>
        <w:t xml:space="preserve"> / </w:t>
      </w:r>
      <w:r w:rsidRPr="001810E9">
        <w:rPr>
          <w:rFonts w:eastAsia="Helvetica Neue" w:cs="Helvetica Neue"/>
          <w:b/>
          <w:bCs/>
          <w:color w:val="1F2933"/>
        </w:rPr>
        <w:t>Show diagram</w:t>
      </w:r>
      <w:r>
        <w:rPr>
          <w:rFonts w:eastAsia="Helvetica Neue" w:cs="Helvetica Neue"/>
          <w:color w:val="1F2933"/>
        </w:rPr>
        <w:t xml:space="preserve"> </w:t>
      </w:r>
      <w:r w:rsidR="000471BF">
        <w:rPr>
          <w:rFonts w:eastAsia="Helvetica Neue" w:cs="Helvetica Neue"/>
          <w:color w:val="1F2933"/>
        </w:rPr>
        <w:t xml:space="preserve">button </w:t>
      </w:r>
      <w:r>
        <w:rPr>
          <w:rFonts w:eastAsia="Helvetica Neue" w:cs="Helvetica Neue"/>
          <w:color w:val="1F2933"/>
        </w:rPr>
        <w:t>in the proof header.</w:t>
      </w:r>
    </w:p>
    <w:p w14:paraId="55CB238C" w14:textId="63D7B4C2" w:rsidR="000E078C" w:rsidRPr="001A66A5" w:rsidRDefault="000E078C" w:rsidP="000E078C">
      <w:pPr>
        <w:spacing w:before="320" w:after="160"/>
        <w:rPr>
          <w:rFonts w:asciiTheme="majorHAnsi" w:eastAsia="Helvetica Neue" w:hAnsiTheme="majorHAnsi" w:cstheme="majorHAnsi"/>
          <w:b/>
          <w:color w:val="2E5B9C"/>
          <w:sz w:val="28"/>
        </w:rPr>
      </w:pPr>
      <w:r w:rsidRPr="001A66A5">
        <w:rPr>
          <w:rFonts w:asciiTheme="majorHAnsi" w:eastAsia="Helvetica Neue" w:hAnsiTheme="majorHAnsi" w:cstheme="majorHAnsi"/>
          <w:b/>
          <w:color w:val="2E5B9C"/>
          <w:sz w:val="28"/>
        </w:rPr>
        <w:t>PDF and HTML export and Printing</w:t>
      </w:r>
    </w:p>
    <w:p w14:paraId="173C74C9" w14:textId="2585F22A" w:rsidR="00C74E6A" w:rsidRDefault="000E078C" w:rsidP="000E078C">
      <w:pPr>
        <w:spacing w:after="160"/>
        <w:rPr>
          <w:rFonts w:eastAsia="Helvetica Neue" w:cs="Helvetica Neue"/>
          <w:color w:val="1F2933"/>
        </w:rPr>
      </w:pPr>
      <w:r>
        <w:rPr>
          <w:rFonts w:eastAsia="Helvetica Neue" w:cs="Helvetica Neue"/>
          <w:color w:val="1F2933"/>
        </w:rPr>
        <w:t xml:space="preserve">When in Proof </w:t>
      </w:r>
      <w:r w:rsidR="001810E9">
        <w:rPr>
          <w:rFonts w:eastAsia="Helvetica Neue" w:cs="Helvetica Neue"/>
          <w:color w:val="1F2933"/>
        </w:rPr>
        <w:t>M</w:t>
      </w:r>
      <w:r>
        <w:rPr>
          <w:rFonts w:eastAsia="Helvetica Neue" w:cs="Helvetica Neue"/>
          <w:color w:val="1F2933"/>
        </w:rPr>
        <w:t xml:space="preserve">ode, the </w:t>
      </w:r>
      <w:r w:rsidRPr="001810E9">
        <w:rPr>
          <w:rFonts w:eastAsia="Helvetica Neue" w:cs="Helvetica Neue"/>
          <w:b/>
          <w:bCs/>
          <w:color w:val="1F2933"/>
        </w:rPr>
        <w:t>Save PDF</w:t>
      </w:r>
      <w:r>
        <w:rPr>
          <w:rFonts w:eastAsia="Helvetica Neue" w:cs="Helvetica Neue"/>
          <w:color w:val="1F2933"/>
        </w:rPr>
        <w:t xml:space="preserve"> and </w:t>
      </w:r>
      <w:r w:rsidRPr="001810E9">
        <w:rPr>
          <w:rFonts w:eastAsia="Helvetica Neue" w:cs="Helvetica Neue"/>
          <w:b/>
          <w:bCs/>
          <w:color w:val="1F2933"/>
        </w:rPr>
        <w:t>Save HTML</w:t>
      </w:r>
      <w:r>
        <w:rPr>
          <w:rFonts w:eastAsia="Helvetica Neue" w:cs="Helvetica Neue"/>
          <w:color w:val="1F2933"/>
        </w:rPr>
        <w:t xml:space="preserve"> buttons download a file showing the diagram and proof layout. </w:t>
      </w:r>
    </w:p>
    <w:p w14:paraId="21BF3704" w14:textId="1364BB88" w:rsidR="00C74E6A" w:rsidRDefault="00C74E6A" w:rsidP="000E078C">
      <w:pPr>
        <w:spacing w:after="160"/>
        <w:rPr>
          <w:rFonts w:eastAsia="Helvetica Neue" w:cs="Helvetica Neue"/>
          <w:color w:val="1F2933"/>
        </w:rPr>
      </w:pPr>
      <w:r w:rsidRPr="00C74E6A">
        <w:rPr>
          <w:rFonts w:eastAsia="Helvetica Neue" w:cs="Helvetica Neue"/>
          <w:color w:val="1F2933"/>
        </w:rPr>
        <w:t>To make</w:t>
      </w:r>
      <w:r w:rsidRPr="00C74E6A">
        <w:rPr>
          <w:rFonts w:eastAsia="Helvetica Neue" w:cs="Helvetica Neue"/>
          <w:b/>
          <w:bCs/>
          <w:color w:val="1F2933"/>
        </w:rPr>
        <w:t xml:space="preserve"> a full-size print out</w:t>
      </w:r>
      <w:r>
        <w:rPr>
          <w:rFonts w:eastAsia="Helvetica Neue" w:cs="Helvetica Neue"/>
          <w:color w:val="1F2933"/>
        </w:rPr>
        <w:t xml:space="preserve"> of the proof, use the </w:t>
      </w:r>
      <w:r w:rsidRPr="001810E9">
        <w:rPr>
          <w:rFonts w:eastAsia="Helvetica Neue" w:cs="Helvetica Neue"/>
          <w:b/>
          <w:bCs/>
          <w:color w:val="1F2933"/>
        </w:rPr>
        <w:t>Save PDF</w:t>
      </w:r>
      <w:r>
        <w:rPr>
          <w:rFonts w:eastAsia="Helvetica Neue" w:cs="Helvetica Neue"/>
          <w:color w:val="1F2933"/>
        </w:rPr>
        <w:t xml:space="preserve"> option. </w:t>
      </w:r>
      <w:r w:rsidR="000E078C">
        <w:rPr>
          <w:rFonts w:eastAsia="Helvetica Neue" w:cs="Helvetica Neue"/>
          <w:color w:val="1F2933"/>
        </w:rPr>
        <w:t xml:space="preserve">The PDF version is </w:t>
      </w:r>
      <w:r w:rsidR="00FD2970">
        <w:rPr>
          <w:rFonts w:eastAsia="Helvetica Neue" w:cs="Helvetica Neue"/>
          <w:color w:val="1F2933"/>
        </w:rPr>
        <w:t>tiled</w:t>
      </w:r>
      <w:r w:rsidR="000E078C">
        <w:rPr>
          <w:rFonts w:eastAsia="Helvetica Neue" w:cs="Helvetica Neue"/>
          <w:color w:val="1F2933"/>
        </w:rPr>
        <w:t xml:space="preserve"> with </w:t>
      </w:r>
      <w:r w:rsidR="000E078C" w:rsidRPr="000E078C">
        <w:rPr>
          <w:rFonts w:eastAsia="Helvetica Neue" w:cs="Helvetica Neue"/>
          <w:b/>
          <w:bCs/>
          <w:color w:val="1F2933"/>
        </w:rPr>
        <w:t>landscape</w:t>
      </w:r>
      <w:r w:rsidR="00FD2970">
        <w:rPr>
          <w:rFonts w:eastAsia="Helvetica Neue" w:cs="Helvetica Neue"/>
          <w:b/>
          <w:bCs/>
          <w:color w:val="1F2933"/>
        </w:rPr>
        <w:t>-</w:t>
      </w:r>
      <w:r w:rsidR="000E078C" w:rsidRPr="000E078C">
        <w:rPr>
          <w:rFonts w:eastAsia="Helvetica Neue" w:cs="Helvetica Neue"/>
          <w:b/>
          <w:bCs/>
          <w:color w:val="1F2933"/>
        </w:rPr>
        <w:t>oriented</w:t>
      </w:r>
      <w:r w:rsidR="000E078C">
        <w:rPr>
          <w:rFonts w:eastAsia="Helvetica Neue" w:cs="Helvetica Neue"/>
          <w:color w:val="1F2933"/>
        </w:rPr>
        <w:t xml:space="preserve"> pages </w:t>
      </w:r>
      <w:r w:rsidR="00FD2970" w:rsidRPr="00C74E6A">
        <w:rPr>
          <w:rFonts w:eastAsia="Helvetica Neue" w:cs="Helvetica Neue"/>
          <w:color w:val="1F2933"/>
        </w:rPr>
        <w:t xml:space="preserve">showing how the pages fit together into a poster-size display of the </w:t>
      </w:r>
      <w:r w:rsidR="00FD2970" w:rsidRPr="00C74E6A">
        <w:rPr>
          <w:rFonts w:eastAsia="Helvetica Neue" w:cs="Helvetica Neue"/>
          <w:color w:val="1F2933"/>
        </w:rPr>
        <w:lastRenderedPageBreak/>
        <w:t>proof</w:t>
      </w:r>
      <w:r w:rsidR="000E078C">
        <w:rPr>
          <w:rFonts w:eastAsia="Helvetica Neue" w:cs="Helvetica Neue"/>
          <w:color w:val="1F2933"/>
        </w:rPr>
        <w:t xml:space="preserve">. Pages will need to be trimmed with a paper cutter to align the connectors, but they line up well. </w:t>
      </w:r>
    </w:p>
    <w:p w14:paraId="7915FA07" w14:textId="0D4E6426" w:rsidR="000E078C" w:rsidRDefault="000E078C" w:rsidP="00C74E6A">
      <w:pPr>
        <w:spacing w:after="160"/>
      </w:pPr>
      <w:r>
        <w:rPr>
          <w:rFonts w:eastAsia="Helvetica Neue" w:cs="Helvetica Neue"/>
          <w:color w:val="1F2933"/>
        </w:rPr>
        <w:t xml:space="preserve">If you want </w:t>
      </w:r>
      <w:r w:rsidRPr="00C74E6A">
        <w:rPr>
          <w:rFonts w:eastAsia="Helvetica Neue" w:cs="Helvetica Neue"/>
          <w:b/>
          <w:bCs/>
          <w:color w:val="1F2933"/>
        </w:rPr>
        <w:t>a single page</w:t>
      </w:r>
      <w:r>
        <w:rPr>
          <w:rFonts w:eastAsia="Helvetica Neue" w:cs="Helvetica Neue"/>
          <w:color w:val="1F2933"/>
        </w:rPr>
        <w:t xml:space="preserve"> </w:t>
      </w:r>
      <w:r w:rsidR="00FD2970">
        <w:rPr>
          <w:rFonts w:eastAsia="Helvetica Neue" w:cs="Helvetica Neue"/>
          <w:color w:val="1F2933"/>
        </w:rPr>
        <w:t>overview</w:t>
      </w:r>
      <w:r w:rsidR="00C74E6A">
        <w:rPr>
          <w:rFonts w:eastAsia="Helvetica Neue" w:cs="Helvetica Neue"/>
          <w:color w:val="1F2933"/>
        </w:rPr>
        <w:t xml:space="preserve"> of the whole proof, export an HTML file and then, from your browser, save the page as a PDF and it will appear on a single letter</w:t>
      </w:r>
      <w:r w:rsidR="001810E9">
        <w:rPr>
          <w:rFonts w:eastAsia="Helvetica Neue" w:cs="Helvetica Neue"/>
          <w:color w:val="1F2933"/>
        </w:rPr>
        <w:t>-</w:t>
      </w:r>
      <w:r w:rsidR="00C74E6A">
        <w:rPr>
          <w:rFonts w:eastAsia="Helvetica Neue" w:cs="Helvetica Neue"/>
          <w:color w:val="1F2933"/>
        </w:rPr>
        <w:t xml:space="preserve">size page that you can print. </w:t>
      </w:r>
    </w:p>
    <w:p w14:paraId="7B89CEE8" w14:textId="01D53944" w:rsidR="000B1A18" w:rsidRPr="000471BF" w:rsidRDefault="009F3F4D" w:rsidP="000471BF">
      <w:pPr>
        <w:spacing w:before="320" w:after="160"/>
        <w:rPr>
          <w:rFonts w:asciiTheme="majorHAnsi" w:eastAsia="Helvetica Neue" w:hAnsiTheme="majorHAnsi" w:cstheme="majorHAnsi"/>
          <w:b/>
          <w:color w:val="2E5B9C"/>
          <w:sz w:val="32"/>
          <w:szCs w:val="21"/>
        </w:rPr>
      </w:pPr>
      <w:bookmarkStart w:id="9" w:name="FourCol"/>
      <w:bookmarkEnd w:id="9"/>
      <w:r>
        <w:rPr>
          <w:noProof/>
        </w:rPr>
        <w:drawing>
          <wp:anchor distT="0" distB="0" distL="114300" distR="114300" simplePos="0" relativeHeight="251757568" behindDoc="1" locked="0" layoutInCell="1" allowOverlap="1" wp14:anchorId="7F094C92" wp14:editId="45D8FADE">
            <wp:simplePos x="0" y="0"/>
            <wp:positionH relativeFrom="column">
              <wp:posOffset>3015620</wp:posOffset>
            </wp:positionH>
            <wp:positionV relativeFrom="paragraph">
              <wp:posOffset>171593</wp:posOffset>
            </wp:positionV>
            <wp:extent cx="3657600" cy="4593924"/>
            <wp:effectExtent l="0" t="0" r="0" b="0"/>
            <wp:wrapTight wrapText="bothSides">
              <wp:wrapPolygon edited="0">
                <wp:start x="0" y="0"/>
                <wp:lineTo x="0" y="21498"/>
                <wp:lineTo x="21525" y="21498"/>
                <wp:lineTo x="21525" y="0"/>
                <wp:lineTo x="0" y="0"/>
              </wp:wrapPolygon>
            </wp:wrapTight>
            <wp:docPr id="246241965"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241965" name="Picture 246241965"/>
                    <pic:cNvPicPr/>
                  </pic:nvPicPr>
                  <pic:blipFill rotWithShape="1">
                    <a:blip r:embed="rId106"/>
                    <a:srcRect l="5436" t="4427" r="5187" b="8832"/>
                    <a:stretch>
                      <a:fillRect/>
                    </a:stretch>
                  </pic:blipFill>
                  <pic:spPr bwMode="auto">
                    <a:xfrm>
                      <a:off x="0" y="0"/>
                      <a:ext cx="3657600" cy="459392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0471BF">
        <w:rPr>
          <w:rFonts w:asciiTheme="majorHAnsi" w:eastAsia="Helvetica Neue" w:hAnsiTheme="majorHAnsi" w:cstheme="majorHAnsi"/>
          <w:b/>
          <w:color w:val="2E5B9C"/>
          <w:sz w:val="32"/>
          <w:szCs w:val="21"/>
        </w:rPr>
        <w:t>4-Column Format</w:t>
      </w:r>
    </w:p>
    <w:p w14:paraId="70D38B62" w14:textId="443D81FA" w:rsidR="000B1A18" w:rsidRDefault="006053C5">
      <w:pPr>
        <w:spacing w:after="160"/>
        <w:rPr>
          <w:rFonts w:eastAsia="Helvetica Neue" w:cs="Helvetica Neue"/>
          <w:color w:val="1F2933"/>
        </w:rPr>
      </w:pPr>
      <w:r>
        <w:t>You may be familiar with a 2-column proof format that pairs each claim with its justification</w:t>
      </w:r>
      <w:r w:rsidR="000471BF">
        <w:rPr>
          <w:rFonts w:eastAsia="Helvetica Neue" w:cs="Helvetica Neue"/>
          <w:color w:val="1F2933"/>
        </w:rPr>
        <w:t xml:space="preserve">. This linear approach does not </w:t>
      </w:r>
      <w:r>
        <w:t>show which earlier claims support a later one</w:t>
      </w:r>
      <w:r w:rsidR="000471BF">
        <w:rPr>
          <w:rFonts w:eastAsia="Helvetica Neue" w:cs="Helvetica Neue"/>
          <w:color w:val="1F2933"/>
        </w:rPr>
        <w:t xml:space="preserve">. </w:t>
      </w:r>
      <w:r>
        <w:t xml:space="preserve">GeoProof Studio’s 4-Column Format adds line numbers and a column listing the earlier lines that directly support each claim </w:t>
      </w:r>
      <w:r>
        <w:rPr>
          <w:rFonts w:eastAsia="Helvetica Neue" w:cs="Helvetica Neue"/>
          <w:color w:val="1F2933"/>
        </w:rPr>
        <w:t>(</w:t>
      </w:r>
      <w:r w:rsidR="000471BF">
        <w:rPr>
          <w:rFonts w:eastAsia="Helvetica Neue" w:cs="Helvetica Neue"/>
          <w:color w:val="1F2933"/>
        </w:rPr>
        <w:t>satisfy its premise</w:t>
      </w:r>
      <w:r>
        <w:rPr>
          <w:rFonts w:eastAsia="Helvetica Neue" w:cs="Helvetica Neue"/>
          <w:color w:val="1F2933"/>
        </w:rPr>
        <w:t>s)</w:t>
      </w:r>
      <w:r w:rsidR="000471BF">
        <w:rPr>
          <w:rFonts w:eastAsia="Helvetica Neue" w:cs="Helvetica Neue"/>
          <w:color w:val="1F2933"/>
        </w:rPr>
        <w:t xml:space="preserve">. </w:t>
      </w:r>
      <w:r w:rsidR="009F3F4D">
        <w:rPr>
          <w:rFonts w:eastAsia="Helvetica Neue" w:cs="Helvetica Neue"/>
          <w:color w:val="1F2933"/>
        </w:rPr>
        <w:t xml:space="preserve">The premise numbers </w:t>
      </w:r>
      <w:r>
        <w:rPr>
          <w:rFonts w:eastAsia="Helvetica Neue" w:cs="Helvetica Neue"/>
          <w:color w:val="1F2933"/>
        </w:rPr>
        <w:t xml:space="preserve">convey </w:t>
      </w:r>
      <w:r>
        <w:t>the same relationships shown by connector arcs in Proof Mode</w:t>
      </w:r>
      <w:r w:rsidR="009F3F4D">
        <w:rPr>
          <w:rFonts w:eastAsia="Helvetica Neue" w:cs="Helvetica Neue"/>
          <w:color w:val="1F2933"/>
        </w:rPr>
        <w:t xml:space="preserve">. </w:t>
      </w:r>
      <w:r>
        <w:rPr>
          <w:rFonts w:eastAsia="Helvetica Neue" w:cs="Helvetica Neue"/>
          <w:color w:val="1F2933"/>
        </w:rPr>
        <w:t>The</w:t>
      </w:r>
      <w:r w:rsidR="000471BF">
        <w:rPr>
          <w:rFonts w:eastAsia="Helvetica Neue" w:cs="Helvetica Neue"/>
          <w:color w:val="1F2933"/>
        </w:rPr>
        <w:t xml:space="preserve"> 4-</w:t>
      </w:r>
      <w:r>
        <w:rPr>
          <w:rFonts w:eastAsia="Helvetica Neue" w:cs="Helvetica Neue"/>
          <w:color w:val="1F2933"/>
        </w:rPr>
        <w:t>c</w:t>
      </w:r>
      <w:r w:rsidR="000471BF">
        <w:rPr>
          <w:rFonts w:eastAsia="Helvetica Neue" w:cs="Helvetica Neue"/>
          <w:color w:val="1F2933"/>
        </w:rPr>
        <w:t xml:space="preserve">olumn </w:t>
      </w:r>
      <w:r>
        <w:rPr>
          <w:rFonts w:eastAsia="Helvetica Neue" w:cs="Helvetica Neue"/>
          <w:color w:val="1F2933"/>
        </w:rPr>
        <w:t>view</w:t>
      </w:r>
      <w:r w:rsidR="000471BF">
        <w:rPr>
          <w:rFonts w:eastAsia="Helvetica Neue" w:cs="Helvetica Neue"/>
          <w:color w:val="1F2933"/>
        </w:rPr>
        <w:t xml:space="preserve"> is not interactive</w:t>
      </w:r>
      <w:r>
        <w:rPr>
          <w:rFonts w:eastAsia="Helvetica Neue" w:cs="Helvetica Neue"/>
          <w:color w:val="1F2933"/>
        </w:rPr>
        <w:t>; i</w:t>
      </w:r>
      <w:r w:rsidR="000471BF">
        <w:rPr>
          <w:rFonts w:eastAsia="Helvetica Neue" w:cs="Helvetica Neue"/>
          <w:color w:val="1F2933"/>
        </w:rPr>
        <w:t xml:space="preserve">t turns the </w:t>
      </w:r>
      <w:r w:rsidR="00572E1C">
        <w:rPr>
          <w:rFonts w:eastAsia="Helvetica Neue" w:cs="Helvetica Neue"/>
          <w:color w:val="1F2933"/>
        </w:rPr>
        <w:t>P</w:t>
      </w:r>
      <w:r w:rsidR="000471BF">
        <w:rPr>
          <w:rFonts w:eastAsia="Helvetica Neue" w:cs="Helvetica Neue"/>
          <w:color w:val="1F2933"/>
        </w:rPr>
        <w:t xml:space="preserve">roof </w:t>
      </w:r>
      <w:r w:rsidR="00572E1C">
        <w:rPr>
          <w:rFonts w:eastAsia="Helvetica Neue" w:cs="Helvetica Neue"/>
          <w:color w:val="1F2933"/>
        </w:rPr>
        <w:t>M</w:t>
      </w:r>
      <w:r w:rsidR="000471BF">
        <w:rPr>
          <w:rFonts w:eastAsia="Helvetica Neue" w:cs="Helvetica Neue"/>
          <w:color w:val="1F2933"/>
        </w:rPr>
        <w:t>ode information into this alternative “linked linear” format.</w:t>
      </w:r>
      <w:r w:rsidR="00961AA3">
        <w:rPr>
          <w:rFonts w:eastAsia="Helvetica Neue" w:cs="Helvetica Neue"/>
          <w:color w:val="1F2933"/>
        </w:rPr>
        <w:t xml:space="preserve"> </w:t>
      </w:r>
      <w:r w:rsidR="000471BF">
        <w:rPr>
          <w:rFonts w:eastAsia="Helvetica Neue" w:cs="Helvetica Neue"/>
          <w:color w:val="1F2933"/>
        </w:rPr>
        <w:t>The diagram appears above the table</w:t>
      </w:r>
      <w:r w:rsidR="000E078C">
        <w:rPr>
          <w:rFonts w:eastAsia="Helvetica Neue" w:cs="Helvetica Neue"/>
          <w:color w:val="1F2933"/>
        </w:rPr>
        <w:t xml:space="preserve"> and </w:t>
      </w:r>
      <w:r>
        <w:rPr>
          <w:rFonts w:eastAsia="Helvetica Neue" w:cs="Helvetica Neue"/>
          <w:color w:val="1F2933"/>
        </w:rPr>
        <w:t>its</w:t>
      </w:r>
      <w:r w:rsidR="000E078C">
        <w:rPr>
          <w:rFonts w:eastAsia="Helvetica Neue" w:cs="Helvetica Neue"/>
          <w:color w:val="1F2933"/>
        </w:rPr>
        <w:t xml:space="preserve"> view is adjustable</w:t>
      </w:r>
      <w:r w:rsidR="000471BF">
        <w:rPr>
          <w:rFonts w:eastAsia="Helvetica Neue" w:cs="Helvetica Neue"/>
          <w:color w:val="1F2933"/>
        </w:rPr>
        <w:t>.</w:t>
      </w:r>
      <w:r w:rsidR="000E078C">
        <w:rPr>
          <w:rFonts w:eastAsia="Helvetica Neue" w:cs="Helvetica Neue"/>
          <w:color w:val="1F2933"/>
        </w:rPr>
        <w:t xml:space="preserve"> If you click </w:t>
      </w:r>
      <w:r w:rsidR="000E078C" w:rsidRPr="001810E9">
        <w:rPr>
          <w:rFonts w:eastAsia="Helvetica Neue" w:cs="Helvetica Neue"/>
          <w:b/>
          <w:bCs/>
          <w:color w:val="1F2933"/>
        </w:rPr>
        <w:t>Save PDF</w:t>
      </w:r>
      <w:r w:rsidR="000E078C">
        <w:rPr>
          <w:rFonts w:eastAsia="Helvetica Neue" w:cs="Helvetica Neue"/>
          <w:color w:val="1F2933"/>
        </w:rPr>
        <w:t xml:space="preserve"> or </w:t>
      </w:r>
      <w:r w:rsidR="000E078C" w:rsidRPr="001810E9">
        <w:rPr>
          <w:rFonts w:eastAsia="Helvetica Neue" w:cs="Helvetica Neue"/>
          <w:b/>
          <w:bCs/>
          <w:color w:val="1F2933"/>
        </w:rPr>
        <w:t>Save HTML</w:t>
      </w:r>
      <w:r w:rsidR="000E078C">
        <w:rPr>
          <w:rFonts w:eastAsia="Helvetica Neue" w:cs="Helvetica Neue"/>
          <w:color w:val="1F2933"/>
        </w:rPr>
        <w:t xml:space="preserve"> in this mode, you will download a file for just this format. </w:t>
      </w:r>
    </w:p>
    <w:p w14:paraId="52387B47" w14:textId="11465BED" w:rsidR="000B1A18" w:rsidRPr="006053C5" w:rsidRDefault="006053C5" w:rsidP="006053C5">
      <w:pPr>
        <w:spacing w:after="160"/>
        <w:rPr>
          <w:iCs/>
        </w:rPr>
      </w:pPr>
      <w:r w:rsidRPr="006053C5">
        <w:rPr>
          <w:rFonts w:eastAsia="Helvetica Neue" w:cs="Helvetica Neue"/>
          <w:iCs/>
          <w:noProof/>
          <w:color w:val="1F2933"/>
        </w:rPr>
        <w:t xml:space="preserve">If your proof is incomplete, the 4-Column </w:t>
      </w:r>
      <w:r>
        <w:rPr>
          <w:rFonts w:eastAsia="Helvetica Neue" w:cs="Helvetica Neue"/>
          <w:iCs/>
          <w:noProof/>
          <w:color w:val="1F2933"/>
        </w:rPr>
        <w:t>table</w:t>
      </w:r>
      <w:r w:rsidRPr="006053C5">
        <w:rPr>
          <w:rFonts w:eastAsia="Helvetica Neue" w:cs="Helvetica Neue"/>
          <w:iCs/>
          <w:noProof/>
          <w:color w:val="1F2933"/>
        </w:rPr>
        <w:t xml:space="preserve"> marks missing justifications or connections with “--”, making the remaining gaps easy to spot.</w:t>
      </w:r>
    </w:p>
    <w:sectPr w:rsidR="000B1A18" w:rsidRPr="006053C5" w:rsidSect="005110B5">
      <w:headerReference w:type="default" r:id="rId107"/>
      <w:footerReference w:type="default" r:id="rId108"/>
      <w:pgSz w:w="12240" w:h="15840"/>
      <w:pgMar w:top="1224" w:right="1296" w:bottom="1224" w:left="1296"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55950E4" w14:textId="77777777" w:rsidR="00155B42" w:rsidRDefault="00155B42">
      <w:pPr>
        <w:spacing w:after="0" w:line="240" w:lineRule="auto"/>
      </w:pPr>
      <w:r>
        <w:separator/>
      </w:r>
    </w:p>
  </w:endnote>
  <w:endnote w:type="continuationSeparator" w:id="0">
    <w:p w14:paraId="640F0ED3" w14:textId="77777777" w:rsidR="00155B42" w:rsidRDefault="00155B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auto"/>
    <w:pitch w:val="variable"/>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Helvetica">
    <w:panose1 w:val="00000000000000000000"/>
    <w:charset w:val="00"/>
    <w:family w:val="auto"/>
    <w:pitch w:val="variable"/>
    <w:sig w:usb0="E00002FF" w:usb1="5000785B" w:usb2="00000000" w:usb3="00000000" w:csb0="0000019F" w:csb1="00000000"/>
  </w:font>
  <w:font w:name="STIX Two Math">
    <w:panose1 w:val="02020603050405020304"/>
    <w:charset w:val="00"/>
    <w:family w:val="roman"/>
    <w:notTrueType/>
    <w:pitch w:val="variable"/>
    <w:sig w:usb0="A00002FF" w:usb1="4000FDFF" w:usb2="02000020" w:usb3="00000000" w:csb0="000001FF" w:csb1="00000000"/>
  </w:font>
  <w:font w:name="Cambria Math">
    <w:panose1 w:val="02040503050406030204"/>
    <w:charset w:val="00"/>
    <w:family w:val="roman"/>
    <w:pitch w:val="variable"/>
    <w:sig w:usb0="E00002FF" w:usb1="420024FF" w:usb2="00000000" w:usb3="00000000" w:csb0="0000019F" w:csb1="00000000"/>
  </w:font>
  <w:font w:name="inherit">
    <w:altName w:val="Cambria"/>
    <w:panose1 w:val="020B0604020202020204"/>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9C15315" w14:textId="7CC9D2A9" w:rsidR="000B1A18" w:rsidRDefault="00000000">
    <w:pPr>
      <w:pStyle w:val="Footer"/>
      <w:jc w:val="right"/>
    </w:pPr>
    <w:r>
      <w:rPr>
        <w:rFonts w:eastAsia="Helvetica Neue" w:cs="Helvetica Neue"/>
        <w:color w:val="5C6B7A"/>
        <w:sz w:val="16"/>
      </w:rPr>
      <w:t xml:space="preserve">Page </w:t>
    </w:r>
    <w:r>
      <w:fldChar w:fldCharType="begin"/>
    </w:r>
    <w:r>
      <w:instrText xml:space="preserve"> PAGE </w:instrText>
    </w:r>
    <w:r>
      <w:fldChar w:fldCharType="separate"/>
    </w:r>
    <w:r w:rsidR="00B1164A">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2B843C8" w14:textId="77777777" w:rsidR="00155B42" w:rsidRDefault="00155B42">
      <w:pPr>
        <w:spacing w:after="0" w:line="240" w:lineRule="auto"/>
      </w:pPr>
      <w:r>
        <w:separator/>
      </w:r>
    </w:p>
  </w:footnote>
  <w:footnote w:type="continuationSeparator" w:id="0">
    <w:p w14:paraId="3FA44BCC" w14:textId="77777777" w:rsidR="00155B42" w:rsidRDefault="00155B42">
      <w:pPr>
        <w:spacing w:after="0" w:line="240" w:lineRule="auto"/>
      </w:pPr>
      <w:r>
        <w:continuationSeparator/>
      </w:r>
    </w:p>
  </w:footnote>
  <w:footnote w:id="1">
    <w:p w14:paraId="43C9296C" w14:textId="0243E8F8" w:rsidR="00041C94" w:rsidRDefault="00041C94">
      <w:pPr>
        <w:pStyle w:val="FootnoteText"/>
      </w:pPr>
      <w:r>
        <w:rPr>
          <w:rStyle w:val="FootnoteReference"/>
        </w:rPr>
        <w:t>*</w:t>
      </w:r>
      <w:r>
        <w:t xml:space="preserve"> Note that the equiangular version works in non-Euclidean settings as well, while the 90° version does not. If the definition is the equiangular one, then </w:t>
      </w:r>
      <w:r w:rsidR="004229EB">
        <w:t xml:space="preserve">in Euclidean geometry </w:t>
      </w:r>
      <w:r>
        <w:t xml:space="preserve">you </w:t>
      </w:r>
      <w:r w:rsidR="004229EB">
        <w:t xml:space="preserve">may also </w:t>
      </w:r>
      <w:r>
        <w:t xml:space="preserve">need a theorem that shows those equal angles </w:t>
      </w:r>
      <w:r w:rsidR="004229EB">
        <w:t>to</w:t>
      </w:r>
      <w:r>
        <w:t xml:space="preserve"> also</w:t>
      </w:r>
      <w:r w:rsidR="004229EB">
        <w:t xml:space="preserve"> be</w:t>
      </w:r>
      <w:r>
        <w:t xml:space="preserve"> right angles.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CBC578D" w14:textId="77777777" w:rsidR="000B1A18" w:rsidRDefault="00000000">
    <w:pPr>
      <w:pStyle w:val="Header"/>
    </w:pPr>
    <w:proofErr w:type="spellStart"/>
    <w:r>
      <w:rPr>
        <w:rFonts w:eastAsia="Helvetica Neue" w:cs="Helvetica Neue"/>
        <w:b/>
        <w:color w:val="2E5B9C"/>
        <w:sz w:val="18"/>
      </w:rPr>
      <w:t>GeoProof</w:t>
    </w:r>
    <w:proofErr w:type="spellEnd"/>
    <w:r>
      <w:rPr>
        <w:rFonts w:eastAsia="Helvetica Neue" w:cs="Helvetica Neue"/>
        <w:b/>
        <w:color w:val="2E5B9C"/>
        <w:sz w:val="18"/>
      </w:rPr>
      <w:t xml:space="preserve"> Studio</w:t>
    </w:r>
    <w:r>
      <w:rPr>
        <w:rFonts w:eastAsia="Helvetica Neue" w:cs="Helvetica Neue"/>
        <w:color w:val="5C6B7A"/>
        <w:sz w:val="18"/>
      </w:rPr>
      <w:t xml:space="preserve">  ·  User Guide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6570"/>
        </w:tabs>
        <w:ind w:left="657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62F242BC"/>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132617A4"/>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43A5021"/>
    <w:multiLevelType w:val="hybridMultilevel"/>
    <w:tmpl w:val="6D9EDCD4"/>
    <w:lvl w:ilvl="0" w:tplc="5B66EC1C">
      <w:start w:val="1"/>
      <w:numFmt w:val="decimal"/>
      <w:lvlText w:val="%1."/>
      <w:lvlJc w:val="left"/>
      <w:pPr>
        <w:ind w:left="720" w:hanging="360"/>
      </w:pPr>
    </w:lvl>
    <w:lvl w:ilvl="1" w:tplc="7D42E624">
      <w:numFmt w:val="decimal"/>
      <w:lvlText w:val=""/>
      <w:lvlJc w:val="left"/>
    </w:lvl>
    <w:lvl w:ilvl="2" w:tplc="96523A44">
      <w:numFmt w:val="decimal"/>
      <w:lvlText w:val=""/>
      <w:lvlJc w:val="left"/>
    </w:lvl>
    <w:lvl w:ilvl="3" w:tplc="C39A8F64">
      <w:numFmt w:val="decimal"/>
      <w:lvlText w:val=""/>
      <w:lvlJc w:val="left"/>
    </w:lvl>
    <w:lvl w:ilvl="4" w:tplc="780244D2">
      <w:numFmt w:val="decimal"/>
      <w:lvlText w:val=""/>
      <w:lvlJc w:val="left"/>
    </w:lvl>
    <w:lvl w:ilvl="5" w:tplc="774E8E2E">
      <w:numFmt w:val="decimal"/>
      <w:lvlText w:val=""/>
      <w:lvlJc w:val="left"/>
    </w:lvl>
    <w:lvl w:ilvl="6" w:tplc="EE58439E">
      <w:numFmt w:val="decimal"/>
      <w:lvlText w:val=""/>
      <w:lvlJc w:val="left"/>
    </w:lvl>
    <w:lvl w:ilvl="7" w:tplc="980A4742">
      <w:numFmt w:val="decimal"/>
      <w:lvlText w:val=""/>
      <w:lvlJc w:val="left"/>
    </w:lvl>
    <w:lvl w:ilvl="8" w:tplc="1F288AE2">
      <w:numFmt w:val="decimal"/>
      <w:lvlText w:val=""/>
      <w:lvlJc w:val="left"/>
    </w:lvl>
  </w:abstractNum>
  <w:abstractNum w:abstractNumId="10" w15:restartNumberingAfterBreak="0">
    <w:nsid w:val="078E78B0"/>
    <w:multiLevelType w:val="hybridMultilevel"/>
    <w:tmpl w:val="979CA8B0"/>
    <w:lvl w:ilvl="0" w:tplc="E320DB80">
      <w:start w:val="1"/>
      <w:numFmt w:val="decimal"/>
      <w:lvlText w:val="%1."/>
      <w:lvlJc w:val="left"/>
      <w:pPr>
        <w:ind w:left="720" w:hanging="360"/>
      </w:pPr>
    </w:lvl>
    <w:lvl w:ilvl="1" w:tplc="56821F9C">
      <w:numFmt w:val="decimal"/>
      <w:lvlText w:val=""/>
      <w:lvlJc w:val="left"/>
    </w:lvl>
    <w:lvl w:ilvl="2" w:tplc="20D603B4">
      <w:numFmt w:val="decimal"/>
      <w:lvlText w:val=""/>
      <w:lvlJc w:val="left"/>
    </w:lvl>
    <w:lvl w:ilvl="3" w:tplc="8FF644AC">
      <w:numFmt w:val="decimal"/>
      <w:lvlText w:val=""/>
      <w:lvlJc w:val="left"/>
    </w:lvl>
    <w:lvl w:ilvl="4" w:tplc="C9CAE138">
      <w:numFmt w:val="decimal"/>
      <w:lvlText w:val=""/>
      <w:lvlJc w:val="left"/>
    </w:lvl>
    <w:lvl w:ilvl="5" w:tplc="ADD075CE">
      <w:numFmt w:val="decimal"/>
      <w:lvlText w:val=""/>
      <w:lvlJc w:val="left"/>
    </w:lvl>
    <w:lvl w:ilvl="6" w:tplc="DB527020">
      <w:numFmt w:val="decimal"/>
      <w:lvlText w:val=""/>
      <w:lvlJc w:val="left"/>
    </w:lvl>
    <w:lvl w:ilvl="7" w:tplc="D70226E6">
      <w:numFmt w:val="decimal"/>
      <w:lvlText w:val=""/>
      <w:lvlJc w:val="left"/>
    </w:lvl>
    <w:lvl w:ilvl="8" w:tplc="94F2A420">
      <w:numFmt w:val="decimal"/>
      <w:lvlText w:val=""/>
      <w:lvlJc w:val="left"/>
    </w:lvl>
  </w:abstractNum>
  <w:abstractNum w:abstractNumId="11" w15:restartNumberingAfterBreak="0">
    <w:nsid w:val="0B04563E"/>
    <w:multiLevelType w:val="hybridMultilevel"/>
    <w:tmpl w:val="B9BCDB32"/>
    <w:lvl w:ilvl="0" w:tplc="9C96BFA4">
      <w:start w:val="1"/>
      <w:numFmt w:val="decimal"/>
      <w:lvlText w:val="%1."/>
      <w:lvlJc w:val="left"/>
      <w:pPr>
        <w:ind w:left="720" w:hanging="360"/>
      </w:pPr>
    </w:lvl>
    <w:lvl w:ilvl="1" w:tplc="7F928CF4">
      <w:numFmt w:val="decimal"/>
      <w:lvlText w:val=""/>
      <w:lvlJc w:val="left"/>
    </w:lvl>
    <w:lvl w:ilvl="2" w:tplc="F468E110">
      <w:numFmt w:val="decimal"/>
      <w:lvlText w:val=""/>
      <w:lvlJc w:val="left"/>
    </w:lvl>
    <w:lvl w:ilvl="3" w:tplc="AE46457E">
      <w:numFmt w:val="decimal"/>
      <w:lvlText w:val=""/>
      <w:lvlJc w:val="left"/>
    </w:lvl>
    <w:lvl w:ilvl="4" w:tplc="67C08DC8">
      <w:numFmt w:val="decimal"/>
      <w:lvlText w:val=""/>
      <w:lvlJc w:val="left"/>
    </w:lvl>
    <w:lvl w:ilvl="5" w:tplc="DECCBEC8">
      <w:numFmt w:val="decimal"/>
      <w:lvlText w:val=""/>
      <w:lvlJc w:val="left"/>
    </w:lvl>
    <w:lvl w:ilvl="6" w:tplc="8FA4001C">
      <w:numFmt w:val="decimal"/>
      <w:lvlText w:val=""/>
      <w:lvlJc w:val="left"/>
    </w:lvl>
    <w:lvl w:ilvl="7" w:tplc="95B8422A">
      <w:numFmt w:val="decimal"/>
      <w:lvlText w:val=""/>
      <w:lvlJc w:val="left"/>
    </w:lvl>
    <w:lvl w:ilvl="8" w:tplc="8F948882">
      <w:numFmt w:val="decimal"/>
      <w:lvlText w:val=""/>
      <w:lvlJc w:val="left"/>
    </w:lvl>
  </w:abstractNum>
  <w:abstractNum w:abstractNumId="12" w15:restartNumberingAfterBreak="0">
    <w:nsid w:val="104E3C98"/>
    <w:multiLevelType w:val="hybridMultilevel"/>
    <w:tmpl w:val="8C98109A"/>
    <w:lvl w:ilvl="0" w:tplc="5546CF08">
      <w:start w:val="1"/>
      <w:numFmt w:val="decimal"/>
      <w:lvlText w:val="%1."/>
      <w:lvlJc w:val="left"/>
      <w:pPr>
        <w:ind w:left="720" w:hanging="360"/>
      </w:pPr>
    </w:lvl>
    <w:lvl w:ilvl="1" w:tplc="FDEAA5AA">
      <w:numFmt w:val="decimal"/>
      <w:lvlText w:val=""/>
      <w:lvlJc w:val="left"/>
    </w:lvl>
    <w:lvl w:ilvl="2" w:tplc="0436E456">
      <w:numFmt w:val="decimal"/>
      <w:lvlText w:val=""/>
      <w:lvlJc w:val="left"/>
    </w:lvl>
    <w:lvl w:ilvl="3" w:tplc="6836560E">
      <w:numFmt w:val="decimal"/>
      <w:lvlText w:val=""/>
      <w:lvlJc w:val="left"/>
    </w:lvl>
    <w:lvl w:ilvl="4" w:tplc="B59E0E84">
      <w:numFmt w:val="decimal"/>
      <w:lvlText w:val=""/>
      <w:lvlJc w:val="left"/>
    </w:lvl>
    <w:lvl w:ilvl="5" w:tplc="19FAF964">
      <w:numFmt w:val="decimal"/>
      <w:lvlText w:val=""/>
      <w:lvlJc w:val="left"/>
    </w:lvl>
    <w:lvl w:ilvl="6" w:tplc="28BC2E78">
      <w:numFmt w:val="decimal"/>
      <w:lvlText w:val=""/>
      <w:lvlJc w:val="left"/>
    </w:lvl>
    <w:lvl w:ilvl="7" w:tplc="0EAC4398">
      <w:numFmt w:val="decimal"/>
      <w:lvlText w:val=""/>
      <w:lvlJc w:val="left"/>
    </w:lvl>
    <w:lvl w:ilvl="8" w:tplc="85C8AC5E">
      <w:numFmt w:val="decimal"/>
      <w:lvlText w:val=""/>
      <w:lvlJc w:val="left"/>
    </w:lvl>
  </w:abstractNum>
  <w:abstractNum w:abstractNumId="13" w15:restartNumberingAfterBreak="0">
    <w:nsid w:val="113D7EEE"/>
    <w:multiLevelType w:val="hybridMultilevel"/>
    <w:tmpl w:val="96A82F8A"/>
    <w:lvl w:ilvl="0" w:tplc="4E94E4BE">
      <w:start w:val="1"/>
      <w:numFmt w:val="bullet"/>
      <w:lvlText w:val="•"/>
      <w:lvlJc w:val="left"/>
      <w:pPr>
        <w:ind w:left="720" w:hanging="360"/>
      </w:pPr>
    </w:lvl>
    <w:lvl w:ilvl="1" w:tplc="016009F6">
      <w:numFmt w:val="decimal"/>
      <w:lvlText w:val=""/>
      <w:lvlJc w:val="left"/>
    </w:lvl>
    <w:lvl w:ilvl="2" w:tplc="7B4A5A9C">
      <w:numFmt w:val="decimal"/>
      <w:lvlText w:val=""/>
      <w:lvlJc w:val="left"/>
    </w:lvl>
    <w:lvl w:ilvl="3" w:tplc="8D465656">
      <w:numFmt w:val="decimal"/>
      <w:lvlText w:val=""/>
      <w:lvlJc w:val="left"/>
    </w:lvl>
    <w:lvl w:ilvl="4" w:tplc="AA40E336">
      <w:numFmt w:val="decimal"/>
      <w:lvlText w:val=""/>
      <w:lvlJc w:val="left"/>
    </w:lvl>
    <w:lvl w:ilvl="5" w:tplc="3EA0CC38">
      <w:numFmt w:val="decimal"/>
      <w:lvlText w:val=""/>
      <w:lvlJc w:val="left"/>
    </w:lvl>
    <w:lvl w:ilvl="6" w:tplc="2E4A1566">
      <w:numFmt w:val="decimal"/>
      <w:lvlText w:val=""/>
      <w:lvlJc w:val="left"/>
    </w:lvl>
    <w:lvl w:ilvl="7" w:tplc="711E2B24">
      <w:numFmt w:val="decimal"/>
      <w:lvlText w:val=""/>
      <w:lvlJc w:val="left"/>
    </w:lvl>
    <w:lvl w:ilvl="8" w:tplc="911C4BEC">
      <w:numFmt w:val="decimal"/>
      <w:lvlText w:val=""/>
      <w:lvlJc w:val="left"/>
    </w:lvl>
  </w:abstractNum>
  <w:abstractNum w:abstractNumId="14" w15:restartNumberingAfterBreak="0">
    <w:nsid w:val="127C5143"/>
    <w:multiLevelType w:val="hybridMultilevel"/>
    <w:tmpl w:val="8AB25E5E"/>
    <w:lvl w:ilvl="0" w:tplc="A14C5902">
      <w:start w:val="1"/>
      <w:numFmt w:val="decimal"/>
      <w:lvlText w:val="%1."/>
      <w:lvlJc w:val="left"/>
      <w:pPr>
        <w:ind w:left="720" w:hanging="360"/>
      </w:pPr>
    </w:lvl>
    <w:lvl w:ilvl="1" w:tplc="023ABD00">
      <w:numFmt w:val="decimal"/>
      <w:lvlText w:val=""/>
      <w:lvlJc w:val="left"/>
    </w:lvl>
    <w:lvl w:ilvl="2" w:tplc="36304B3C">
      <w:numFmt w:val="decimal"/>
      <w:lvlText w:val=""/>
      <w:lvlJc w:val="left"/>
    </w:lvl>
    <w:lvl w:ilvl="3" w:tplc="8986793C">
      <w:numFmt w:val="decimal"/>
      <w:lvlText w:val=""/>
      <w:lvlJc w:val="left"/>
    </w:lvl>
    <w:lvl w:ilvl="4" w:tplc="6310B504">
      <w:numFmt w:val="decimal"/>
      <w:lvlText w:val=""/>
      <w:lvlJc w:val="left"/>
    </w:lvl>
    <w:lvl w:ilvl="5" w:tplc="0846B478">
      <w:numFmt w:val="decimal"/>
      <w:lvlText w:val=""/>
      <w:lvlJc w:val="left"/>
    </w:lvl>
    <w:lvl w:ilvl="6" w:tplc="01104172">
      <w:numFmt w:val="decimal"/>
      <w:lvlText w:val=""/>
      <w:lvlJc w:val="left"/>
    </w:lvl>
    <w:lvl w:ilvl="7" w:tplc="2BD626BE">
      <w:numFmt w:val="decimal"/>
      <w:lvlText w:val=""/>
      <w:lvlJc w:val="left"/>
    </w:lvl>
    <w:lvl w:ilvl="8" w:tplc="95928B5A">
      <w:numFmt w:val="decimal"/>
      <w:lvlText w:val=""/>
      <w:lvlJc w:val="left"/>
    </w:lvl>
  </w:abstractNum>
  <w:abstractNum w:abstractNumId="15" w15:restartNumberingAfterBreak="0">
    <w:nsid w:val="15213D9B"/>
    <w:multiLevelType w:val="hybridMultilevel"/>
    <w:tmpl w:val="5A584186"/>
    <w:lvl w:ilvl="0" w:tplc="16004C6A">
      <w:start w:val="1"/>
      <w:numFmt w:val="bullet"/>
      <w:lvlText w:val="•"/>
      <w:lvlJc w:val="left"/>
      <w:pPr>
        <w:ind w:left="720" w:hanging="360"/>
      </w:pPr>
    </w:lvl>
    <w:lvl w:ilvl="1" w:tplc="07489172">
      <w:numFmt w:val="decimal"/>
      <w:lvlText w:val=""/>
      <w:lvlJc w:val="left"/>
    </w:lvl>
    <w:lvl w:ilvl="2" w:tplc="31609D3E">
      <w:numFmt w:val="decimal"/>
      <w:lvlText w:val=""/>
      <w:lvlJc w:val="left"/>
    </w:lvl>
    <w:lvl w:ilvl="3" w:tplc="DC24E284">
      <w:numFmt w:val="decimal"/>
      <w:lvlText w:val=""/>
      <w:lvlJc w:val="left"/>
    </w:lvl>
    <w:lvl w:ilvl="4" w:tplc="A5A4EFBA">
      <w:numFmt w:val="decimal"/>
      <w:lvlText w:val=""/>
      <w:lvlJc w:val="left"/>
    </w:lvl>
    <w:lvl w:ilvl="5" w:tplc="453EB9AE">
      <w:numFmt w:val="decimal"/>
      <w:lvlText w:val=""/>
      <w:lvlJc w:val="left"/>
    </w:lvl>
    <w:lvl w:ilvl="6" w:tplc="F2C86A72">
      <w:numFmt w:val="decimal"/>
      <w:lvlText w:val=""/>
      <w:lvlJc w:val="left"/>
    </w:lvl>
    <w:lvl w:ilvl="7" w:tplc="F4CAA3A0">
      <w:numFmt w:val="decimal"/>
      <w:lvlText w:val=""/>
      <w:lvlJc w:val="left"/>
    </w:lvl>
    <w:lvl w:ilvl="8" w:tplc="DF08E386">
      <w:numFmt w:val="decimal"/>
      <w:lvlText w:val=""/>
      <w:lvlJc w:val="left"/>
    </w:lvl>
  </w:abstractNum>
  <w:abstractNum w:abstractNumId="16" w15:restartNumberingAfterBreak="0">
    <w:nsid w:val="1D870177"/>
    <w:multiLevelType w:val="hybridMultilevel"/>
    <w:tmpl w:val="A7AC0A2C"/>
    <w:lvl w:ilvl="0" w:tplc="AD74A658">
      <w:start w:val="1"/>
      <w:numFmt w:val="decimal"/>
      <w:lvlText w:val="%1."/>
      <w:lvlJc w:val="left"/>
      <w:pPr>
        <w:ind w:left="720" w:hanging="360"/>
      </w:pPr>
    </w:lvl>
    <w:lvl w:ilvl="1" w:tplc="FEDE1DF6">
      <w:numFmt w:val="decimal"/>
      <w:lvlText w:val=""/>
      <w:lvlJc w:val="left"/>
    </w:lvl>
    <w:lvl w:ilvl="2" w:tplc="DCAAE43E">
      <w:numFmt w:val="decimal"/>
      <w:lvlText w:val=""/>
      <w:lvlJc w:val="left"/>
    </w:lvl>
    <w:lvl w:ilvl="3" w:tplc="B30ECA8E">
      <w:numFmt w:val="decimal"/>
      <w:lvlText w:val=""/>
      <w:lvlJc w:val="left"/>
    </w:lvl>
    <w:lvl w:ilvl="4" w:tplc="4A52894E">
      <w:numFmt w:val="decimal"/>
      <w:lvlText w:val=""/>
      <w:lvlJc w:val="left"/>
    </w:lvl>
    <w:lvl w:ilvl="5" w:tplc="0AA6E47C">
      <w:numFmt w:val="decimal"/>
      <w:lvlText w:val=""/>
      <w:lvlJc w:val="left"/>
    </w:lvl>
    <w:lvl w:ilvl="6" w:tplc="02364688">
      <w:numFmt w:val="decimal"/>
      <w:lvlText w:val=""/>
      <w:lvlJc w:val="left"/>
    </w:lvl>
    <w:lvl w:ilvl="7" w:tplc="3B883800">
      <w:numFmt w:val="decimal"/>
      <w:lvlText w:val=""/>
      <w:lvlJc w:val="left"/>
    </w:lvl>
    <w:lvl w:ilvl="8" w:tplc="E7380AF2">
      <w:numFmt w:val="decimal"/>
      <w:lvlText w:val=""/>
      <w:lvlJc w:val="left"/>
    </w:lvl>
  </w:abstractNum>
  <w:abstractNum w:abstractNumId="17" w15:restartNumberingAfterBreak="0">
    <w:nsid w:val="1F6B7B6C"/>
    <w:multiLevelType w:val="hybridMultilevel"/>
    <w:tmpl w:val="79985FCA"/>
    <w:lvl w:ilvl="0" w:tplc="39D2BA34">
      <w:start w:val="1"/>
      <w:numFmt w:val="decimal"/>
      <w:lvlText w:val="%1."/>
      <w:lvlJc w:val="left"/>
      <w:pPr>
        <w:ind w:left="720" w:hanging="360"/>
      </w:pPr>
    </w:lvl>
    <w:lvl w:ilvl="1" w:tplc="D43C8EFC">
      <w:numFmt w:val="decimal"/>
      <w:lvlText w:val=""/>
      <w:lvlJc w:val="left"/>
    </w:lvl>
    <w:lvl w:ilvl="2" w:tplc="C88EA540">
      <w:numFmt w:val="decimal"/>
      <w:lvlText w:val=""/>
      <w:lvlJc w:val="left"/>
    </w:lvl>
    <w:lvl w:ilvl="3" w:tplc="1BD28D66">
      <w:numFmt w:val="decimal"/>
      <w:lvlText w:val=""/>
      <w:lvlJc w:val="left"/>
    </w:lvl>
    <w:lvl w:ilvl="4" w:tplc="F70AC7B6">
      <w:numFmt w:val="decimal"/>
      <w:lvlText w:val=""/>
      <w:lvlJc w:val="left"/>
    </w:lvl>
    <w:lvl w:ilvl="5" w:tplc="26BAF3AE">
      <w:numFmt w:val="decimal"/>
      <w:lvlText w:val=""/>
      <w:lvlJc w:val="left"/>
    </w:lvl>
    <w:lvl w:ilvl="6" w:tplc="137E231E">
      <w:numFmt w:val="decimal"/>
      <w:lvlText w:val=""/>
      <w:lvlJc w:val="left"/>
    </w:lvl>
    <w:lvl w:ilvl="7" w:tplc="C130C23A">
      <w:numFmt w:val="decimal"/>
      <w:lvlText w:val=""/>
      <w:lvlJc w:val="left"/>
    </w:lvl>
    <w:lvl w:ilvl="8" w:tplc="DBB2C9CC">
      <w:numFmt w:val="decimal"/>
      <w:lvlText w:val=""/>
      <w:lvlJc w:val="left"/>
    </w:lvl>
  </w:abstractNum>
  <w:abstractNum w:abstractNumId="18" w15:restartNumberingAfterBreak="0">
    <w:nsid w:val="263444EC"/>
    <w:multiLevelType w:val="hybridMultilevel"/>
    <w:tmpl w:val="CAF8119C"/>
    <w:lvl w:ilvl="0" w:tplc="10D2B8DC">
      <w:start w:val="1"/>
      <w:numFmt w:val="decimal"/>
      <w:lvlText w:val="%1."/>
      <w:lvlJc w:val="left"/>
      <w:pPr>
        <w:ind w:left="720" w:hanging="360"/>
      </w:pPr>
    </w:lvl>
    <w:lvl w:ilvl="1" w:tplc="685A9B8C">
      <w:numFmt w:val="decimal"/>
      <w:lvlText w:val=""/>
      <w:lvlJc w:val="left"/>
    </w:lvl>
    <w:lvl w:ilvl="2" w:tplc="CC989740">
      <w:numFmt w:val="decimal"/>
      <w:lvlText w:val=""/>
      <w:lvlJc w:val="left"/>
    </w:lvl>
    <w:lvl w:ilvl="3" w:tplc="E1446800">
      <w:numFmt w:val="decimal"/>
      <w:lvlText w:val=""/>
      <w:lvlJc w:val="left"/>
    </w:lvl>
    <w:lvl w:ilvl="4" w:tplc="5A6093C6">
      <w:numFmt w:val="decimal"/>
      <w:lvlText w:val=""/>
      <w:lvlJc w:val="left"/>
    </w:lvl>
    <w:lvl w:ilvl="5" w:tplc="95520FEC">
      <w:numFmt w:val="decimal"/>
      <w:lvlText w:val=""/>
      <w:lvlJc w:val="left"/>
    </w:lvl>
    <w:lvl w:ilvl="6" w:tplc="1B9ED318">
      <w:numFmt w:val="decimal"/>
      <w:lvlText w:val=""/>
      <w:lvlJc w:val="left"/>
    </w:lvl>
    <w:lvl w:ilvl="7" w:tplc="C12899CA">
      <w:numFmt w:val="decimal"/>
      <w:lvlText w:val=""/>
      <w:lvlJc w:val="left"/>
    </w:lvl>
    <w:lvl w:ilvl="8" w:tplc="6DD4D4F4">
      <w:numFmt w:val="decimal"/>
      <w:lvlText w:val=""/>
      <w:lvlJc w:val="left"/>
    </w:lvl>
  </w:abstractNum>
  <w:abstractNum w:abstractNumId="19" w15:restartNumberingAfterBreak="0">
    <w:nsid w:val="28CF48EB"/>
    <w:multiLevelType w:val="hybridMultilevel"/>
    <w:tmpl w:val="38F22E9C"/>
    <w:lvl w:ilvl="0" w:tplc="8882715C">
      <w:start w:val="1"/>
      <w:numFmt w:val="decimal"/>
      <w:lvlText w:val="%1."/>
      <w:lvlJc w:val="left"/>
      <w:pPr>
        <w:ind w:left="720" w:hanging="360"/>
      </w:pPr>
    </w:lvl>
    <w:lvl w:ilvl="1" w:tplc="66740244">
      <w:numFmt w:val="decimal"/>
      <w:lvlText w:val=""/>
      <w:lvlJc w:val="left"/>
    </w:lvl>
    <w:lvl w:ilvl="2" w:tplc="62D4BBC2">
      <w:numFmt w:val="decimal"/>
      <w:lvlText w:val=""/>
      <w:lvlJc w:val="left"/>
    </w:lvl>
    <w:lvl w:ilvl="3" w:tplc="9FB0B2A2">
      <w:numFmt w:val="decimal"/>
      <w:lvlText w:val=""/>
      <w:lvlJc w:val="left"/>
    </w:lvl>
    <w:lvl w:ilvl="4" w:tplc="773A6C68">
      <w:numFmt w:val="decimal"/>
      <w:lvlText w:val=""/>
      <w:lvlJc w:val="left"/>
    </w:lvl>
    <w:lvl w:ilvl="5" w:tplc="6EC2662C">
      <w:numFmt w:val="decimal"/>
      <w:lvlText w:val=""/>
      <w:lvlJc w:val="left"/>
    </w:lvl>
    <w:lvl w:ilvl="6" w:tplc="077ED60C">
      <w:numFmt w:val="decimal"/>
      <w:lvlText w:val=""/>
      <w:lvlJc w:val="left"/>
    </w:lvl>
    <w:lvl w:ilvl="7" w:tplc="26A00B4A">
      <w:numFmt w:val="decimal"/>
      <w:lvlText w:val=""/>
      <w:lvlJc w:val="left"/>
    </w:lvl>
    <w:lvl w:ilvl="8" w:tplc="83DE70FE">
      <w:numFmt w:val="decimal"/>
      <w:lvlText w:val=""/>
      <w:lvlJc w:val="left"/>
    </w:lvl>
  </w:abstractNum>
  <w:abstractNum w:abstractNumId="20" w15:restartNumberingAfterBreak="0">
    <w:nsid w:val="2F5A50A0"/>
    <w:multiLevelType w:val="hybridMultilevel"/>
    <w:tmpl w:val="A70C0E92"/>
    <w:lvl w:ilvl="0" w:tplc="6FCC40EC">
      <w:start w:val="1"/>
      <w:numFmt w:val="bullet"/>
      <w:lvlText w:val="•"/>
      <w:lvlJc w:val="left"/>
      <w:pPr>
        <w:ind w:left="720" w:hanging="360"/>
      </w:pPr>
    </w:lvl>
    <w:lvl w:ilvl="1" w:tplc="0958C086">
      <w:numFmt w:val="decimal"/>
      <w:lvlText w:val=""/>
      <w:lvlJc w:val="left"/>
    </w:lvl>
    <w:lvl w:ilvl="2" w:tplc="8A6013EC">
      <w:numFmt w:val="decimal"/>
      <w:lvlText w:val=""/>
      <w:lvlJc w:val="left"/>
    </w:lvl>
    <w:lvl w:ilvl="3" w:tplc="906C2250">
      <w:numFmt w:val="decimal"/>
      <w:lvlText w:val=""/>
      <w:lvlJc w:val="left"/>
    </w:lvl>
    <w:lvl w:ilvl="4" w:tplc="BC0EF35A">
      <w:numFmt w:val="decimal"/>
      <w:lvlText w:val=""/>
      <w:lvlJc w:val="left"/>
    </w:lvl>
    <w:lvl w:ilvl="5" w:tplc="5FE080E4">
      <w:numFmt w:val="decimal"/>
      <w:lvlText w:val=""/>
      <w:lvlJc w:val="left"/>
    </w:lvl>
    <w:lvl w:ilvl="6" w:tplc="4D04F86C">
      <w:numFmt w:val="decimal"/>
      <w:lvlText w:val=""/>
      <w:lvlJc w:val="left"/>
    </w:lvl>
    <w:lvl w:ilvl="7" w:tplc="CB42474A">
      <w:numFmt w:val="decimal"/>
      <w:lvlText w:val=""/>
      <w:lvlJc w:val="left"/>
    </w:lvl>
    <w:lvl w:ilvl="8" w:tplc="3912D760">
      <w:numFmt w:val="decimal"/>
      <w:lvlText w:val=""/>
      <w:lvlJc w:val="left"/>
    </w:lvl>
  </w:abstractNum>
  <w:abstractNum w:abstractNumId="21" w15:restartNumberingAfterBreak="0">
    <w:nsid w:val="397E471C"/>
    <w:multiLevelType w:val="hybridMultilevel"/>
    <w:tmpl w:val="8EACFF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5940082"/>
    <w:multiLevelType w:val="hybridMultilevel"/>
    <w:tmpl w:val="36EEB01A"/>
    <w:lvl w:ilvl="0" w:tplc="6B90F32C">
      <w:start w:val="1"/>
      <w:numFmt w:val="decimal"/>
      <w:lvlText w:val="%1."/>
      <w:lvlJc w:val="left"/>
      <w:pPr>
        <w:ind w:left="720" w:hanging="360"/>
      </w:pPr>
    </w:lvl>
    <w:lvl w:ilvl="1" w:tplc="81287620">
      <w:numFmt w:val="decimal"/>
      <w:lvlText w:val=""/>
      <w:lvlJc w:val="left"/>
    </w:lvl>
    <w:lvl w:ilvl="2" w:tplc="08B2DB22">
      <w:numFmt w:val="decimal"/>
      <w:lvlText w:val=""/>
      <w:lvlJc w:val="left"/>
    </w:lvl>
    <w:lvl w:ilvl="3" w:tplc="63B6DD44">
      <w:numFmt w:val="decimal"/>
      <w:lvlText w:val=""/>
      <w:lvlJc w:val="left"/>
    </w:lvl>
    <w:lvl w:ilvl="4" w:tplc="191CD064">
      <w:numFmt w:val="decimal"/>
      <w:lvlText w:val=""/>
      <w:lvlJc w:val="left"/>
    </w:lvl>
    <w:lvl w:ilvl="5" w:tplc="1CBCD898">
      <w:numFmt w:val="decimal"/>
      <w:lvlText w:val=""/>
      <w:lvlJc w:val="left"/>
    </w:lvl>
    <w:lvl w:ilvl="6" w:tplc="C504B086">
      <w:numFmt w:val="decimal"/>
      <w:lvlText w:val=""/>
      <w:lvlJc w:val="left"/>
    </w:lvl>
    <w:lvl w:ilvl="7" w:tplc="B2807896">
      <w:numFmt w:val="decimal"/>
      <w:lvlText w:val=""/>
      <w:lvlJc w:val="left"/>
    </w:lvl>
    <w:lvl w:ilvl="8" w:tplc="B7F0E240">
      <w:numFmt w:val="decimal"/>
      <w:lvlText w:val=""/>
      <w:lvlJc w:val="left"/>
    </w:lvl>
  </w:abstractNum>
  <w:abstractNum w:abstractNumId="23" w15:restartNumberingAfterBreak="0">
    <w:nsid w:val="475C5039"/>
    <w:multiLevelType w:val="hybridMultilevel"/>
    <w:tmpl w:val="AC9A192C"/>
    <w:lvl w:ilvl="0" w:tplc="F2C2A95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4809570F"/>
    <w:multiLevelType w:val="hybridMultilevel"/>
    <w:tmpl w:val="637ADD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06E44D2"/>
    <w:multiLevelType w:val="hybridMultilevel"/>
    <w:tmpl w:val="ED28A72C"/>
    <w:lvl w:ilvl="0" w:tplc="ED162AA6">
      <w:start w:val="1"/>
      <w:numFmt w:val="bullet"/>
      <w:lvlText w:val="•"/>
      <w:lvlJc w:val="left"/>
      <w:pPr>
        <w:ind w:left="720" w:hanging="360"/>
      </w:pPr>
    </w:lvl>
    <w:lvl w:ilvl="1" w:tplc="962A33E0">
      <w:numFmt w:val="decimal"/>
      <w:lvlText w:val=""/>
      <w:lvlJc w:val="left"/>
    </w:lvl>
    <w:lvl w:ilvl="2" w:tplc="A9A6B87E">
      <w:numFmt w:val="decimal"/>
      <w:lvlText w:val=""/>
      <w:lvlJc w:val="left"/>
    </w:lvl>
    <w:lvl w:ilvl="3" w:tplc="593A7A58">
      <w:numFmt w:val="decimal"/>
      <w:lvlText w:val=""/>
      <w:lvlJc w:val="left"/>
    </w:lvl>
    <w:lvl w:ilvl="4" w:tplc="24CE54BE">
      <w:numFmt w:val="decimal"/>
      <w:lvlText w:val=""/>
      <w:lvlJc w:val="left"/>
    </w:lvl>
    <w:lvl w:ilvl="5" w:tplc="9110B998">
      <w:numFmt w:val="decimal"/>
      <w:lvlText w:val=""/>
      <w:lvlJc w:val="left"/>
    </w:lvl>
    <w:lvl w:ilvl="6" w:tplc="A258AE54">
      <w:numFmt w:val="decimal"/>
      <w:lvlText w:val=""/>
      <w:lvlJc w:val="left"/>
    </w:lvl>
    <w:lvl w:ilvl="7" w:tplc="7C42750E">
      <w:numFmt w:val="decimal"/>
      <w:lvlText w:val=""/>
      <w:lvlJc w:val="left"/>
    </w:lvl>
    <w:lvl w:ilvl="8" w:tplc="36EA38C0">
      <w:numFmt w:val="decimal"/>
      <w:lvlText w:val=""/>
      <w:lvlJc w:val="left"/>
    </w:lvl>
  </w:abstractNum>
  <w:abstractNum w:abstractNumId="26" w15:restartNumberingAfterBreak="0">
    <w:nsid w:val="51561F40"/>
    <w:multiLevelType w:val="hybridMultilevel"/>
    <w:tmpl w:val="9DD0C4BC"/>
    <w:lvl w:ilvl="0" w:tplc="B5947720">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A1C22AF"/>
    <w:multiLevelType w:val="hybridMultilevel"/>
    <w:tmpl w:val="8702C484"/>
    <w:lvl w:ilvl="0" w:tplc="B3845A14">
      <w:start w:val="1"/>
      <w:numFmt w:val="decimal"/>
      <w:lvlText w:val="%1."/>
      <w:lvlJc w:val="left"/>
      <w:pPr>
        <w:ind w:left="720" w:hanging="360"/>
      </w:pPr>
    </w:lvl>
    <w:lvl w:ilvl="1" w:tplc="1F821838">
      <w:numFmt w:val="decimal"/>
      <w:lvlText w:val=""/>
      <w:lvlJc w:val="left"/>
    </w:lvl>
    <w:lvl w:ilvl="2" w:tplc="A33A8D42">
      <w:numFmt w:val="decimal"/>
      <w:lvlText w:val=""/>
      <w:lvlJc w:val="left"/>
    </w:lvl>
    <w:lvl w:ilvl="3" w:tplc="B88424F6">
      <w:numFmt w:val="decimal"/>
      <w:lvlText w:val=""/>
      <w:lvlJc w:val="left"/>
    </w:lvl>
    <w:lvl w:ilvl="4" w:tplc="3BC44F5E">
      <w:numFmt w:val="decimal"/>
      <w:lvlText w:val=""/>
      <w:lvlJc w:val="left"/>
    </w:lvl>
    <w:lvl w:ilvl="5" w:tplc="6216746C">
      <w:numFmt w:val="decimal"/>
      <w:lvlText w:val=""/>
      <w:lvlJc w:val="left"/>
    </w:lvl>
    <w:lvl w:ilvl="6" w:tplc="EDC2B7F0">
      <w:numFmt w:val="decimal"/>
      <w:lvlText w:val=""/>
      <w:lvlJc w:val="left"/>
    </w:lvl>
    <w:lvl w:ilvl="7" w:tplc="E00022AA">
      <w:numFmt w:val="decimal"/>
      <w:lvlText w:val=""/>
      <w:lvlJc w:val="left"/>
    </w:lvl>
    <w:lvl w:ilvl="8" w:tplc="6068F376">
      <w:numFmt w:val="decimal"/>
      <w:lvlText w:val=""/>
      <w:lvlJc w:val="left"/>
    </w:lvl>
  </w:abstractNum>
  <w:abstractNum w:abstractNumId="28" w15:restartNumberingAfterBreak="0">
    <w:nsid w:val="5BDD7A99"/>
    <w:multiLevelType w:val="hybridMultilevel"/>
    <w:tmpl w:val="0CBCC904"/>
    <w:lvl w:ilvl="0" w:tplc="2B4C61AA">
      <w:start w:val="1"/>
      <w:numFmt w:val="decimal"/>
      <w:lvlText w:val="%1."/>
      <w:lvlJc w:val="left"/>
      <w:pPr>
        <w:ind w:left="720" w:hanging="360"/>
      </w:pPr>
    </w:lvl>
    <w:lvl w:ilvl="1" w:tplc="4086A2D0">
      <w:numFmt w:val="decimal"/>
      <w:lvlText w:val=""/>
      <w:lvlJc w:val="left"/>
    </w:lvl>
    <w:lvl w:ilvl="2" w:tplc="9C947160">
      <w:numFmt w:val="decimal"/>
      <w:lvlText w:val=""/>
      <w:lvlJc w:val="left"/>
    </w:lvl>
    <w:lvl w:ilvl="3" w:tplc="F83E0150">
      <w:numFmt w:val="decimal"/>
      <w:lvlText w:val=""/>
      <w:lvlJc w:val="left"/>
    </w:lvl>
    <w:lvl w:ilvl="4" w:tplc="D55E0AC6">
      <w:numFmt w:val="decimal"/>
      <w:lvlText w:val=""/>
      <w:lvlJc w:val="left"/>
    </w:lvl>
    <w:lvl w:ilvl="5" w:tplc="B55056AC">
      <w:numFmt w:val="decimal"/>
      <w:lvlText w:val=""/>
      <w:lvlJc w:val="left"/>
    </w:lvl>
    <w:lvl w:ilvl="6" w:tplc="5C9ADE24">
      <w:numFmt w:val="decimal"/>
      <w:lvlText w:val=""/>
      <w:lvlJc w:val="left"/>
    </w:lvl>
    <w:lvl w:ilvl="7" w:tplc="95BCEF00">
      <w:numFmt w:val="decimal"/>
      <w:lvlText w:val=""/>
      <w:lvlJc w:val="left"/>
    </w:lvl>
    <w:lvl w:ilvl="8" w:tplc="988CDC38">
      <w:numFmt w:val="decimal"/>
      <w:lvlText w:val=""/>
      <w:lvlJc w:val="left"/>
    </w:lvl>
  </w:abstractNum>
  <w:abstractNum w:abstractNumId="29" w15:restartNumberingAfterBreak="0">
    <w:nsid w:val="5E215321"/>
    <w:multiLevelType w:val="hybridMultilevel"/>
    <w:tmpl w:val="9C76C184"/>
    <w:lvl w:ilvl="0" w:tplc="9592ACE2">
      <w:start w:val="1"/>
      <w:numFmt w:val="decimal"/>
      <w:lvlText w:val="%1."/>
      <w:lvlJc w:val="left"/>
      <w:pPr>
        <w:ind w:left="720" w:hanging="360"/>
      </w:pPr>
    </w:lvl>
    <w:lvl w:ilvl="1" w:tplc="075A481E">
      <w:numFmt w:val="decimal"/>
      <w:lvlText w:val=""/>
      <w:lvlJc w:val="left"/>
    </w:lvl>
    <w:lvl w:ilvl="2" w:tplc="0B1CB6BA">
      <w:numFmt w:val="decimal"/>
      <w:lvlText w:val=""/>
      <w:lvlJc w:val="left"/>
    </w:lvl>
    <w:lvl w:ilvl="3" w:tplc="8A10E7E0">
      <w:numFmt w:val="decimal"/>
      <w:lvlText w:val=""/>
      <w:lvlJc w:val="left"/>
    </w:lvl>
    <w:lvl w:ilvl="4" w:tplc="249A95A4">
      <w:numFmt w:val="decimal"/>
      <w:lvlText w:val=""/>
      <w:lvlJc w:val="left"/>
    </w:lvl>
    <w:lvl w:ilvl="5" w:tplc="1C5C7D0A">
      <w:numFmt w:val="decimal"/>
      <w:lvlText w:val=""/>
      <w:lvlJc w:val="left"/>
    </w:lvl>
    <w:lvl w:ilvl="6" w:tplc="48EAC5B4">
      <w:numFmt w:val="decimal"/>
      <w:lvlText w:val=""/>
      <w:lvlJc w:val="left"/>
    </w:lvl>
    <w:lvl w:ilvl="7" w:tplc="18086AC4">
      <w:numFmt w:val="decimal"/>
      <w:lvlText w:val=""/>
      <w:lvlJc w:val="left"/>
    </w:lvl>
    <w:lvl w:ilvl="8" w:tplc="67F0CC3C">
      <w:numFmt w:val="decimal"/>
      <w:lvlText w:val=""/>
      <w:lvlJc w:val="left"/>
    </w:lvl>
  </w:abstractNum>
  <w:abstractNum w:abstractNumId="30" w15:restartNumberingAfterBreak="0">
    <w:nsid w:val="684B533F"/>
    <w:multiLevelType w:val="hybridMultilevel"/>
    <w:tmpl w:val="AFA0005C"/>
    <w:lvl w:ilvl="0" w:tplc="235601BC">
      <w:start w:val="1"/>
      <w:numFmt w:val="decimal"/>
      <w:lvlText w:val="%1."/>
      <w:lvlJc w:val="left"/>
      <w:pPr>
        <w:ind w:left="720" w:hanging="360"/>
      </w:pPr>
    </w:lvl>
    <w:lvl w:ilvl="1" w:tplc="0588A9A0">
      <w:numFmt w:val="decimal"/>
      <w:lvlText w:val=""/>
      <w:lvlJc w:val="left"/>
    </w:lvl>
    <w:lvl w:ilvl="2" w:tplc="F88248A6">
      <w:numFmt w:val="decimal"/>
      <w:lvlText w:val=""/>
      <w:lvlJc w:val="left"/>
    </w:lvl>
    <w:lvl w:ilvl="3" w:tplc="5F52258C">
      <w:numFmt w:val="decimal"/>
      <w:lvlText w:val=""/>
      <w:lvlJc w:val="left"/>
    </w:lvl>
    <w:lvl w:ilvl="4" w:tplc="C5A01B02">
      <w:numFmt w:val="decimal"/>
      <w:lvlText w:val=""/>
      <w:lvlJc w:val="left"/>
    </w:lvl>
    <w:lvl w:ilvl="5" w:tplc="72640550">
      <w:numFmt w:val="decimal"/>
      <w:lvlText w:val=""/>
      <w:lvlJc w:val="left"/>
    </w:lvl>
    <w:lvl w:ilvl="6" w:tplc="0862ECD4">
      <w:numFmt w:val="decimal"/>
      <w:lvlText w:val=""/>
      <w:lvlJc w:val="left"/>
    </w:lvl>
    <w:lvl w:ilvl="7" w:tplc="209C8A54">
      <w:numFmt w:val="decimal"/>
      <w:lvlText w:val=""/>
      <w:lvlJc w:val="left"/>
    </w:lvl>
    <w:lvl w:ilvl="8" w:tplc="5366D252">
      <w:numFmt w:val="decimal"/>
      <w:lvlText w:val=""/>
      <w:lvlJc w:val="left"/>
    </w:lvl>
  </w:abstractNum>
  <w:abstractNum w:abstractNumId="31" w15:restartNumberingAfterBreak="0">
    <w:nsid w:val="6C873962"/>
    <w:multiLevelType w:val="hybridMultilevel"/>
    <w:tmpl w:val="657CC924"/>
    <w:lvl w:ilvl="0" w:tplc="E078F9DA">
      <w:start w:val="1"/>
      <w:numFmt w:val="decimal"/>
      <w:lvlText w:val="%1."/>
      <w:lvlJc w:val="left"/>
      <w:pPr>
        <w:ind w:left="720" w:hanging="360"/>
      </w:pPr>
    </w:lvl>
    <w:lvl w:ilvl="1" w:tplc="A72CE83C">
      <w:numFmt w:val="decimal"/>
      <w:lvlText w:val=""/>
      <w:lvlJc w:val="left"/>
    </w:lvl>
    <w:lvl w:ilvl="2" w:tplc="E42ADE0E">
      <w:numFmt w:val="decimal"/>
      <w:lvlText w:val=""/>
      <w:lvlJc w:val="left"/>
    </w:lvl>
    <w:lvl w:ilvl="3" w:tplc="57549AA8">
      <w:numFmt w:val="decimal"/>
      <w:lvlText w:val=""/>
      <w:lvlJc w:val="left"/>
    </w:lvl>
    <w:lvl w:ilvl="4" w:tplc="A2C01DEA">
      <w:numFmt w:val="decimal"/>
      <w:lvlText w:val=""/>
      <w:lvlJc w:val="left"/>
    </w:lvl>
    <w:lvl w:ilvl="5" w:tplc="11925BE0">
      <w:numFmt w:val="decimal"/>
      <w:lvlText w:val=""/>
      <w:lvlJc w:val="left"/>
    </w:lvl>
    <w:lvl w:ilvl="6" w:tplc="3D348834">
      <w:numFmt w:val="decimal"/>
      <w:lvlText w:val=""/>
      <w:lvlJc w:val="left"/>
    </w:lvl>
    <w:lvl w:ilvl="7" w:tplc="DC86A8CE">
      <w:numFmt w:val="decimal"/>
      <w:lvlText w:val=""/>
      <w:lvlJc w:val="left"/>
    </w:lvl>
    <w:lvl w:ilvl="8" w:tplc="624A3F50">
      <w:numFmt w:val="decimal"/>
      <w:lvlText w:val=""/>
      <w:lvlJc w:val="left"/>
    </w:lvl>
  </w:abstractNum>
  <w:abstractNum w:abstractNumId="32" w15:restartNumberingAfterBreak="0">
    <w:nsid w:val="6FBC4F3A"/>
    <w:multiLevelType w:val="hybridMultilevel"/>
    <w:tmpl w:val="32EAB496"/>
    <w:lvl w:ilvl="0" w:tplc="6F766006">
      <w:start w:val="1"/>
      <w:numFmt w:val="bullet"/>
      <w:lvlText w:val="•"/>
      <w:lvlJc w:val="left"/>
      <w:pPr>
        <w:ind w:left="720" w:hanging="360"/>
      </w:pPr>
    </w:lvl>
    <w:lvl w:ilvl="1" w:tplc="554A58C2">
      <w:numFmt w:val="decimal"/>
      <w:lvlText w:val=""/>
      <w:lvlJc w:val="left"/>
    </w:lvl>
    <w:lvl w:ilvl="2" w:tplc="715E84AA">
      <w:numFmt w:val="decimal"/>
      <w:lvlText w:val=""/>
      <w:lvlJc w:val="left"/>
    </w:lvl>
    <w:lvl w:ilvl="3" w:tplc="E0E09B42">
      <w:numFmt w:val="decimal"/>
      <w:lvlText w:val=""/>
      <w:lvlJc w:val="left"/>
    </w:lvl>
    <w:lvl w:ilvl="4" w:tplc="A172393A">
      <w:numFmt w:val="decimal"/>
      <w:lvlText w:val=""/>
      <w:lvlJc w:val="left"/>
    </w:lvl>
    <w:lvl w:ilvl="5" w:tplc="C4266144">
      <w:numFmt w:val="decimal"/>
      <w:lvlText w:val=""/>
      <w:lvlJc w:val="left"/>
    </w:lvl>
    <w:lvl w:ilvl="6" w:tplc="C14C2506">
      <w:numFmt w:val="decimal"/>
      <w:lvlText w:val=""/>
      <w:lvlJc w:val="left"/>
    </w:lvl>
    <w:lvl w:ilvl="7" w:tplc="B38EEA2C">
      <w:numFmt w:val="decimal"/>
      <w:lvlText w:val=""/>
      <w:lvlJc w:val="left"/>
    </w:lvl>
    <w:lvl w:ilvl="8" w:tplc="3DB24C6E">
      <w:numFmt w:val="decimal"/>
      <w:lvlText w:val=""/>
      <w:lvlJc w:val="left"/>
    </w:lvl>
  </w:abstractNum>
  <w:abstractNum w:abstractNumId="33" w15:restartNumberingAfterBreak="0">
    <w:nsid w:val="775A7D97"/>
    <w:multiLevelType w:val="hybridMultilevel"/>
    <w:tmpl w:val="A6D83CF8"/>
    <w:lvl w:ilvl="0" w:tplc="7356084A">
      <w:start w:val="1"/>
      <w:numFmt w:val="decimal"/>
      <w:lvlText w:val="%1."/>
      <w:lvlJc w:val="left"/>
      <w:pPr>
        <w:ind w:left="720" w:hanging="360"/>
      </w:pPr>
    </w:lvl>
    <w:lvl w:ilvl="1" w:tplc="55A87338">
      <w:numFmt w:val="decimal"/>
      <w:lvlText w:val=""/>
      <w:lvlJc w:val="left"/>
    </w:lvl>
    <w:lvl w:ilvl="2" w:tplc="A00EC5EA">
      <w:numFmt w:val="decimal"/>
      <w:lvlText w:val=""/>
      <w:lvlJc w:val="left"/>
    </w:lvl>
    <w:lvl w:ilvl="3" w:tplc="577C9DA4">
      <w:numFmt w:val="decimal"/>
      <w:lvlText w:val=""/>
      <w:lvlJc w:val="left"/>
    </w:lvl>
    <w:lvl w:ilvl="4" w:tplc="4E5475F8">
      <w:numFmt w:val="decimal"/>
      <w:lvlText w:val=""/>
      <w:lvlJc w:val="left"/>
    </w:lvl>
    <w:lvl w:ilvl="5" w:tplc="30966828">
      <w:numFmt w:val="decimal"/>
      <w:lvlText w:val=""/>
      <w:lvlJc w:val="left"/>
    </w:lvl>
    <w:lvl w:ilvl="6" w:tplc="3B0C9EDA">
      <w:numFmt w:val="decimal"/>
      <w:lvlText w:val=""/>
      <w:lvlJc w:val="left"/>
    </w:lvl>
    <w:lvl w:ilvl="7" w:tplc="8014DFC4">
      <w:numFmt w:val="decimal"/>
      <w:lvlText w:val=""/>
      <w:lvlJc w:val="left"/>
    </w:lvl>
    <w:lvl w:ilvl="8" w:tplc="E506931E">
      <w:numFmt w:val="decimal"/>
      <w:lvlText w:val=""/>
      <w:lvlJc w:val="left"/>
    </w:lvl>
  </w:abstractNum>
  <w:abstractNum w:abstractNumId="34" w15:restartNumberingAfterBreak="0">
    <w:nsid w:val="794651AA"/>
    <w:multiLevelType w:val="hybridMultilevel"/>
    <w:tmpl w:val="7E889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B8D255B"/>
    <w:multiLevelType w:val="hybridMultilevel"/>
    <w:tmpl w:val="9622085E"/>
    <w:lvl w:ilvl="0" w:tplc="395AC500">
      <w:start w:val="1"/>
      <w:numFmt w:val="bullet"/>
      <w:lvlText w:val="•"/>
      <w:lvlJc w:val="left"/>
      <w:pPr>
        <w:ind w:left="720" w:hanging="360"/>
      </w:pPr>
    </w:lvl>
    <w:lvl w:ilvl="1" w:tplc="0F4EA556">
      <w:numFmt w:val="decimal"/>
      <w:lvlText w:val=""/>
      <w:lvlJc w:val="left"/>
    </w:lvl>
    <w:lvl w:ilvl="2" w:tplc="7DEE8A3E">
      <w:numFmt w:val="decimal"/>
      <w:lvlText w:val=""/>
      <w:lvlJc w:val="left"/>
    </w:lvl>
    <w:lvl w:ilvl="3" w:tplc="F3B654DC">
      <w:numFmt w:val="decimal"/>
      <w:lvlText w:val=""/>
      <w:lvlJc w:val="left"/>
    </w:lvl>
    <w:lvl w:ilvl="4" w:tplc="FD4A98F2">
      <w:numFmt w:val="decimal"/>
      <w:lvlText w:val=""/>
      <w:lvlJc w:val="left"/>
    </w:lvl>
    <w:lvl w:ilvl="5" w:tplc="E3B414C2">
      <w:numFmt w:val="decimal"/>
      <w:lvlText w:val=""/>
      <w:lvlJc w:val="left"/>
    </w:lvl>
    <w:lvl w:ilvl="6" w:tplc="DD4AE0B8">
      <w:numFmt w:val="decimal"/>
      <w:lvlText w:val=""/>
      <w:lvlJc w:val="left"/>
    </w:lvl>
    <w:lvl w:ilvl="7" w:tplc="A95CD5E4">
      <w:numFmt w:val="decimal"/>
      <w:lvlText w:val=""/>
      <w:lvlJc w:val="left"/>
    </w:lvl>
    <w:lvl w:ilvl="8" w:tplc="3ECEF20E">
      <w:numFmt w:val="decimal"/>
      <w:lvlText w:val=""/>
      <w:lvlJc w:val="left"/>
    </w:lvl>
  </w:abstractNum>
  <w:abstractNum w:abstractNumId="36" w15:restartNumberingAfterBreak="0">
    <w:nsid w:val="7D445BCF"/>
    <w:multiLevelType w:val="hybridMultilevel"/>
    <w:tmpl w:val="C172BFA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351760236">
    <w:abstractNumId w:val="8"/>
  </w:num>
  <w:num w:numId="2" w16cid:durableId="384644708">
    <w:abstractNumId w:val="6"/>
  </w:num>
  <w:num w:numId="3" w16cid:durableId="620651123">
    <w:abstractNumId w:val="5"/>
  </w:num>
  <w:num w:numId="4" w16cid:durableId="908419438">
    <w:abstractNumId w:val="4"/>
  </w:num>
  <w:num w:numId="5" w16cid:durableId="1130904462">
    <w:abstractNumId w:val="7"/>
  </w:num>
  <w:num w:numId="6" w16cid:durableId="163205764">
    <w:abstractNumId w:val="3"/>
  </w:num>
  <w:num w:numId="7" w16cid:durableId="933320159">
    <w:abstractNumId w:val="2"/>
  </w:num>
  <w:num w:numId="8" w16cid:durableId="451754637">
    <w:abstractNumId w:val="1"/>
  </w:num>
  <w:num w:numId="9" w16cid:durableId="1187057558">
    <w:abstractNumId w:val="0"/>
  </w:num>
  <w:num w:numId="10" w16cid:durableId="843974564">
    <w:abstractNumId w:val="13"/>
    <w:lvlOverride w:ilvl="0">
      <w:startOverride w:val="1"/>
    </w:lvlOverride>
  </w:num>
  <w:num w:numId="11" w16cid:durableId="474221922">
    <w:abstractNumId w:val="17"/>
    <w:lvlOverride w:ilvl="0">
      <w:startOverride w:val="1"/>
    </w:lvlOverride>
  </w:num>
  <w:num w:numId="12" w16cid:durableId="289089138">
    <w:abstractNumId w:val="33"/>
    <w:lvlOverride w:ilvl="0">
      <w:startOverride w:val="1"/>
    </w:lvlOverride>
  </w:num>
  <w:num w:numId="13" w16cid:durableId="1783916297">
    <w:abstractNumId w:val="19"/>
    <w:lvlOverride w:ilvl="0">
      <w:startOverride w:val="1"/>
    </w:lvlOverride>
  </w:num>
  <w:num w:numId="14" w16cid:durableId="1018627027">
    <w:abstractNumId w:val="30"/>
    <w:lvlOverride w:ilvl="0">
      <w:startOverride w:val="1"/>
    </w:lvlOverride>
  </w:num>
  <w:num w:numId="15" w16cid:durableId="1109005354">
    <w:abstractNumId w:val="16"/>
    <w:lvlOverride w:ilvl="0">
      <w:startOverride w:val="1"/>
    </w:lvlOverride>
  </w:num>
  <w:num w:numId="16" w16cid:durableId="532962056">
    <w:abstractNumId w:val="12"/>
    <w:lvlOverride w:ilvl="0">
      <w:startOverride w:val="1"/>
    </w:lvlOverride>
  </w:num>
  <w:num w:numId="17" w16cid:durableId="400716715">
    <w:abstractNumId w:val="31"/>
    <w:lvlOverride w:ilvl="0">
      <w:startOverride w:val="1"/>
    </w:lvlOverride>
  </w:num>
  <w:num w:numId="18" w16cid:durableId="1185634878">
    <w:abstractNumId w:val="27"/>
    <w:lvlOverride w:ilvl="0">
      <w:startOverride w:val="1"/>
    </w:lvlOverride>
  </w:num>
  <w:num w:numId="19" w16cid:durableId="344018397">
    <w:abstractNumId w:val="10"/>
    <w:lvlOverride w:ilvl="0">
      <w:startOverride w:val="1"/>
    </w:lvlOverride>
  </w:num>
  <w:num w:numId="20" w16cid:durableId="532813925">
    <w:abstractNumId w:val="35"/>
    <w:lvlOverride w:ilvl="0">
      <w:startOverride w:val="1"/>
    </w:lvlOverride>
  </w:num>
  <w:num w:numId="21" w16cid:durableId="1818718481">
    <w:abstractNumId w:val="34"/>
  </w:num>
  <w:num w:numId="22" w16cid:durableId="1877506001">
    <w:abstractNumId w:val="26"/>
  </w:num>
  <w:num w:numId="23" w16cid:durableId="872574619">
    <w:abstractNumId w:val="36"/>
  </w:num>
  <w:num w:numId="24" w16cid:durableId="1404180167">
    <w:abstractNumId w:val="23"/>
  </w:num>
  <w:num w:numId="25" w16cid:durableId="1024093993">
    <w:abstractNumId w:val="20"/>
    <w:lvlOverride w:ilvl="0">
      <w:startOverride w:val="1"/>
    </w:lvlOverride>
  </w:num>
  <w:num w:numId="26" w16cid:durableId="52123465">
    <w:abstractNumId w:val="18"/>
    <w:lvlOverride w:ilvl="0">
      <w:startOverride w:val="1"/>
    </w:lvlOverride>
  </w:num>
  <w:num w:numId="27" w16cid:durableId="181630902">
    <w:abstractNumId w:val="14"/>
    <w:lvlOverride w:ilvl="0">
      <w:startOverride w:val="1"/>
    </w:lvlOverride>
  </w:num>
  <w:num w:numId="28" w16cid:durableId="2015523845">
    <w:abstractNumId w:val="28"/>
    <w:lvlOverride w:ilvl="0">
      <w:startOverride w:val="1"/>
    </w:lvlOverride>
  </w:num>
  <w:num w:numId="29" w16cid:durableId="2074160163">
    <w:abstractNumId w:val="15"/>
    <w:lvlOverride w:ilvl="0">
      <w:startOverride w:val="1"/>
    </w:lvlOverride>
  </w:num>
  <w:num w:numId="30" w16cid:durableId="1609266706">
    <w:abstractNumId w:val="11"/>
    <w:lvlOverride w:ilvl="0">
      <w:startOverride w:val="1"/>
    </w:lvlOverride>
  </w:num>
  <w:num w:numId="31" w16cid:durableId="635912613">
    <w:abstractNumId w:val="9"/>
    <w:lvlOverride w:ilvl="0">
      <w:startOverride w:val="1"/>
    </w:lvlOverride>
  </w:num>
  <w:num w:numId="32" w16cid:durableId="1711302113">
    <w:abstractNumId w:val="32"/>
    <w:lvlOverride w:ilvl="0">
      <w:startOverride w:val="1"/>
    </w:lvlOverride>
  </w:num>
  <w:num w:numId="33" w16cid:durableId="2009596930">
    <w:abstractNumId w:val="29"/>
    <w:lvlOverride w:ilvl="0">
      <w:startOverride w:val="1"/>
    </w:lvlOverride>
  </w:num>
  <w:num w:numId="34" w16cid:durableId="1008020976">
    <w:abstractNumId w:val="22"/>
    <w:lvlOverride w:ilvl="0">
      <w:startOverride w:val="1"/>
    </w:lvlOverride>
  </w:num>
  <w:num w:numId="35" w16cid:durableId="1458601134">
    <w:abstractNumId w:val="25"/>
    <w:lvlOverride w:ilvl="0">
      <w:startOverride w:val="1"/>
    </w:lvlOverride>
  </w:num>
  <w:num w:numId="36" w16cid:durableId="1420057937">
    <w:abstractNumId w:val="24"/>
  </w:num>
  <w:num w:numId="37" w16cid:durableId="715351221">
    <w:abstractNumId w:val="21"/>
  </w:num>
  <w:num w:numId="38" w16cid:durableId="2069765305">
    <w:abstractNumId w:val="7"/>
  </w:num>
  <w:num w:numId="39" w16cid:durableId="879511103">
    <w:abstractNumId w:val="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24E6"/>
    <w:rsid w:val="00003382"/>
    <w:rsid w:val="00007F01"/>
    <w:rsid w:val="00010FDD"/>
    <w:rsid w:val="000134C1"/>
    <w:rsid w:val="00022637"/>
    <w:rsid w:val="000341B9"/>
    <w:rsid w:val="00034616"/>
    <w:rsid w:val="000373C9"/>
    <w:rsid w:val="00041C94"/>
    <w:rsid w:val="000471BF"/>
    <w:rsid w:val="0006063C"/>
    <w:rsid w:val="00076BDF"/>
    <w:rsid w:val="000A4877"/>
    <w:rsid w:val="000B1A18"/>
    <w:rsid w:val="000E078C"/>
    <w:rsid w:val="000E3902"/>
    <w:rsid w:val="000E7D31"/>
    <w:rsid w:val="0010186A"/>
    <w:rsid w:val="00103CA9"/>
    <w:rsid w:val="001117D6"/>
    <w:rsid w:val="00111F01"/>
    <w:rsid w:val="0015074B"/>
    <w:rsid w:val="00155B42"/>
    <w:rsid w:val="001810E9"/>
    <w:rsid w:val="0019298A"/>
    <w:rsid w:val="001A47D8"/>
    <w:rsid w:val="001A66A5"/>
    <w:rsid w:val="001A7CD5"/>
    <w:rsid w:val="001B42D9"/>
    <w:rsid w:val="001C21A7"/>
    <w:rsid w:val="001D41C3"/>
    <w:rsid w:val="001F084F"/>
    <w:rsid w:val="00203AE8"/>
    <w:rsid w:val="002056D6"/>
    <w:rsid w:val="00211EBE"/>
    <w:rsid w:val="00213011"/>
    <w:rsid w:val="00214A16"/>
    <w:rsid w:val="0023138C"/>
    <w:rsid w:val="0024198F"/>
    <w:rsid w:val="0024373F"/>
    <w:rsid w:val="00251507"/>
    <w:rsid w:val="002555EC"/>
    <w:rsid w:val="00272CE9"/>
    <w:rsid w:val="0027692C"/>
    <w:rsid w:val="00285225"/>
    <w:rsid w:val="0029639D"/>
    <w:rsid w:val="002B55F2"/>
    <w:rsid w:val="002F4B4E"/>
    <w:rsid w:val="00301311"/>
    <w:rsid w:val="00325B21"/>
    <w:rsid w:val="00326F90"/>
    <w:rsid w:val="0034058E"/>
    <w:rsid w:val="00362E4C"/>
    <w:rsid w:val="00367D50"/>
    <w:rsid w:val="00373F90"/>
    <w:rsid w:val="00377934"/>
    <w:rsid w:val="0038070B"/>
    <w:rsid w:val="00384BE1"/>
    <w:rsid w:val="003860CF"/>
    <w:rsid w:val="003D5871"/>
    <w:rsid w:val="003E3D25"/>
    <w:rsid w:val="003E4598"/>
    <w:rsid w:val="00403500"/>
    <w:rsid w:val="00410A91"/>
    <w:rsid w:val="00412188"/>
    <w:rsid w:val="004229EB"/>
    <w:rsid w:val="004243EF"/>
    <w:rsid w:val="00425B2E"/>
    <w:rsid w:val="0045255A"/>
    <w:rsid w:val="00461189"/>
    <w:rsid w:val="004701E1"/>
    <w:rsid w:val="00471A96"/>
    <w:rsid w:val="0047697F"/>
    <w:rsid w:val="00480936"/>
    <w:rsid w:val="004825D2"/>
    <w:rsid w:val="00485766"/>
    <w:rsid w:val="00495A1E"/>
    <w:rsid w:val="004A443A"/>
    <w:rsid w:val="004E101D"/>
    <w:rsid w:val="004E4FA0"/>
    <w:rsid w:val="004E58B1"/>
    <w:rsid w:val="004F50B3"/>
    <w:rsid w:val="00502FD1"/>
    <w:rsid w:val="00510792"/>
    <w:rsid w:val="005110B5"/>
    <w:rsid w:val="00512CCC"/>
    <w:rsid w:val="00527990"/>
    <w:rsid w:val="00556104"/>
    <w:rsid w:val="00561D64"/>
    <w:rsid w:val="00563F93"/>
    <w:rsid w:val="00572E1C"/>
    <w:rsid w:val="00574BA6"/>
    <w:rsid w:val="00577EC0"/>
    <w:rsid w:val="00584019"/>
    <w:rsid w:val="005939D7"/>
    <w:rsid w:val="00594222"/>
    <w:rsid w:val="005A4DC9"/>
    <w:rsid w:val="005B303B"/>
    <w:rsid w:val="005C0E5B"/>
    <w:rsid w:val="005D49DC"/>
    <w:rsid w:val="005E0F82"/>
    <w:rsid w:val="005F48CB"/>
    <w:rsid w:val="006053C5"/>
    <w:rsid w:val="00613D3E"/>
    <w:rsid w:val="00616113"/>
    <w:rsid w:val="006424D1"/>
    <w:rsid w:val="006513E5"/>
    <w:rsid w:val="00664FB9"/>
    <w:rsid w:val="00680968"/>
    <w:rsid w:val="006911EF"/>
    <w:rsid w:val="0069797C"/>
    <w:rsid w:val="006A092F"/>
    <w:rsid w:val="006A0BD1"/>
    <w:rsid w:val="006A52BD"/>
    <w:rsid w:val="006A76D4"/>
    <w:rsid w:val="006B51E3"/>
    <w:rsid w:val="006C4D1A"/>
    <w:rsid w:val="006C61C7"/>
    <w:rsid w:val="006C7E22"/>
    <w:rsid w:val="006E29EC"/>
    <w:rsid w:val="006E38D5"/>
    <w:rsid w:val="006E3D73"/>
    <w:rsid w:val="007168A0"/>
    <w:rsid w:val="007208FD"/>
    <w:rsid w:val="00723B2E"/>
    <w:rsid w:val="007351E8"/>
    <w:rsid w:val="007448C4"/>
    <w:rsid w:val="00747F9F"/>
    <w:rsid w:val="00754009"/>
    <w:rsid w:val="00760047"/>
    <w:rsid w:val="00764CEC"/>
    <w:rsid w:val="00771A64"/>
    <w:rsid w:val="00771E51"/>
    <w:rsid w:val="00776DCD"/>
    <w:rsid w:val="00786447"/>
    <w:rsid w:val="00790921"/>
    <w:rsid w:val="007A53C4"/>
    <w:rsid w:val="007B1B73"/>
    <w:rsid w:val="007B2A35"/>
    <w:rsid w:val="007C65FE"/>
    <w:rsid w:val="007D67BB"/>
    <w:rsid w:val="007E1EF4"/>
    <w:rsid w:val="00802C9C"/>
    <w:rsid w:val="008040E0"/>
    <w:rsid w:val="00812C7D"/>
    <w:rsid w:val="0082306B"/>
    <w:rsid w:val="00831AE5"/>
    <w:rsid w:val="00834BEF"/>
    <w:rsid w:val="008355D8"/>
    <w:rsid w:val="00856D3F"/>
    <w:rsid w:val="00862807"/>
    <w:rsid w:val="00877900"/>
    <w:rsid w:val="00895368"/>
    <w:rsid w:val="008D0FA7"/>
    <w:rsid w:val="008F0935"/>
    <w:rsid w:val="00901D82"/>
    <w:rsid w:val="00906315"/>
    <w:rsid w:val="00926361"/>
    <w:rsid w:val="009314AB"/>
    <w:rsid w:val="00936F63"/>
    <w:rsid w:val="009424E0"/>
    <w:rsid w:val="0095551D"/>
    <w:rsid w:val="00961AA3"/>
    <w:rsid w:val="009754FF"/>
    <w:rsid w:val="009758A0"/>
    <w:rsid w:val="009A0202"/>
    <w:rsid w:val="009A0F96"/>
    <w:rsid w:val="009B4AF8"/>
    <w:rsid w:val="009D4468"/>
    <w:rsid w:val="009E780E"/>
    <w:rsid w:val="009F3F3F"/>
    <w:rsid w:val="009F3F4D"/>
    <w:rsid w:val="009F78FB"/>
    <w:rsid w:val="00A042A8"/>
    <w:rsid w:val="00A0523F"/>
    <w:rsid w:val="00A120BA"/>
    <w:rsid w:val="00A464D1"/>
    <w:rsid w:val="00A50198"/>
    <w:rsid w:val="00A64FE7"/>
    <w:rsid w:val="00A70B67"/>
    <w:rsid w:val="00A901F7"/>
    <w:rsid w:val="00AA1D8D"/>
    <w:rsid w:val="00AA4C12"/>
    <w:rsid w:val="00AB3E71"/>
    <w:rsid w:val="00AB50B1"/>
    <w:rsid w:val="00AB765D"/>
    <w:rsid w:val="00AC6236"/>
    <w:rsid w:val="00B034BC"/>
    <w:rsid w:val="00B07970"/>
    <w:rsid w:val="00B1164A"/>
    <w:rsid w:val="00B1783B"/>
    <w:rsid w:val="00B30291"/>
    <w:rsid w:val="00B41A61"/>
    <w:rsid w:val="00B458DC"/>
    <w:rsid w:val="00B47730"/>
    <w:rsid w:val="00B60F3D"/>
    <w:rsid w:val="00B629F1"/>
    <w:rsid w:val="00B70297"/>
    <w:rsid w:val="00B73A41"/>
    <w:rsid w:val="00B76796"/>
    <w:rsid w:val="00B818A7"/>
    <w:rsid w:val="00BB0051"/>
    <w:rsid w:val="00BB1ED7"/>
    <w:rsid w:val="00BB24FE"/>
    <w:rsid w:val="00BB66D5"/>
    <w:rsid w:val="00BC1E1D"/>
    <w:rsid w:val="00BD0D2B"/>
    <w:rsid w:val="00BD24F3"/>
    <w:rsid w:val="00C13D27"/>
    <w:rsid w:val="00C14147"/>
    <w:rsid w:val="00C170AC"/>
    <w:rsid w:val="00C201C5"/>
    <w:rsid w:val="00C21A9B"/>
    <w:rsid w:val="00C40FD6"/>
    <w:rsid w:val="00C70D9B"/>
    <w:rsid w:val="00C74E6A"/>
    <w:rsid w:val="00C81EF1"/>
    <w:rsid w:val="00C95915"/>
    <w:rsid w:val="00CA39E2"/>
    <w:rsid w:val="00CB0664"/>
    <w:rsid w:val="00CB6346"/>
    <w:rsid w:val="00CB7C79"/>
    <w:rsid w:val="00CC5205"/>
    <w:rsid w:val="00CF20E4"/>
    <w:rsid w:val="00CF685B"/>
    <w:rsid w:val="00D13C5B"/>
    <w:rsid w:val="00D3661B"/>
    <w:rsid w:val="00D45431"/>
    <w:rsid w:val="00D46662"/>
    <w:rsid w:val="00D532EC"/>
    <w:rsid w:val="00D562C9"/>
    <w:rsid w:val="00D861ED"/>
    <w:rsid w:val="00D95D9A"/>
    <w:rsid w:val="00DA07EB"/>
    <w:rsid w:val="00DC2C56"/>
    <w:rsid w:val="00DC7C4B"/>
    <w:rsid w:val="00DD3D95"/>
    <w:rsid w:val="00DE1DC1"/>
    <w:rsid w:val="00DE522B"/>
    <w:rsid w:val="00E15E67"/>
    <w:rsid w:val="00E268CE"/>
    <w:rsid w:val="00E339CB"/>
    <w:rsid w:val="00E42312"/>
    <w:rsid w:val="00E443DE"/>
    <w:rsid w:val="00E52B2E"/>
    <w:rsid w:val="00E5618A"/>
    <w:rsid w:val="00E5624C"/>
    <w:rsid w:val="00E60C06"/>
    <w:rsid w:val="00E80965"/>
    <w:rsid w:val="00E90559"/>
    <w:rsid w:val="00EB4EA2"/>
    <w:rsid w:val="00EC2711"/>
    <w:rsid w:val="00ED015C"/>
    <w:rsid w:val="00ED673F"/>
    <w:rsid w:val="00EE3F16"/>
    <w:rsid w:val="00EE54C1"/>
    <w:rsid w:val="00EF3B1E"/>
    <w:rsid w:val="00EF73A8"/>
    <w:rsid w:val="00F03FA0"/>
    <w:rsid w:val="00F11418"/>
    <w:rsid w:val="00F122CC"/>
    <w:rsid w:val="00F573BC"/>
    <w:rsid w:val="00F656A4"/>
    <w:rsid w:val="00F822D7"/>
    <w:rsid w:val="00FA390B"/>
    <w:rsid w:val="00FB30BC"/>
    <w:rsid w:val="00FC58E0"/>
    <w:rsid w:val="00FC693F"/>
    <w:rsid w:val="00FD0236"/>
    <w:rsid w:val="00FD2970"/>
    <w:rsid w:val="00FD44A3"/>
    <w:rsid w:val="00FD6406"/>
    <w:rsid w:val="00FD6DB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76726EF"/>
  <w14:defaultImageDpi w14:val="300"/>
  <w15:docId w15:val="{89F983DE-25E1-414E-99FA-2BD6BD6FE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Helvetica Neue" w:hAnsi="Helvetica Neue"/>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B1164A"/>
    <w:rPr>
      <w:color w:val="0000FF" w:themeColor="hyperlink"/>
      <w:u w:val="single"/>
    </w:rPr>
  </w:style>
  <w:style w:type="character" w:styleId="UnresolvedMention">
    <w:name w:val="Unresolved Mention"/>
    <w:basedOn w:val="DefaultParagraphFont"/>
    <w:uiPriority w:val="99"/>
    <w:semiHidden/>
    <w:unhideWhenUsed/>
    <w:rsid w:val="00B1164A"/>
    <w:rPr>
      <w:color w:val="605E5C"/>
      <w:shd w:val="clear" w:color="auto" w:fill="E1DFDD"/>
    </w:rPr>
  </w:style>
  <w:style w:type="paragraph" w:customStyle="1" w:styleId="timesblack16">
    <w:name w:val="timesblack16"/>
    <w:basedOn w:val="Normal"/>
    <w:rsid w:val="00512CCC"/>
    <w:pPr>
      <w:spacing w:before="100" w:beforeAutospacing="1" w:after="100" w:afterAutospacing="1" w:line="240" w:lineRule="auto"/>
    </w:pPr>
    <w:rPr>
      <w:rFonts w:ascii="Times New Roman" w:eastAsia="Times New Roman" w:hAnsi="Times New Roman" w:cs="Times New Roman"/>
      <w:sz w:val="24"/>
      <w:szCs w:val="24"/>
      <w:lang w:eastAsia="zh-CN"/>
    </w:rPr>
  </w:style>
  <w:style w:type="character" w:customStyle="1" w:styleId="apple-converted-space">
    <w:name w:val="apple-converted-space"/>
    <w:basedOn w:val="DefaultParagraphFont"/>
    <w:rsid w:val="00512CCC"/>
  </w:style>
  <w:style w:type="character" w:customStyle="1" w:styleId="font-semibold">
    <w:name w:val="font-semibold"/>
    <w:basedOn w:val="DefaultParagraphFont"/>
    <w:rsid w:val="0045255A"/>
  </w:style>
  <w:style w:type="paragraph" w:styleId="NormalWeb">
    <w:name w:val="Normal (Web)"/>
    <w:basedOn w:val="Normal"/>
    <w:uiPriority w:val="99"/>
    <w:semiHidden/>
    <w:unhideWhenUsed/>
    <w:rsid w:val="00003382"/>
    <w:pPr>
      <w:spacing w:before="100" w:beforeAutospacing="1" w:after="100" w:afterAutospacing="1" w:line="240" w:lineRule="auto"/>
    </w:pPr>
    <w:rPr>
      <w:rFonts w:ascii="Times New Roman" w:eastAsia="Times New Roman" w:hAnsi="Times New Roman" w:cs="Times New Roman"/>
      <w:sz w:val="24"/>
      <w:szCs w:val="24"/>
      <w:lang w:eastAsia="zh-CN"/>
    </w:rPr>
  </w:style>
  <w:style w:type="character" w:styleId="FollowedHyperlink">
    <w:name w:val="FollowedHyperlink"/>
    <w:basedOn w:val="DefaultParagraphFont"/>
    <w:uiPriority w:val="99"/>
    <w:semiHidden/>
    <w:unhideWhenUsed/>
    <w:rsid w:val="00A70B67"/>
    <w:rPr>
      <w:color w:val="800080" w:themeColor="followedHyperlink"/>
      <w:u w:val="single"/>
    </w:rPr>
  </w:style>
  <w:style w:type="character" w:styleId="HTMLCode">
    <w:name w:val="HTML Code"/>
    <w:basedOn w:val="DefaultParagraphFont"/>
    <w:uiPriority w:val="99"/>
    <w:semiHidden/>
    <w:unhideWhenUsed/>
    <w:rsid w:val="00AA4C12"/>
    <w:rPr>
      <w:rFonts w:ascii="Courier New" w:eastAsia="Times New Roman" w:hAnsi="Courier New" w:cs="Courier New"/>
      <w:sz w:val="20"/>
      <w:szCs w:val="20"/>
    </w:rPr>
  </w:style>
  <w:style w:type="paragraph" w:customStyle="1" w:styleId="ui-markdownparagraph">
    <w:name w:val="ui-markdown__paragraph"/>
    <w:basedOn w:val="Normal"/>
    <w:rsid w:val="00AA4C12"/>
    <w:pPr>
      <w:spacing w:before="100" w:beforeAutospacing="1" w:after="100" w:afterAutospacing="1" w:line="240" w:lineRule="auto"/>
    </w:pPr>
    <w:rPr>
      <w:rFonts w:ascii="Times New Roman" w:eastAsia="Times New Roman" w:hAnsi="Times New Roman" w:cs="Times New Roman"/>
      <w:sz w:val="24"/>
      <w:szCs w:val="24"/>
      <w:lang w:eastAsia="zh-CN"/>
    </w:rPr>
  </w:style>
  <w:style w:type="character" w:customStyle="1" w:styleId="geo-inline-angle-mark">
    <w:name w:val="geo-inline-angle-mark"/>
    <w:basedOn w:val="DefaultParagraphFont"/>
    <w:rsid w:val="00C13D27"/>
  </w:style>
  <w:style w:type="character" w:customStyle="1" w:styleId="geo-typing-host">
    <w:name w:val="geo-typing-host"/>
    <w:basedOn w:val="DefaultParagraphFont"/>
    <w:rsid w:val="00C13D27"/>
  </w:style>
  <w:style w:type="character" w:customStyle="1" w:styleId="geo-inline-triangle-mark">
    <w:name w:val="geo-inline-triangle-mark"/>
    <w:basedOn w:val="DefaultParagraphFont"/>
    <w:rsid w:val="00C13D27"/>
  </w:style>
  <w:style w:type="character" w:customStyle="1" w:styleId="geo-symbol">
    <w:name w:val="geo-symbol"/>
    <w:basedOn w:val="DefaultParagraphFont"/>
    <w:rsid w:val="00C13D27"/>
  </w:style>
  <w:style w:type="paragraph" w:styleId="FootnoteText">
    <w:name w:val="footnote text"/>
    <w:basedOn w:val="Normal"/>
    <w:link w:val="FootnoteTextChar"/>
    <w:uiPriority w:val="99"/>
    <w:semiHidden/>
    <w:unhideWhenUsed/>
    <w:rsid w:val="00041C9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41C94"/>
    <w:rPr>
      <w:rFonts w:ascii="Helvetica Neue" w:hAnsi="Helvetica Neue"/>
      <w:sz w:val="20"/>
      <w:szCs w:val="20"/>
    </w:rPr>
  </w:style>
  <w:style w:type="character" w:styleId="FootnoteReference">
    <w:name w:val="footnote reference"/>
    <w:basedOn w:val="DefaultParagraphFont"/>
    <w:uiPriority w:val="99"/>
    <w:semiHidden/>
    <w:unhideWhenUsed/>
    <w:rsid w:val="00041C94"/>
    <w:rPr>
      <w:vertAlign w:val="superscript"/>
    </w:rPr>
  </w:style>
  <w:style w:type="character" w:styleId="PlaceholderText">
    <w:name w:val="Placeholder Text"/>
    <w:basedOn w:val="DefaultParagraphFont"/>
    <w:uiPriority w:val="99"/>
    <w:semiHidden/>
    <w:rsid w:val="0019298A"/>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5.png"/><Relationship Id="rId21" Type="http://schemas.openxmlformats.org/officeDocument/2006/relationships/image" Target="media/image10.png"/><Relationship Id="rId42" Type="http://schemas.openxmlformats.org/officeDocument/2006/relationships/image" Target="media/image31.png"/><Relationship Id="rId47" Type="http://schemas.openxmlformats.org/officeDocument/2006/relationships/image" Target="media/image36.png"/><Relationship Id="rId63" Type="http://schemas.openxmlformats.org/officeDocument/2006/relationships/image" Target="media/image50.png"/><Relationship Id="rId68" Type="http://schemas.openxmlformats.org/officeDocument/2006/relationships/image" Target="media/image55.png"/><Relationship Id="rId84" Type="http://schemas.openxmlformats.org/officeDocument/2006/relationships/image" Target="media/image71.png"/><Relationship Id="rId89" Type="http://schemas.openxmlformats.org/officeDocument/2006/relationships/image" Target="media/image76.png"/><Relationship Id="rId16" Type="http://schemas.openxmlformats.org/officeDocument/2006/relationships/image" Target="media/image5.png"/><Relationship Id="rId107" Type="http://schemas.openxmlformats.org/officeDocument/2006/relationships/header" Target="header1.xml"/><Relationship Id="rId11" Type="http://schemas.openxmlformats.org/officeDocument/2006/relationships/image" Target="media/image1.png"/><Relationship Id="rId32" Type="http://schemas.openxmlformats.org/officeDocument/2006/relationships/image" Target="media/image21.png"/><Relationship Id="rId37" Type="http://schemas.openxmlformats.org/officeDocument/2006/relationships/image" Target="media/image26.png"/><Relationship Id="rId53" Type="http://schemas.openxmlformats.org/officeDocument/2006/relationships/image" Target="media/image41.png"/><Relationship Id="rId58" Type="http://schemas.microsoft.com/office/2007/relationships/hdphoto" Target="media/hdphoto2.wdp"/><Relationship Id="rId74" Type="http://schemas.openxmlformats.org/officeDocument/2006/relationships/image" Target="media/image61.png"/><Relationship Id="rId79" Type="http://schemas.openxmlformats.org/officeDocument/2006/relationships/image" Target="media/image66.png"/><Relationship Id="rId102" Type="http://schemas.openxmlformats.org/officeDocument/2006/relationships/image" Target="media/image89.png"/><Relationship Id="rId5" Type="http://schemas.openxmlformats.org/officeDocument/2006/relationships/webSettings" Target="webSettings.xml"/><Relationship Id="rId90" Type="http://schemas.openxmlformats.org/officeDocument/2006/relationships/image" Target="media/image77.png"/><Relationship Id="rId95" Type="http://schemas.openxmlformats.org/officeDocument/2006/relationships/image" Target="media/image82.png"/><Relationship Id="rId22" Type="http://schemas.openxmlformats.org/officeDocument/2006/relationships/image" Target="media/image11.png"/><Relationship Id="rId27" Type="http://schemas.openxmlformats.org/officeDocument/2006/relationships/image" Target="media/image16.png"/><Relationship Id="rId43" Type="http://schemas.openxmlformats.org/officeDocument/2006/relationships/image" Target="media/image32.png"/><Relationship Id="rId48" Type="http://schemas.openxmlformats.org/officeDocument/2006/relationships/image" Target="media/image37.png"/><Relationship Id="rId64" Type="http://schemas.openxmlformats.org/officeDocument/2006/relationships/image" Target="media/image51.png"/><Relationship Id="rId69" Type="http://schemas.openxmlformats.org/officeDocument/2006/relationships/image" Target="media/image56.png"/><Relationship Id="rId80" Type="http://schemas.openxmlformats.org/officeDocument/2006/relationships/image" Target="media/image67.png"/><Relationship Id="rId85" Type="http://schemas.openxmlformats.org/officeDocument/2006/relationships/image" Target="media/image72.png"/><Relationship Id="rId12" Type="http://schemas.openxmlformats.org/officeDocument/2006/relationships/image" Target="media/image2.png"/><Relationship Id="rId17" Type="http://schemas.openxmlformats.org/officeDocument/2006/relationships/image" Target="media/image6.png"/><Relationship Id="rId33" Type="http://schemas.openxmlformats.org/officeDocument/2006/relationships/image" Target="media/image22.png"/><Relationship Id="rId38" Type="http://schemas.openxmlformats.org/officeDocument/2006/relationships/image" Target="media/image27.png"/><Relationship Id="rId59" Type="http://schemas.openxmlformats.org/officeDocument/2006/relationships/image" Target="media/image46.png"/><Relationship Id="rId103" Type="http://schemas.openxmlformats.org/officeDocument/2006/relationships/image" Target="media/image90.png"/><Relationship Id="rId108" Type="http://schemas.openxmlformats.org/officeDocument/2006/relationships/footer" Target="footer1.xml"/><Relationship Id="rId54" Type="http://schemas.openxmlformats.org/officeDocument/2006/relationships/image" Target="media/image42.png"/><Relationship Id="rId70" Type="http://schemas.openxmlformats.org/officeDocument/2006/relationships/image" Target="media/image57.png"/><Relationship Id="rId75" Type="http://schemas.openxmlformats.org/officeDocument/2006/relationships/image" Target="media/image62.png"/><Relationship Id="rId91" Type="http://schemas.openxmlformats.org/officeDocument/2006/relationships/image" Target="media/image78.png"/><Relationship Id="rId96" Type="http://schemas.openxmlformats.org/officeDocument/2006/relationships/image" Target="media/image83.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geogebra.org/geometry" TargetMode="External"/><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image" Target="media/image25.png"/><Relationship Id="rId49" Type="http://schemas.openxmlformats.org/officeDocument/2006/relationships/image" Target="media/image38.png"/><Relationship Id="rId57" Type="http://schemas.openxmlformats.org/officeDocument/2006/relationships/image" Target="media/image45.png"/><Relationship Id="rId106" Type="http://schemas.openxmlformats.org/officeDocument/2006/relationships/image" Target="media/image88.emf"/><Relationship Id="rId10" Type="http://schemas.openxmlformats.org/officeDocument/2006/relationships/hyperlink" Target="https://creativecommons.org/licenses/by-nc-sa/4.0/" TargetMode="External"/><Relationship Id="rId31" Type="http://schemas.openxmlformats.org/officeDocument/2006/relationships/image" Target="media/image20.png"/><Relationship Id="rId44" Type="http://schemas.openxmlformats.org/officeDocument/2006/relationships/image" Target="media/image33.png"/><Relationship Id="rId52" Type="http://schemas.microsoft.com/office/2007/relationships/hdphoto" Target="media/hdphoto1.wdp"/><Relationship Id="rId60" Type="http://schemas.openxmlformats.org/officeDocument/2006/relationships/image" Target="media/image47.png"/><Relationship Id="rId65" Type="http://schemas.openxmlformats.org/officeDocument/2006/relationships/image" Target="media/image52.png"/><Relationship Id="rId73" Type="http://schemas.openxmlformats.org/officeDocument/2006/relationships/image" Target="media/image60.png"/><Relationship Id="rId78" Type="http://schemas.openxmlformats.org/officeDocument/2006/relationships/image" Target="media/image65.png"/><Relationship Id="rId81" Type="http://schemas.openxmlformats.org/officeDocument/2006/relationships/image" Target="media/image68.png"/><Relationship Id="rId86" Type="http://schemas.openxmlformats.org/officeDocument/2006/relationships/image" Target="media/image73.png"/><Relationship Id="rId94" Type="http://schemas.openxmlformats.org/officeDocument/2006/relationships/image" Target="media/image81.png"/><Relationship Id="rId99" Type="http://schemas.openxmlformats.org/officeDocument/2006/relationships/image" Target="media/image86.png"/><Relationship Id="rId101" Type="http://schemas.openxmlformats.org/officeDocument/2006/relationships/image" Target="media/image88.png"/><Relationship Id="rId4" Type="http://schemas.openxmlformats.org/officeDocument/2006/relationships/settings" Target="settings.xml"/><Relationship Id="rId9" Type="http://schemas.openxmlformats.org/officeDocument/2006/relationships/hyperlink" Target="http://www.makingmath.org/" TargetMode="External"/><Relationship Id="rId13" Type="http://schemas.openxmlformats.org/officeDocument/2006/relationships/image" Target="media/image3.png"/><Relationship Id="rId18" Type="http://schemas.openxmlformats.org/officeDocument/2006/relationships/image" Target="media/image7.png"/><Relationship Id="rId39" Type="http://schemas.openxmlformats.org/officeDocument/2006/relationships/image" Target="media/image28.png"/><Relationship Id="rId109" Type="http://schemas.openxmlformats.org/officeDocument/2006/relationships/fontTable" Target="fontTable.xml"/><Relationship Id="rId34" Type="http://schemas.openxmlformats.org/officeDocument/2006/relationships/image" Target="media/image23.png"/><Relationship Id="rId50" Type="http://schemas.openxmlformats.org/officeDocument/2006/relationships/image" Target="media/image39.png"/><Relationship Id="rId55" Type="http://schemas.openxmlformats.org/officeDocument/2006/relationships/image" Target="media/image43.png"/><Relationship Id="rId76" Type="http://schemas.openxmlformats.org/officeDocument/2006/relationships/image" Target="media/image63.png"/><Relationship Id="rId97" Type="http://schemas.openxmlformats.org/officeDocument/2006/relationships/image" Target="media/image84.png"/><Relationship Id="rId104" Type="http://schemas.openxmlformats.org/officeDocument/2006/relationships/image" Target="media/image91.png"/><Relationship Id="rId7" Type="http://schemas.openxmlformats.org/officeDocument/2006/relationships/endnotes" Target="endnotes.xml"/><Relationship Id="rId71" Type="http://schemas.openxmlformats.org/officeDocument/2006/relationships/image" Target="media/image58.png"/><Relationship Id="rId92" Type="http://schemas.openxmlformats.org/officeDocument/2006/relationships/image" Target="media/image79.png"/><Relationship Id="rId2" Type="http://schemas.openxmlformats.org/officeDocument/2006/relationships/numbering" Target="numbering.xml"/><Relationship Id="rId29" Type="http://schemas.openxmlformats.org/officeDocument/2006/relationships/image" Target="media/image18.png"/><Relationship Id="rId24" Type="http://schemas.openxmlformats.org/officeDocument/2006/relationships/image" Target="media/image13.png"/><Relationship Id="rId40" Type="http://schemas.openxmlformats.org/officeDocument/2006/relationships/image" Target="media/image29.png"/><Relationship Id="rId45" Type="http://schemas.openxmlformats.org/officeDocument/2006/relationships/image" Target="media/image34.png"/><Relationship Id="rId66" Type="http://schemas.openxmlformats.org/officeDocument/2006/relationships/image" Target="media/image53.png"/><Relationship Id="rId87" Type="http://schemas.openxmlformats.org/officeDocument/2006/relationships/image" Target="media/image74.png"/><Relationship Id="rId110" Type="http://schemas.openxmlformats.org/officeDocument/2006/relationships/theme" Target="theme/theme1.xml"/><Relationship Id="rId61" Type="http://schemas.openxmlformats.org/officeDocument/2006/relationships/image" Target="media/image48.png"/><Relationship Id="rId82" Type="http://schemas.openxmlformats.org/officeDocument/2006/relationships/image" Target="media/image69.png"/><Relationship Id="rId19" Type="http://schemas.openxmlformats.org/officeDocument/2006/relationships/image" Target="media/image8.png"/><Relationship Id="rId14" Type="http://schemas.openxmlformats.org/officeDocument/2006/relationships/image" Target="media/image4.png"/><Relationship Id="rId30" Type="http://schemas.openxmlformats.org/officeDocument/2006/relationships/image" Target="media/image19.png"/><Relationship Id="rId35" Type="http://schemas.openxmlformats.org/officeDocument/2006/relationships/image" Target="media/image24.png"/><Relationship Id="rId56" Type="http://schemas.openxmlformats.org/officeDocument/2006/relationships/image" Target="media/image44.png"/><Relationship Id="rId77" Type="http://schemas.openxmlformats.org/officeDocument/2006/relationships/image" Target="media/image64.png"/><Relationship Id="rId100" Type="http://schemas.openxmlformats.org/officeDocument/2006/relationships/image" Target="media/image87.png"/><Relationship Id="rId105" Type="http://schemas.openxmlformats.org/officeDocument/2006/relationships/image" Target="media/image92.png"/><Relationship Id="rId8" Type="http://schemas.openxmlformats.org/officeDocument/2006/relationships/hyperlink" Target="https://creativecommons.org/licenses/by-nc-sa/4.0/" TargetMode="External"/><Relationship Id="rId51" Type="http://schemas.openxmlformats.org/officeDocument/2006/relationships/image" Target="media/image40.png"/><Relationship Id="rId72" Type="http://schemas.openxmlformats.org/officeDocument/2006/relationships/image" Target="media/image59.png"/><Relationship Id="rId93" Type="http://schemas.openxmlformats.org/officeDocument/2006/relationships/image" Target="media/image80.png"/><Relationship Id="rId98" Type="http://schemas.openxmlformats.org/officeDocument/2006/relationships/image" Target="media/image85.png"/><Relationship Id="rId3" Type="http://schemas.openxmlformats.org/officeDocument/2006/relationships/styles" Target="styles.xml"/><Relationship Id="rId25" Type="http://schemas.openxmlformats.org/officeDocument/2006/relationships/image" Target="media/image14.png"/><Relationship Id="rId46" Type="http://schemas.openxmlformats.org/officeDocument/2006/relationships/image" Target="media/image35.png"/><Relationship Id="rId67" Type="http://schemas.openxmlformats.org/officeDocument/2006/relationships/image" Target="media/image54.png"/><Relationship Id="rId20" Type="http://schemas.openxmlformats.org/officeDocument/2006/relationships/image" Target="media/image9.png"/><Relationship Id="rId41" Type="http://schemas.openxmlformats.org/officeDocument/2006/relationships/image" Target="media/image30.png"/><Relationship Id="rId62" Type="http://schemas.openxmlformats.org/officeDocument/2006/relationships/image" Target="media/image49.png"/><Relationship Id="rId83" Type="http://schemas.openxmlformats.org/officeDocument/2006/relationships/image" Target="media/image70.png"/><Relationship Id="rId88" Type="http://schemas.openxmlformats.org/officeDocument/2006/relationships/image" Target="media/image7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24</Pages>
  <Words>7065</Words>
  <Characters>40272</Characters>
  <Application>Microsoft Office Word</Application>
  <DocSecurity>0</DocSecurity>
  <Lines>335</Lines>
  <Paragraphs>94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47243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Joshua Abrams</cp:lastModifiedBy>
  <cp:revision>5</cp:revision>
  <cp:lastPrinted>2026-09-13T18:57:00Z</cp:lastPrinted>
  <dcterms:created xsi:type="dcterms:W3CDTF">2026-09-13T18:57:00Z</dcterms:created>
  <dcterms:modified xsi:type="dcterms:W3CDTF">2026-09-13T19:18:00Z</dcterms:modified>
  <cp:category/>
</cp:coreProperties>
</file>